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U18 PRACTICE PACK</w:t>
            </w:r>
          </w:p>
          <w:p>
            <w:pPr>
              <w:jc w:val="center"/>
            </w:pPr>
            <w:r>
              <w:rPr>
                <w:b/>
                <w:i w:val="0"/>
                <w:color w:val="FFFFFF"/>
                <w:sz w:val="30"/>
              </w:rPr>
              <w:t>Phase 3: Strengthen Tactical Understanding</w:t>
            </w:r>
          </w:p>
          <w:p>
            <w:pPr>
              <w:jc w:val="center"/>
            </w:pPr>
            <w:r>
              <w:rPr>
                <w:b/>
                <w:i w:val="0"/>
                <w:color w:val="F28C28"/>
                <w:sz w:val="22"/>
              </w:rPr>
              <w:t>Weeks 13–18</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13: READING DEFENSIVE COVERAGES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reading defensive coverages.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reading defensive coverages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reading defensive coverages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reading defensive coverages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Reading Defensive Coverages: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reading defensive coverages.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Reading Defensive Coverages: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reading defensive coverages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Reading Defensive Coverages: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reading defensive coverages.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Reading Defensive Coverages: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reading defensive coverages.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Reading Defensive Coverages: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reading defensive coverages.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Reading Defensive Coverages: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reading defensive coverages.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13: READING DEFENSIVE COVERAGES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reading defensive coverages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reading defensive coverages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Reading Defensive Coverages: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reading defensive coverages.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reading defensive coverages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reading defensive coverages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Reading Defensive Coverages: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reading defensive coverages.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Reading Defensive Coverages: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reading defensive coverages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Reading Defensive Coverages: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reading defensive coverages.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Reading Defensive Coverages: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reading defensive coverages.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Reading Defensive Coverages: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reading defensive coverages.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Reading Defensive Coverages: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reading defensive coverages.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14: ATTACKING MATCHUPS AND MISMATCHES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attacking matchups and mismatches.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attacking matchups and mismatches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attacking matchups and mismatches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attacking matchups and mismatches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Attacking Matchups and Mismatches: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attacking matchups and mismatches.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Attacking Matchups and Mismatches: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attacking matchups and mismatches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Attacking Matchups and Mismatches: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attacking matchups and mismatches.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Attacking Matchups and Mismatches: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attacking matchups and mismatches.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Attacking Matchups and Mismatches: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attacking matchups and mismatches.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Attacking Matchups and Mismatches: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attacking matchups and mismatches.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14: ATTACKING MATCHUPS AND MISMATCHES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attacking matchups and mismatches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attacking matchups and mismatches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Attacking Matchups and Mismatches: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attacking matchups and mismatches.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attacking matchups and mismatches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attacking matchups and mismatches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Attacking Matchups and Mismatches: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attacking matchups and mismatches.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Attacking Matchups and Mismatches: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attacking matchups and mismatches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Attacking Matchups and Mismatches: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attacking matchups and mismatches.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Attacking Matchups and Mismatches: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attacking matchups and mismatches.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Attacking Matchups and Mismatches: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attacking matchups and mismatches.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Attacking Matchups and Mismatches: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attacking matchups and mismatches.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15: DEFENSIVE SCHEME ADJUSTMENTS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defensive scheme adjustments.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defensive scheme adjustments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defensive scheme adjustments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defensive scheme adjustments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Defensive Scheme Adjustments: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defensive scheme adjustments.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Defensive Scheme Adjustments: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defensive scheme adjustments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Defensive Scheme Adjustments: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defensive scheme adjustments.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Defensive Scheme Adjustments: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defensive scheme adjustments.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Defensive Scheme Adjustments: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defensive scheme adjustments.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Defensive Scheme Adjustments: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defensive scheme adjustments.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15: DEFENSIVE SCHEME ADJUSTMENTS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defensive scheme adjustments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defensive scheme adjustments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Defensive Scheme Adjustments: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defensive scheme adjustments.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defensive scheme adjustments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defensive scheme adjustments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Defensive Scheme Adjustments: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defensive scheme adjustments.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Defensive Scheme Adjustments: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defensive scheme adjustments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Defensive Scheme Adjustments: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defensive scheme adjustments.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Defensive Scheme Adjustments: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defensive scheme adjustments.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Defensive Scheme Adjustments: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defensive scheme adjustments.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Defensive Scheme Adjustments: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defensive scheme adjustments.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16: TRANSITION AND EARLY-OFFENCE CHOICES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transition and early-offence choices.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and early-offence choices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and early-offence choices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and early-offence choices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and Early-Offence Choices: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transition and early-offence choices.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and Early-Offence Choices: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transition and early-offence choices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and Early-Offence Choices: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transition and early-offence choices.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and Early-Offence Choices: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transition and early-offence choices.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and Early-Offence Choices: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transition and early-offence choices.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and Early-Offence Choices: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transition and early-offence choices.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16: TRANSITION AND EARLY-OFFENCE CHOICES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transition and early-offence choices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and early-offence choices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and Early-Offence Choices: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transition and early-offence choices.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and early-offence choices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and early-offence choices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and Early-Offence Choices: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transition and early-offence choices.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and Early-Offence Choices: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transition and early-offence choices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and Early-Offence Choices: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transition and early-offence choices.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and Early-Offence Choices: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transition and early-offence choices.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and Early-Offence Choices: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transition and early-offence choices.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and Early-Offence Choices: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transition and early-offence choices.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17: SCOUTING AND COUNTER-SCOUTING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scouting and counter-scouting.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scouting and counter-scouting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scouting and counter-scouting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scouting and counter-scouting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Scouting and Counter-Scouting: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scouting and counter-scouting.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Scouting and Counter-Scouting: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scouting and counter-scouting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Scouting and Counter-Scouting: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scouting and counter-scouting.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Scouting and Counter-Scouting: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scouting and counter-scouting.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Scouting and Counter-Scouting: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scouting and counter-scouting.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Scouting and Counter-Scouting: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scouting and counter-scouting.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17: SCOUTING AND COUNTER-SCOUTING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scouting and counter-scouting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scouting and counter-scouting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Scouting and Counter-Scouting: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scouting and counter-scouting.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scouting and counter-scouting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scouting and counter-scouting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Scouting and Counter-Scouting: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scouting and counter-scouting.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Scouting and Counter-Scouting: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scouting and counter-scouting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Scouting and Counter-Scouting: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scouting and counter-scouting.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Scouting and Counter-Scouting: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scouting and counter-scouting.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Scouting and Counter-Scouting: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scouting and counter-scouting.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Scouting and Counter-Scouting: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scouting and counter-scouting.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18: TACTICAL INTEGRATION REVIEW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tactical integration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tactical integration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tactical integration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tactical integration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Tactical Integration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tactical integration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Tactical Integration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tactical integration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Tactical Integration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tactical integration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Tactical Integration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tactical integration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Tactical Integration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tactical integration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Tactical Integration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tactical integration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18: TACTICAL INTEGRATION REVIEW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tactical integration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tactical integration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Tactical Integration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tactical integration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tactical integration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tactical integration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Tactical Integration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tactical integration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Tactical Integration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tactical integration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Tactical Integration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tactical integration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Tactical Integration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tactical integration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Tactical Integration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tactical integration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Tactical Integration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tactical integration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U18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