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ook w:firstColumn="1" w:firstRow="1" w:lastColumn="0" w:lastRow="0" w:noHBand="0" w:noVBand="1" w:val="04A0"/>
      </w:tblPr>
      <w:tblGrid>
        <w:gridCol w:w="10858"/>
      </w:tblGrid>
      <w:tr>
        <w:tc>
          <w:tcPr>
            <w:tcW w:type="dxa" w:w="10858"/>
            <w:shd w:fill="111111"/>
            <w:tcMar>
              <w:top w:w="220" w:type="dxa"/>
              <w:start w:w="180" w:type="dxa"/>
              <w:bottom w:w="220" w:type="dxa"/>
              <w:end w:w="180" w:type="dxa"/>
            </w:tcMar>
          </w:tcPr>
          <w:p>
            <w:pPr>
              <w:jc w:val="center"/>
            </w:pPr>
            <w:r>
              <w:rPr>
                <w:b/>
                <w:i w:val="0"/>
                <w:color w:val="F28C28"/>
                <w:sz w:val="24"/>
              </w:rPr>
              <w:t>SOUTH GALWAY STORMERS BASKETBALL</w:t>
            </w:r>
          </w:p>
          <w:p>
            <w:pPr>
              <w:jc w:val="center"/>
            </w:pPr>
            <w:r>
              <w:rPr>
                <w:b/>
                <w:i w:val="0"/>
                <w:color w:val="FFFFFF"/>
                <w:sz w:val="50"/>
              </w:rPr>
              <w:t>CUBS PRACTICE PACK</w:t>
            </w:r>
          </w:p>
          <w:p>
            <w:pPr>
              <w:jc w:val="center"/>
            </w:pPr>
            <w:r>
              <w:rPr>
                <w:b/>
                <w:i w:val="0"/>
                <w:color w:val="FFFFFF"/>
                <w:sz w:val="30"/>
              </w:rPr>
              <w:t>Phase 2: Moving with the Ball</w:t>
            </w:r>
          </w:p>
          <w:p>
            <w:pPr>
              <w:jc w:val="center"/>
            </w:pPr>
            <w:r>
              <w:rPr>
                <w:b/>
                <w:i w:val="0"/>
                <w:color w:val="F28C28"/>
                <w:sz w:val="22"/>
              </w:rPr>
              <w:t>Weeks 5–10</w:t>
            </w:r>
          </w:p>
        </w:tc>
      </w:tr>
    </w:tbl>
    <w:p/>
    <w:tbl>
      <w:tblPr>
        <w:tblW w:type="auto" w:w="0"/>
        <w:tblLook w:firstColumn="1" w:firstRow="1" w:lastColumn="0" w:lastRow="0" w:noHBand="0" w:noVBand="1" w:val="04A0"/>
      </w:tblPr>
      <w:tblGrid>
        <w:gridCol w:w="10858"/>
      </w:tblGrid>
      <w:tr>
        <w:tc>
          <w:tcPr>
            <w:tcW w:type="dxa" w:w="10858"/>
            <w:shd w:fill="E9ECEF"/>
            <w:tcMar>
              <w:top w:w="130" w:type="dxa"/>
              <w:start w:w="150" w:type="dxa"/>
              <w:bottom w:w="130" w:type="dxa"/>
              <w:end w:w="150" w:type="dxa"/>
            </w:tcMar>
          </w:tcPr>
          <w:p>
            <w:r>
              <w:rPr>
                <w:b/>
                <w:i w:val="0"/>
                <w:color w:val="0B5D4B"/>
                <w:sz w:val="20"/>
              </w:rPr>
              <w:t>HOW TO USE THIS PACK</w:t>
              <w:br/>
            </w:r>
            <w:r>
              <w:rPr>
                <w:b w:val="0"/>
                <w:i w:val="0"/>
                <w:color w:val="111111"/>
                <w:sz w:val="18"/>
              </w:rPr>
              <w:t>Each week begins with a one-page courtside plan. The following pages contain complete instructions for every activity in the order they appear. Prepare equipment and assign coaching roles before players arrive. Keep the learning objective, then adapt the activity to the players, space and equipment available.</w:t>
            </w:r>
          </w:p>
        </w:tc>
      </w:tr>
    </w:tbl>
    <w:p/>
    <w:tbl>
      <w:tblPr>
        <w:tblW w:type="auto" w:w="0"/>
        <w:tblLook w:firstColumn="1" w:firstRow="1" w:lastColumn="0" w:lastRow="0" w:noHBand="0" w:noVBand="1" w:val="04A0"/>
      </w:tblPr>
      <w:tblGrid>
        <w:gridCol w:w="10858"/>
      </w:tblGrid>
      <w:tr>
        <w:tc>
          <w:tcPr>
            <w:tcW w:type="dxa" w:w="10858"/>
            <w:shd w:fill="FFF3E6"/>
            <w:tcMar>
              <w:top w:w="110" w:type="dxa"/>
              <w:start w:w="140" w:type="dxa"/>
              <w:bottom w:w="110" w:type="dxa"/>
              <w:end w:w="140" w:type="dxa"/>
            </w:tcMar>
          </w:tcPr>
          <w:p>
            <w:r>
              <w:rPr>
                <w:b/>
                <w:i w:val="0"/>
                <w:color w:val="F28C28"/>
                <w:sz w:val="18"/>
              </w:rPr>
              <w:t xml:space="preserve">COURTSIDE STANDARD  </w:t>
            </w:r>
            <w:r>
              <w:rPr>
                <w:b w:val="0"/>
                <w:i w:val="0"/>
                <w:color w:val="111111"/>
                <w:sz w:val="18"/>
              </w:rPr>
              <w:t>Short explanations, high activity, frequent encouragement and a positive finish.</w:t>
            </w:r>
          </w:p>
        </w:tc>
      </w:tr>
    </w:tbl>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CUBS WEEK 5: WALK, BOUNCE AND STOP</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Dribble while walking, stop on signal and restart under control.</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Choose control before speed.</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Dribble while walking; stop and restart; keep the ball close; understand that moving with the ball requires a dribble.</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Line-to-Line Movement</w:t>
            </w:r>
          </w:p>
        </w:tc>
        <w:tc>
          <w:tcPr>
            <w:tcW w:type="dxa" w:w="4104"/>
            <w:vAlign w:val="center"/>
            <w:tcMar>
              <w:top w:w="42" w:type="dxa"/>
              <w:start w:w="50" w:type="dxa"/>
              <w:bottom w:w="42" w:type="dxa"/>
              <w:end w:w="50" w:type="dxa"/>
            </w:tcMar>
          </w:tcPr>
          <w:p>
            <w:pPr>
              <w:keepLines/>
            </w:pPr>
            <w:r>
              <w:rPr>
                <w:b w:val="0"/>
                <w:i w:val="0"/>
                <w:color w:val="111111"/>
                <w:sz w:val="14"/>
              </w:rPr>
              <w:t>Walk court lines with a ball; stop at named areas.</w:t>
            </w:r>
          </w:p>
        </w:tc>
        <w:tc>
          <w:tcPr>
            <w:tcW w:type="dxa" w:w="2563"/>
            <w:vAlign w:val="center"/>
            <w:tcMar>
              <w:top w:w="42" w:type="dxa"/>
              <w:start w:w="50" w:type="dxa"/>
              <w:bottom w:w="42" w:type="dxa"/>
              <w:end w:w="50" w:type="dxa"/>
            </w:tcMar>
          </w:tcPr>
          <w:p>
            <w:pPr>
              <w:keepLines/>
            </w:pPr>
            <w:r>
              <w:rPr>
                <w:b w:val="0"/>
                <w:i w:val="0"/>
                <w:color w:val="111111"/>
                <w:sz w:val="14"/>
              </w:rPr>
              <w:t>Reinforce court words.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Traffic Lights with a Ball</w:t>
            </w:r>
          </w:p>
        </w:tc>
        <w:tc>
          <w:tcPr>
            <w:tcW w:type="dxa" w:w="4104"/>
            <w:vAlign w:val="center"/>
            <w:tcMar>
              <w:top w:w="42" w:type="dxa"/>
              <w:start w:w="50" w:type="dxa"/>
              <w:bottom w:w="42" w:type="dxa"/>
              <w:end w:w="50" w:type="dxa"/>
            </w:tcMar>
          </w:tcPr>
          <w:p>
            <w:pPr>
              <w:keepLines/>
            </w:pPr>
            <w:r>
              <w:rPr>
                <w:b w:val="0"/>
                <w:i w:val="0"/>
                <w:color w:val="111111"/>
                <w:sz w:val="14"/>
              </w:rPr>
              <w:t>Green walk-dribble, amber slow, red stop and secure.</w:t>
            </w:r>
          </w:p>
        </w:tc>
        <w:tc>
          <w:tcPr>
            <w:tcW w:type="dxa" w:w="2563"/>
            <w:vAlign w:val="center"/>
            <w:tcMar>
              <w:top w:w="42" w:type="dxa"/>
              <w:start w:w="50" w:type="dxa"/>
              <w:bottom w:w="42" w:type="dxa"/>
              <w:end w:w="50" w:type="dxa"/>
            </w:tcMar>
          </w:tcPr>
          <w:p>
            <w:pPr>
              <w:keepLines/>
            </w:pPr>
            <w:r>
              <w:rPr>
                <w:b w:val="0"/>
                <w:i w:val="0"/>
                <w:color w:val="111111"/>
                <w:sz w:val="14"/>
              </w:rPr>
              <w:t>Balanced stops; control first.</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Walking Dribble</w:t>
            </w:r>
          </w:p>
        </w:tc>
        <w:tc>
          <w:tcPr>
            <w:tcW w:type="dxa" w:w="4104"/>
            <w:vAlign w:val="center"/>
            <w:tcMar>
              <w:top w:w="42" w:type="dxa"/>
              <w:start w:w="50" w:type="dxa"/>
              <w:bottom w:w="42" w:type="dxa"/>
              <w:end w:w="50" w:type="dxa"/>
            </w:tcMar>
          </w:tcPr>
          <w:p>
            <w:pPr>
              <w:keepLines/>
            </w:pPr>
            <w:r>
              <w:rPr>
                <w:b w:val="0"/>
                <w:i w:val="0"/>
                <w:color w:val="111111"/>
                <w:sz w:val="14"/>
              </w:rPr>
              <w:t>Move to called line, stop, turn and return.</w:t>
            </w:r>
          </w:p>
        </w:tc>
        <w:tc>
          <w:tcPr>
            <w:tcW w:type="dxa" w:w="2563"/>
            <w:vAlign w:val="center"/>
            <w:tcMar>
              <w:top w:w="42" w:type="dxa"/>
              <w:start w:w="50" w:type="dxa"/>
              <w:bottom w:w="42" w:type="dxa"/>
              <w:end w:w="50" w:type="dxa"/>
            </w:tcMar>
          </w:tcPr>
          <w:p>
            <w:pPr>
              <w:keepLines/>
            </w:pPr>
            <w:r>
              <w:rPr>
                <w:b w:val="0"/>
                <w:i w:val="0"/>
                <w:color w:val="111111"/>
                <w:sz w:val="14"/>
              </w:rPr>
              <w:t>Short distance; recover calmly.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17 min</w:t>
              <w:br/>
              <w:t>:28-:45</w:t>
            </w:r>
          </w:p>
        </w:tc>
        <w:tc>
          <w:tcPr>
            <w:tcW w:type="dxa" w:w="2477"/>
            <w:vAlign w:val="center"/>
            <w:tcMar>
              <w:top w:w="42" w:type="dxa"/>
              <w:start w:w="50" w:type="dxa"/>
              <w:bottom w:w="42" w:type="dxa"/>
              <w:end w:w="50" w:type="dxa"/>
            </w:tcMar>
            <w:shd w:fill="E9ECEF"/>
          </w:tcPr>
          <w:p>
            <w:pPr>
              <w:keepLines/>
            </w:pPr>
            <w:r>
              <w:rPr>
                <w:b/>
                <w:i w:val="0"/>
                <w:color w:val="111111"/>
                <w:sz w:val="14"/>
              </w:rPr>
              <w:t>Dribble Through Gates</w:t>
            </w:r>
          </w:p>
        </w:tc>
        <w:tc>
          <w:tcPr>
            <w:tcW w:type="dxa" w:w="4104"/>
            <w:vAlign w:val="center"/>
            <w:tcMar>
              <w:top w:w="42" w:type="dxa"/>
              <w:start w:w="50" w:type="dxa"/>
              <w:bottom w:w="42" w:type="dxa"/>
              <w:end w:w="50" w:type="dxa"/>
            </w:tcMar>
          </w:tcPr>
          <w:p>
            <w:pPr>
              <w:keepLines/>
            </w:pPr>
            <w:r>
              <w:rPr>
                <w:b w:val="0"/>
                <w:i w:val="0"/>
                <w:color w:val="111111"/>
                <w:sz w:val="14"/>
              </w:rPr>
              <w:t>Dribble through gates; stop at coloured cones; add restart and direction change.</w:t>
            </w:r>
          </w:p>
        </w:tc>
        <w:tc>
          <w:tcPr>
            <w:tcW w:type="dxa" w:w="2563"/>
            <w:vAlign w:val="center"/>
            <w:tcMar>
              <w:top w:w="42" w:type="dxa"/>
              <w:start w:w="50" w:type="dxa"/>
              <w:bottom w:w="42" w:type="dxa"/>
              <w:end w:w="50" w:type="dxa"/>
            </w:tcMar>
          </w:tcPr>
          <w:p>
            <w:pPr>
              <w:keepLines/>
            </w:pPr>
            <w:r>
              <w:rPr>
                <w:b w:val="0"/>
                <w:i w:val="0"/>
                <w:color w:val="111111"/>
                <w:sz w:val="14"/>
              </w:rPr>
              <w:t>One ball each; avoid queues.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7 min</w:t>
              <w:br/>
              <w:t>:45-:52</w:t>
            </w:r>
          </w:p>
        </w:tc>
        <w:tc>
          <w:tcPr>
            <w:tcW w:type="dxa" w:w="2477"/>
            <w:vAlign w:val="center"/>
            <w:tcMar>
              <w:top w:w="42" w:type="dxa"/>
              <w:start w:w="50" w:type="dxa"/>
              <w:bottom w:w="42" w:type="dxa"/>
              <w:end w:w="50" w:type="dxa"/>
            </w:tcMar>
            <w:shd w:fill="E9ECEF"/>
          </w:tcPr>
          <w:p>
            <w:pPr>
              <w:keepLines/>
            </w:pPr>
            <w:r>
              <w:rPr>
                <w:b/>
                <w:i w:val="0"/>
                <w:color w:val="111111"/>
                <w:sz w:val="14"/>
              </w:rPr>
              <w:t>Coach Says</w:t>
            </w:r>
          </w:p>
        </w:tc>
        <w:tc>
          <w:tcPr>
            <w:tcW w:type="dxa" w:w="4104"/>
            <w:vAlign w:val="center"/>
            <w:tcMar>
              <w:top w:w="42" w:type="dxa"/>
              <w:start w:w="50" w:type="dxa"/>
              <w:bottom w:w="42" w:type="dxa"/>
              <w:end w:w="50" w:type="dxa"/>
            </w:tcMar>
          </w:tcPr>
          <w:p>
            <w:pPr>
              <w:keepLines/>
            </w:pPr>
            <w:r>
              <w:rPr>
                <w:b w:val="0"/>
                <w:i w:val="0"/>
                <w:color w:val="111111"/>
                <w:sz w:val="14"/>
              </w:rPr>
              <w:t>Dribble, stop, switch side, sit or kneel while protecting ball.</w:t>
            </w:r>
          </w:p>
        </w:tc>
        <w:tc>
          <w:tcPr>
            <w:tcW w:type="dxa" w:w="2563"/>
            <w:vAlign w:val="center"/>
            <w:tcMar>
              <w:top w:w="42" w:type="dxa"/>
              <w:start w:w="50" w:type="dxa"/>
              <w:bottom w:w="42" w:type="dxa"/>
              <w:end w:w="50" w:type="dxa"/>
            </w:tcMar>
          </w:tcPr>
          <w:p>
            <w:pPr>
              <w:keepLines/>
            </w:pPr>
            <w:r>
              <w:rPr>
                <w:b w:val="0"/>
                <w:i w:val="0"/>
                <w:color w:val="111111"/>
                <w:sz w:val="14"/>
              </w:rPr>
              <w:t>Fun and listening.</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Huddle</w:t>
            </w:r>
          </w:p>
        </w:tc>
        <w:tc>
          <w:tcPr>
            <w:tcW w:type="dxa" w:w="4104"/>
            <w:vAlign w:val="center"/>
            <w:tcMar>
              <w:top w:w="42" w:type="dxa"/>
              <w:start w:w="50" w:type="dxa"/>
              <w:bottom w:w="42" w:type="dxa"/>
              <w:end w:w="50" w:type="dxa"/>
            </w:tcMar>
          </w:tcPr>
          <w:p>
            <w:pPr>
              <w:keepLines/>
            </w:pPr>
            <w:r>
              <w:rPr>
                <w:b w:val="0"/>
                <w:i w:val="0"/>
                <w:color w:val="111111"/>
                <w:sz w:val="14"/>
              </w:rPr>
              <w:t>Praise control and listening.</w:t>
            </w:r>
          </w:p>
        </w:tc>
        <w:tc>
          <w:tcPr>
            <w:tcW w:type="dxa" w:w="2563"/>
            <w:vAlign w:val="center"/>
            <w:tcMar>
              <w:top w:w="42" w:type="dxa"/>
              <w:start w:w="50" w:type="dxa"/>
              <w:bottom w:w="42" w:type="dxa"/>
              <w:end w:w="50" w:type="dxa"/>
            </w:tcMar>
          </w:tcPr>
          <w:p>
            <w:pPr>
              <w:keepLines/>
            </w:pPr>
            <w:r>
              <w:rPr>
                <w:b w:val="0"/>
                <w:i w:val="0"/>
                <w:color w:val="111111"/>
                <w:sz w:val="14"/>
              </w:rPr>
              <w:t>Quick rule: dribble when moving.</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Can players stop without chasing the ball?</w:t>
              <w:br/>
              <w:t>Who is rushing before control is established?</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Shorten the distance and allow a catch before restarting.</w:t>
              <w:br/>
              <w:t>Harder: Add a change of speed before each stop.</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Moving with the ball requires a dribble.</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helped you stay in control?</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Line-to-Line Movement</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Use existing court lines or create three parallel lines with cones.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Call a movement and a destination line. Players travel there, stop under control and wait for the next command.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Know where you are going.</w:t>
            </w:r>
          </w:p>
          <w:p>
            <w:pPr>
              <w:spacing w:after="0"/>
              <w:ind w:left="230" w:hanging="158"/>
              <w:keepLines/>
              <w:keepNext/>
            </w:pPr>
            <w:r>
              <w:rPr>
                <w:b/>
                <w:i w:val="0"/>
                <w:color w:val="0B5D4B"/>
                <w:sz w:val="14"/>
              </w:rPr>
              <w:t xml:space="preserve">• </w:t>
            </w:r>
            <w:r>
              <w:rPr>
                <w:b w:val="0"/>
                <w:i w:val="0"/>
                <w:color w:val="111111"/>
                <w:sz w:val="14"/>
              </w:rPr>
              <w:t>Stop before the line.</w:t>
            </w:r>
          </w:p>
          <w:p>
            <w:pPr>
              <w:spacing w:after="0"/>
              <w:ind w:left="230" w:hanging="158"/>
              <w:keepLines/>
              <w:keepNext/>
            </w:pPr>
            <w:r>
              <w:rPr>
                <w:b/>
                <w:i w:val="0"/>
                <w:color w:val="0B5D4B"/>
                <w:sz w:val="14"/>
              </w:rPr>
              <w:t xml:space="preserve">• </w:t>
            </w:r>
            <w:r>
              <w:rPr>
                <w:b w:val="0"/>
                <w:i w:val="0"/>
                <w:color w:val="111111"/>
                <w:sz w:val="14"/>
              </w:rPr>
              <w:t>Keep your head up.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or floor markers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walking and running only.</w:t>
            </w:r>
          </w:p>
          <w:p>
            <w:pPr>
              <w:spacing w:after="0"/>
              <w:ind w:left="230" w:hanging="158"/>
              <w:keepLines/>
              <w:keepNext/>
            </w:pPr>
            <w:r>
              <w:rPr>
                <w:b/>
                <w:i w:val="0"/>
                <w:color w:val="0B5D4B"/>
                <w:sz w:val="14"/>
              </w:rPr>
              <w:t xml:space="preserve">• </w:t>
            </w:r>
            <w:r>
              <w:rPr>
                <w:b w:val="0"/>
                <w:i w:val="0"/>
                <w:color w:val="111111"/>
                <w:sz w:val="14"/>
              </w:rPr>
              <w:t>Point to the destination as you call it.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turns, skips, shuffles or backpedals.</w:t>
            </w:r>
          </w:p>
          <w:p>
            <w:pPr>
              <w:spacing w:after="0"/>
              <w:ind w:left="230" w:hanging="158"/>
              <w:keepLines/>
              <w:keepNext/>
            </w:pPr>
            <w:r>
              <w:rPr>
                <w:b/>
                <w:i w:val="0"/>
                <w:color w:val="0B5D4B"/>
                <w:sz w:val="14"/>
              </w:rPr>
              <w:t xml:space="preserve">• </w:t>
            </w:r>
            <w:r>
              <w:rPr>
                <w:b w:val="0"/>
                <w:i w:val="0"/>
                <w:color w:val="111111"/>
                <w:sz w:val="14"/>
              </w:rPr>
              <w:t>Players carry or dribble a ball.</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recognises the court lines?</w:t>
            </w:r>
          </w:p>
          <w:p>
            <w:pPr>
              <w:spacing w:after="0"/>
              <w:ind w:left="230" w:hanging="158"/>
              <w:keepLines/>
              <w:keepNext/>
            </w:pPr>
            <w:r>
              <w:rPr>
                <w:b/>
                <w:i w:val="0"/>
                <w:color w:val="0B5D4B"/>
                <w:sz w:val="14"/>
              </w:rPr>
              <w:t xml:space="preserve">• </w:t>
            </w:r>
            <w:r>
              <w:rPr>
                <w:b w:val="0"/>
                <w:i w:val="0"/>
                <w:color w:val="111111"/>
                <w:sz w:val="14"/>
              </w:rPr>
              <w:t>Are players stopping under control rather than racing through?</w:t>
            </w:r>
          </w:p>
          <w:p>
            <w:pPr>
              <w:spacing w:before="20" w:after="0"/>
              <w:keepLines/>
              <w:keepNext/>
            </w:pPr>
            <w:r>
              <w:rPr>
                <w:b/>
                <w:i w:val="0"/>
                <w:color w:val="F28C28"/>
                <w:sz w:val="14"/>
              </w:rPr>
              <w:t>SAFETY</w:t>
            </w:r>
          </w:p>
          <w:p>
            <w:pPr>
              <w:spacing w:after="0"/>
              <w:keepLines/>
            </w:pPr>
            <w:r>
              <w:rPr>
                <w:sz w:val="14"/>
              </w:rPr>
              <w:t>Run all players in the same direction or stagger groups to reduce collisions.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Traffic Lights with a Ball</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Players spread out with a ball inside clear boundaries.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Green means dribble and move, amber means slow controlled dribble, and red means stop and secure the ball.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Head up when possible.</w:t>
            </w:r>
          </w:p>
          <w:p>
            <w:pPr>
              <w:spacing w:after="0"/>
              <w:ind w:left="230" w:hanging="158"/>
              <w:keepLines/>
              <w:keepNext/>
            </w:pPr>
            <w:r>
              <w:rPr>
                <w:b/>
                <w:i w:val="0"/>
                <w:color w:val="0B5D4B"/>
                <w:sz w:val="14"/>
              </w:rPr>
              <w:t xml:space="preserve">• </w:t>
            </w:r>
            <w:r>
              <w:rPr>
                <w:b w:val="0"/>
                <w:i w:val="0"/>
                <w:color w:val="111111"/>
                <w:sz w:val="14"/>
              </w:rPr>
              <w:t>Control before speed.</w:t>
            </w:r>
          </w:p>
          <w:p>
            <w:pPr>
              <w:spacing w:after="0"/>
              <w:ind w:left="230" w:hanging="158"/>
              <w:keepLines/>
              <w:keepNext/>
            </w:pPr>
            <w:r>
              <w:rPr>
                <w:b/>
                <w:i w:val="0"/>
                <w:color w:val="0B5D4B"/>
                <w:sz w:val="14"/>
              </w:rPr>
              <w:t xml:space="preserve">• </w:t>
            </w:r>
            <w:r>
              <w:rPr>
                <w:b w:val="0"/>
                <w:i w:val="0"/>
                <w:color w:val="111111"/>
                <w:sz w:val="14"/>
              </w:rPr>
              <w:t>Stop both body and ball.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player where available</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walking pace only.</w:t>
            </w:r>
          </w:p>
          <w:p>
            <w:pPr>
              <w:spacing w:after="0"/>
              <w:ind w:left="230" w:hanging="158"/>
              <w:keepLines/>
              <w:keepNext/>
            </w:pPr>
            <w:r>
              <w:rPr>
                <w:b/>
                <w:i w:val="0"/>
                <w:color w:val="0B5D4B"/>
                <w:sz w:val="14"/>
              </w:rPr>
              <w:t xml:space="preserve">• </w:t>
            </w:r>
            <w:r>
              <w:rPr>
                <w:b w:val="0"/>
                <w:i w:val="0"/>
                <w:color w:val="111111"/>
                <w:sz w:val="14"/>
              </w:rPr>
              <w:t>Allow carrying the ball on amber.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reverse, turn or change-hand signals.</w:t>
            </w:r>
          </w:p>
          <w:p>
            <w:pPr>
              <w:spacing w:after="0"/>
              <w:ind w:left="230" w:hanging="158"/>
              <w:keepLines/>
              <w:keepNext/>
            </w:pPr>
            <w:r>
              <w:rPr>
                <w:b/>
                <w:i w:val="0"/>
                <w:color w:val="0B5D4B"/>
                <w:sz w:val="14"/>
              </w:rPr>
              <w:t xml:space="preserve">• </w:t>
            </w:r>
            <w:r>
              <w:rPr>
                <w:b w:val="0"/>
                <w:i w:val="0"/>
                <w:color w:val="111111"/>
                <w:sz w:val="14"/>
              </w:rPr>
              <w:t>Use court lines as destinations.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can stop without losing the ball?</w:t>
            </w:r>
          </w:p>
          <w:p>
            <w:pPr>
              <w:spacing w:after="0"/>
              <w:ind w:left="230" w:hanging="158"/>
              <w:keepLines/>
              <w:keepNext/>
            </w:pPr>
            <w:r>
              <w:rPr>
                <w:b/>
                <w:i w:val="0"/>
                <w:color w:val="0B5D4B"/>
                <w:sz w:val="14"/>
              </w:rPr>
              <w:t xml:space="preserve">• </w:t>
            </w:r>
            <w:r>
              <w:rPr>
                <w:b w:val="0"/>
                <w:i w:val="0"/>
                <w:color w:val="111111"/>
                <w:sz w:val="14"/>
              </w:rPr>
              <w:t>Are faster players leaving enough space?</w:t>
            </w:r>
          </w:p>
          <w:p>
            <w:pPr>
              <w:spacing w:before="20" w:after="0"/>
              <w:keepLines/>
              <w:keepNext/>
            </w:pPr>
            <w:r>
              <w:rPr>
                <w:b/>
                <w:i w:val="0"/>
                <w:color w:val="F28C28"/>
                <w:sz w:val="14"/>
              </w:rPr>
              <w:t>SAFETY</w:t>
            </w:r>
          </w:p>
          <w:p>
            <w:pPr>
              <w:spacing w:after="0"/>
              <w:keepLines/>
            </w:pPr>
            <w:r>
              <w:rPr>
                <w:sz w:val="14"/>
              </w:rPr>
              <w:t>Loose balls must be recovered before the game restarts.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Walking Dribble</w:t>
            </w:r>
          </w:p>
        </w:tc>
        <w:tc>
          <w:tcPr>
            <w:tcW w:type="dxa" w:w="5429"/>
            <w:shd w:fill="F28C28"/>
            <w:tcMar>
              <w:top w:w="62" w:type="dxa"/>
              <w:start w:w="82" w:type="dxa"/>
              <w:bottom w:w="62" w:type="dxa"/>
              <w:end w:w="82" w:type="dxa"/>
            </w:tcMar>
          </w:tcPr>
          <w:p>
            <w:pPr>
              <w:jc w:val="center"/>
              <w:keepLines/>
              <w:keepNext/>
            </w:pPr>
            <w:r>
              <w:rPr>
                <w:b/>
                <w:i w:val="0"/>
                <w:color w:val="FFFFFF"/>
                <w:sz w:val="15"/>
              </w:rPr>
              <w:t>10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lanes or a clear direction of travel.</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walk while dribbling from one line to another. Stop, secure the ball, turn and return.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Push the ball down and forward.</w:t>
            </w:r>
          </w:p>
          <w:p>
            <w:pPr>
              <w:spacing w:after="0"/>
              <w:ind w:left="230" w:hanging="158"/>
              <w:keepLines/>
              <w:keepNext/>
            </w:pPr>
            <w:r>
              <w:rPr>
                <w:b/>
                <w:i w:val="0"/>
                <w:color w:val="0B5D4B"/>
                <w:sz w:val="14"/>
              </w:rPr>
              <w:t xml:space="preserve">• </w:t>
            </w:r>
            <w:r>
              <w:rPr>
                <w:b w:val="0"/>
                <w:i w:val="0"/>
                <w:color w:val="111111"/>
                <w:sz w:val="14"/>
              </w:rPr>
              <w:t>Walk at the ball’s speed.</w:t>
            </w:r>
          </w:p>
          <w:p>
            <w:pPr>
              <w:spacing w:after="0"/>
              <w:ind w:left="230" w:hanging="158"/>
              <w:keepLines/>
              <w:keepNext/>
            </w:pPr>
            <w:r>
              <w:rPr>
                <w:b/>
                <w:i w:val="0"/>
                <w:color w:val="0B5D4B"/>
                <w:sz w:val="14"/>
              </w:rPr>
              <w:t xml:space="preserve">• </w:t>
            </w:r>
            <w:r>
              <w:rPr>
                <w:b w:val="0"/>
                <w:i w:val="0"/>
                <w:color w:val="111111"/>
                <w:sz w:val="14"/>
              </w:rPr>
              <w:t>Keep it close enough to recover.</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player where available</w:t>
            </w:r>
          </w:p>
          <w:p>
            <w:pPr>
              <w:spacing w:after="0"/>
              <w:ind w:left="230" w:hanging="158"/>
              <w:keepLines/>
              <w:keepNext/>
            </w:pPr>
            <w:r>
              <w:rPr>
                <w:b/>
                <w:i w:val="0"/>
                <w:color w:val="0B5D4B"/>
                <w:sz w:val="14"/>
              </w:rPr>
              <w:t xml:space="preserve">• </w:t>
            </w:r>
            <w:r>
              <w:rPr>
                <w:b w:val="0"/>
                <w:i w:val="0"/>
                <w:color w:val="111111"/>
                <w:sz w:val="14"/>
              </w:rPr>
              <w:t>Lanes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Bounce, take one step and catch.</w:t>
            </w:r>
          </w:p>
          <w:p>
            <w:pPr>
              <w:spacing w:after="0"/>
              <w:ind w:left="230" w:hanging="158"/>
              <w:keepLines/>
              <w:keepNext/>
            </w:pPr>
            <w:r>
              <w:rPr>
                <w:b/>
                <w:i w:val="0"/>
                <w:color w:val="0B5D4B"/>
                <w:sz w:val="14"/>
              </w:rPr>
              <w:t xml:space="preserve">• </w:t>
            </w:r>
            <w:r>
              <w:rPr>
                <w:b w:val="0"/>
                <w:i w:val="0"/>
                <w:color w:val="111111"/>
                <w:sz w:val="14"/>
              </w:rPr>
              <w:t>Use the preferred hand.</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Change hands on the return.</w:t>
            </w:r>
          </w:p>
          <w:p>
            <w:pPr>
              <w:spacing w:after="0"/>
              <w:ind w:left="230" w:hanging="158"/>
              <w:keepLines/>
              <w:keepNext/>
            </w:pPr>
            <w:r>
              <w:rPr>
                <w:b/>
                <w:i w:val="0"/>
                <w:color w:val="0B5D4B"/>
                <w:sz w:val="14"/>
              </w:rPr>
              <w:t xml:space="preserve">• </w:t>
            </w:r>
            <w:r>
              <w:rPr>
                <w:b w:val="0"/>
                <w:i w:val="0"/>
                <w:color w:val="111111"/>
                <w:sz w:val="14"/>
              </w:rPr>
              <w:t>Add stops, turns or pace changes.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ball too high or too far ahead?</w:t>
            </w:r>
          </w:p>
          <w:p>
            <w:pPr>
              <w:spacing w:after="0"/>
              <w:ind w:left="230" w:hanging="158"/>
              <w:keepLines/>
              <w:keepNext/>
            </w:pPr>
            <w:r>
              <w:rPr>
                <w:b/>
                <w:i w:val="0"/>
                <w:color w:val="0B5D4B"/>
                <w:sz w:val="14"/>
              </w:rPr>
              <w:t xml:space="preserve">• </w:t>
            </w:r>
            <w:r>
              <w:rPr>
                <w:b w:val="0"/>
                <w:i w:val="0"/>
                <w:color w:val="111111"/>
                <w:sz w:val="14"/>
              </w:rPr>
              <w:t>Who needs a shorter distance?</w:t>
            </w:r>
          </w:p>
          <w:p>
            <w:pPr>
              <w:spacing w:before="20" w:after="0"/>
              <w:keepLines/>
              <w:keepNext/>
            </w:pPr>
            <w:r>
              <w:rPr>
                <w:b/>
                <w:i w:val="0"/>
                <w:color w:val="F28C28"/>
                <w:sz w:val="14"/>
              </w:rPr>
              <w:t>SAFETY</w:t>
            </w:r>
          </w:p>
          <w:p>
            <w:pPr>
              <w:spacing w:after="0"/>
              <w:keepLines/>
            </w:pPr>
            <w:r>
              <w:rPr>
                <w:sz w:val="14"/>
              </w:rPr>
              <w:t>Use one-way lanes and space starts to prevent collisions.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Dribble Through Gates</w:t>
            </w:r>
          </w:p>
        </w:tc>
        <w:tc>
          <w:tcPr>
            <w:tcW w:type="dxa" w:w="5429"/>
            <w:shd w:fill="F28C28"/>
            <w:tcMar>
              <w:top w:w="62" w:type="dxa"/>
              <w:start w:w="82" w:type="dxa"/>
              <w:bottom w:w="62" w:type="dxa"/>
              <w:end w:w="82" w:type="dxa"/>
            </w:tcMar>
          </w:tcPr>
          <w:p>
            <w:pPr>
              <w:jc w:val="center"/>
              <w:keepLines/>
              <w:keepNext/>
            </w:pPr>
            <w:r>
              <w:rPr>
                <w:b/>
                <w:i w:val="0"/>
                <w:color w:val="FFFFFF"/>
                <w:sz w:val="15"/>
              </w:rPr>
              <w:t>17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many two-cone gates around the area.</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dribble through as many different gates as possible. They must find a new gate rather than repeatedly using the nearest one.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next gate.</w:t>
            </w:r>
          </w:p>
          <w:p>
            <w:pPr>
              <w:spacing w:after="0"/>
              <w:ind w:left="230" w:hanging="158"/>
              <w:keepLines/>
              <w:keepNext/>
            </w:pPr>
            <w:r>
              <w:rPr>
                <w:b/>
                <w:i w:val="0"/>
                <w:color w:val="0B5D4B"/>
                <w:sz w:val="14"/>
              </w:rPr>
              <w:t xml:space="preserve">• </w:t>
            </w:r>
            <w:r>
              <w:rPr>
                <w:b w:val="0"/>
                <w:i w:val="0"/>
                <w:color w:val="111111"/>
                <w:sz w:val="14"/>
              </w:rPr>
              <w:t>Control the ball through the opening.</w:t>
            </w:r>
          </w:p>
          <w:p>
            <w:pPr>
              <w:spacing w:after="0"/>
              <w:ind w:left="230" w:hanging="158"/>
              <w:keepLines/>
              <w:keepNext/>
            </w:pPr>
            <w:r>
              <w:rPr>
                <w:b/>
                <w:i w:val="0"/>
                <w:color w:val="0B5D4B"/>
                <w:sz w:val="14"/>
              </w:rPr>
              <w:t xml:space="preserve">• </w:t>
            </w:r>
            <w:r>
              <w:rPr>
                <w:b w:val="0"/>
                <w:i w:val="0"/>
                <w:color w:val="111111"/>
                <w:sz w:val="14"/>
              </w:rPr>
              <w:t>Change direction after each gate.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player where available; Cones or floor markers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gates wider.</w:t>
            </w:r>
          </w:p>
          <w:p>
            <w:pPr>
              <w:spacing w:after="0"/>
              <w:ind w:left="230" w:hanging="158"/>
              <w:keepLines/>
              <w:keepNext/>
            </w:pPr>
            <w:r>
              <w:rPr>
                <w:b/>
                <w:i w:val="0"/>
                <w:color w:val="0B5D4B"/>
                <w:sz w:val="14"/>
              </w:rPr>
              <w:t xml:space="preserve">• </w:t>
            </w:r>
            <w:r>
              <w:rPr>
                <w:b w:val="0"/>
                <w:i w:val="0"/>
                <w:color w:val="111111"/>
                <w:sz w:val="14"/>
              </w:rPr>
              <w:t>Allow players to walk and carry between gates.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Assign gate colours or hand choices.</w:t>
            </w:r>
          </w:p>
          <w:p>
            <w:pPr>
              <w:spacing w:after="0"/>
              <w:ind w:left="230" w:hanging="158"/>
              <w:keepLines/>
              <w:keepNext/>
            </w:pPr>
            <w:r>
              <w:rPr>
                <w:b/>
                <w:i w:val="0"/>
                <w:color w:val="0B5D4B"/>
                <w:sz w:val="14"/>
              </w:rPr>
              <w:t xml:space="preserve">• </w:t>
            </w:r>
            <w:r>
              <w:rPr>
                <w:b w:val="0"/>
                <w:i w:val="0"/>
                <w:color w:val="111111"/>
                <w:sz w:val="14"/>
              </w:rPr>
              <w:t>Add a partner counting challenge.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scanning or staring at the ball?</w:t>
            </w:r>
          </w:p>
          <w:p>
            <w:pPr>
              <w:spacing w:after="0"/>
              <w:ind w:left="230" w:hanging="158"/>
              <w:keepLines/>
              <w:keepNext/>
            </w:pPr>
            <w:r>
              <w:rPr>
                <w:b/>
                <w:i w:val="0"/>
                <w:color w:val="0B5D4B"/>
                <w:sz w:val="14"/>
              </w:rPr>
              <w:t xml:space="preserve">• </w:t>
            </w:r>
            <w:r>
              <w:rPr>
                <w:b w:val="0"/>
                <w:i w:val="0"/>
                <w:color w:val="111111"/>
                <w:sz w:val="14"/>
              </w:rPr>
              <w:t>Are some gates crowded while others are unused?</w:t>
            </w:r>
          </w:p>
          <w:p>
            <w:pPr>
              <w:spacing w:before="20" w:after="0"/>
              <w:keepLines/>
              <w:keepNext/>
            </w:pPr>
            <w:r>
              <w:rPr>
                <w:b/>
                <w:i w:val="0"/>
                <w:color w:val="F28C28"/>
                <w:sz w:val="14"/>
              </w:rPr>
              <w:t>SAFETY</w:t>
            </w:r>
          </w:p>
          <w:p>
            <w:pPr>
              <w:spacing w:after="0"/>
              <w:keepLines/>
            </w:pPr>
            <w:r>
              <w:rPr>
                <w:sz w:val="14"/>
              </w:rPr>
              <w:t>Place gates far enough apart to prevent crossing collisions.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Coach Says</w:t>
            </w:r>
          </w:p>
        </w:tc>
        <w:tc>
          <w:tcPr>
            <w:tcW w:type="dxa" w:w="5429"/>
            <w:shd w:fill="F28C28"/>
            <w:tcMar>
              <w:top w:w="62" w:type="dxa"/>
              <w:start w:w="82" w:type="dxa"/>
              <w:bottom w:w="62" w:type="dxa"/>
              <w:end w:w="82" w:type="dxa"/>
            </w:tcMar>
          </w:tcPr>
          <w:p>
            <w:pPr>
              <w:jc w:val="center"/>
              <w:keepLines/>
              <w:keepNext/>
            </w:pPr>
            <w:r>
              <w:rPr>
                <w:b/>
                <w:i w:val="0"/>
                <w:color w:val="FFFFFF"/>
                <w:sz w:val="15"/>
              </w:rPr>
              <w:t>7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Players spread out where they can see and hear the coach.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complete an action only when the instruction begins with “Coach says.” Use basketball movements and court locations.</w:t>
            </w:r>
          </w:p>
          <w:p>
            <w:pPr>
              <w:spacing w:after="0"/>
              <w:ind w:left="230" w:hanging="158"/>
              <w:keepLines/>
              <w:keepNext/>
            </w:pPr>
            <w:r>
              <w:rPr>
                <w:b/>
                <w:i w:val="0"/>
                <w:color w:val="0B5D4B"/>
                <w:sz w:val="14"/>
              </w:rPr>
              <w:t xml:space="preserve">• </w:t>
            </w:r>
            <w:r>
              <w:rPr>
                <w:b w:val="0"/>
                <w:i w:val="0"/>
                <w:color w:val="111111"/>
                <w:sz w:val="14"/>
              </w:rPr>
              <w:t>There is no elimination for mistakes.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Listen before moving.</w:t>
            </w:r>
          </w:p>
          <w:p>
            <w:pPr>
              <w:spacing w:after="0"/>
              <w:ind w:left="230" w:hanging="158"/>
              <w:keepLines/>
              <w:keepNext/>
            </w:pPr>
            <w:r>
              <w:rPr>
                <w:b/>
                <w:i w:val="0"/>
                <w:color w:val="0B5D4B"/>
                <w:sz w:val="14"/>
              </w:rPr>
              <w:t xml:space="preserve">• </w:t>
            </w:r>
            <w:r>
              <w:rPr>
                <w:b w:val="0"/>
                <w:i w:val="0"/>
                <w:color w:val="111111"/>
                <w:sz w:val="14"/>
              </w:rPr>
              <w:t>Stop safely.</w:t>
            </w:r>
          </w:p>
          <w:p>
            <w:pPr>
              <w:spacing w:after="0"/>
              <w:ind w:left="230" w:hanging="158"/>
              <w:keepLines/>
              <w:keepNext/>
            </w:pPr>
            <w:r>
              <w:rPr>
                <w:b/>
                <w:i w:val="0"/>
                <w:color w:val="0B5D4B"/>
                <w:sz w:val="14"/>
              </w:rPr>
              <w:t xml:space="preserve">• </w:t>
            </w:r>
            <w:r>
              <w:rPr>
                <w:b w:val="0"/>
                <w:i w:val="0"/>
                <w:color w:val="111111"/>
                <w:sz w:val="14"/>
              </w:rPr>
              <w:t>Know your space.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or floor markers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Remove the “Coach says” rule and simply copy actions.</w:t>
            </w:r>
          </w:p>
          <w:p>
            <w:pPr>
              <w:spacing w:after="0"/>
              <w:ind w:left="230" w:hanging="158"/>
              <w:keepLines/>
              <w:keepNext/>
            </w:pPr>
            <w:r>
              <w:rPr>
                <w:b/>
                <w:i w:val="0"/>
                <w:color w:val="0B5D4B"/>
                <w:sz w:val="14"/>
              </w:rPr>
              <w:t xml:space="preserve">• </w:t>
            </w:r>
            <w:r>
              <w:rPr>
                <w:b w:val="0"/>
                <w:i w:val="0"/>
                <w:color w:val="111111"/>
                <w:sz w:val="14"/>
              </w:rPr>
              <w:t>Use only three familiar commands.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Let a player become the coach.</w:t>
            </w:r>
          </w:p>
          <w:p>
            <w:pPr>
              <w:spacing w:after="0"/>
              <w:ind w:left="230" w:hanging="158"/>
              <w:keepLines/>
              <w:keepNext/>
            </w:pPr>
            <w:r>
              <w:rPr>
                <w:b/>
                <w:i w:val="0"/>
                <w:color w:val="0B5D4B"/>
                <w:sz w:val="14"/>
              </w:rPr>
              <w:t xml:space="preserve">• </w:t>
            </w:r>
            <w:r>
              <w:rPr>
                <w:b w:val="0"/>
                <w:i w:val="0"/>
                <w:color w:val="111111"/>
                <w:sz w:val="14"/>
              </w:rPr>
              <w:t>Combine a movement and court location in one instruction.</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needs the instruction demonstrated?</w:t>
            </w:r>
          </w:p>
          <w:p>
            <w:pPr>
              <w:spacing w:after="0"/>
              <w:ind w:left="230" w:hanging="158"/>
              <w:keepLines/>
              <w:keepNext/>
            </w:pPr>
            <w:r>
              <w:rPr>
                <w:b/>
                <w:i w:val="0"/>
                <w:color w:val="0B5D4B"/>
                <w:sz w:val="14"/>
              </w:rPr>
              <w:t xml:space="preserve">• </w:t>
            </w:r>
            <w:r>
              <w:rPr>
                <w:b w:val="0"/>
                <w:i w:val="0"/>
                <w:color w:val="111111"/>
                <w:sz w:val="14"/>
              </w:rPr>
              <w:t>Are mistakes treated lightly so children keep participating?</w:t>
            </w:r>
          </w:p>
          <w:p>
            <w:pPr>
              <w:spacing w:before="20" w:after="0"/>
              <w:keepLines/>
              <w:keepNext/>
            </w:pPr>
            <w:r>
              <w:rPr>
                <w:b/>
                <w:i w:val="0"/>
                <w:color w:val="F28C28"/>
                <w:sz w:val="14"/>
              </w:rPr>
              <w:t>SAFETY</w:t>
            </w:r>
          </w:p>
          <w:p>
            <w:pPr>
              <w:spacing w:after="0"/>
              <w:keepLines/>
            </w:pPr>
            <w:r>
              <w:rPr>
                <w:sz w:val="14"/>
              </w:rPr>
              <w:t>Do not use elimination; children who make a mistake continue immediately.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Huddle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Gather players in a circle or semicircle where everyone can see and hear the coach.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brief closing question, recognise specific attitude or effort, preview the next session and finish with a team cheer.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Name specific behaviours.</w:t>
            </w:r>
          </w:p>
          <w:p>
            <w:pPr>
              <w:spacing w:after="0"/>
              <w:ind w:left="230" w:hanging="158"/>
              <w:keepLines/>
              <w:keepNext/>
            </w:pPr>
            <w:r>
              <w:rPr>
                <w:b/>
                <w:i w:val="0"/>
                <w:color w:val="0B5D4B"/>
                <w:sz w:val="14"/>
              </w:rPr>
              <w:t xml:space="preserve">• </w:t>
            </w:r>
            <w:r>
              <w:rPr>
                <w:b w:val="0"/>
                <w:i w:val="0"/>
                <w:color w:val="111111"/>
                <w:sz w:val="14"/>
              </w:rPr>
              <w:t>Finish positively.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Small gathering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Ask a question players can answer with one word or a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Invite one or two players to recognise a teammate’s effort or improvement.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has not yet been recognised?</w:t>
            </w:r>
          </w:p>
          <w:p>
            <w:pPr>
              <w:spacing w:after="0"/>
              <w:ind w:left="230" w:hanging="158"/>
              <w:keepLines/>
              <w:keepNext/>
            </w:pPr>
            <w:r>
              <w:rPr>
                <w:b/>
                <w:i w:val="0"/>
                <w:color w:val="0B5D4B"/>
                <w:sz w:val="14"/>
              </w:rPr>
              <w:t xml:space="preserve">• </w:t>
            </w:r>
            <w:r>
              <w:rPr>
                <w:b w:val="0"/>
                <w:i w:val="0"/>
                <w:color w:val="111111"/>
                <w:sz w:val="14"/>
              </w:rPr>
              <w:t>Is the group calm and included?</w:t>
            </w:r>
          </w:p>
          <w:p>
            <w:pPr>
              <w:spacing w:before="20" w:after="0"/>
              <w:keepLines/>
              <w:keepNext/>
            </w:pPr>
            <w:r>
              <w:rPr>
                <w:b/>
                <w:i w:val="0"/>
                <w:color w:val="F28C28"/>
                <w:sz w:val="14"/>
              </w:rPr>
              <w:t>SAFETY</w:t>
            </w:r>
          </w:p>
          <w:p>
            <w:pPr>
              <w:spacing w:after="0"/>
              <w:keepLines/>
            </w:pPr>
            <w:r>
              <w:rPr>
                <w:sz w:val="14"/>
              </w:rPr>
              <w:t>Keep players away from loose balls and equipment while gathered.</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CUBS WEEK 6: CHANGE DIRECTION</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Turn and change direction while keeping the ball recoverable.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Look for space.</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Turn and change direction with the ball; avoid obstacles and players; use court boundaries.</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Change Direction Challenge</w:t>
            </w:r>
          </w:p>
        </w:tc>
        <w:tc>
          <w:tcPr>
            <w:tcW w:type="dxa" w:w="4104"/>
            <w:vAlign w:val="center"/>
            <w:tcMar>
              <w:top w:w="42" w:type="dxa"/>
              <w:start w:w="50" w:type="dxa"/>
              <w:bottom w:w="42" w:type="dxa"/>
              <w:end w:w="50" w:type="dxa"/>
            </w:tcMar>
          </w:tcPr>
          <w:p>
            <w:pPr>
              <w:keepLines/>
            </w:pPr>
            <w:r>
              <w:rPr>
                <w:b w:val="0"/>
                <w:i w:val="0"/>
                <w:color w:val="111111"/>
                <w:sz w:val="14"/>
              </w:rPr>
              <w:t>Move without ball; turn toward named line.</w:t>
            </w:r>
          </w:p>
        </w:tc>
        <w:tc>
          <w:tcPr>
            <w:tcW w:type="dxa" w:w="2563"/>
            <w:vAlign w:val="center"/>
            <w:tcMar>
              <w:top w:w="42" w:type="dxa"/>
              <w:start w:w="50" w:type="dxa"/>
              <w:bottom w:w="42" w:type="dxa"/>
              <w:end w:w="50" w:type="dxa"/>
            </w:tcMar>
          </w:tcPr>
          <w:p>
            <w:pPr>
              <w:keepLines/>
            </w:pPr>
            <w:r>
              <w:rPr>
                <w:b w:val="0"/>
                <w:i w:val="0"/>
                <w:color w:val="111111"/>
                <w:sz w:val="14"/>
              </w:rPr>
              <w:t>Body control.</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Cone Maze</w:t>
            </w:r>
          </w:p>
        </w:tc>
        <w:tc>
          <w:tcPr>
            <w:tcW w:type="dxa" w:w="4104"/>
            <w:vAlign w:val="center"/>
            <w:tcMar>
              <w:top w:w="42" w:type="dxa"/>
              <w:start w:w="50" w:type="dxa"/>
              <w:bottom w:w="42" w:type="dxa"/>
              <w:end w:w="50" w:type="dxa"/>
            </w:tcMar>
          </w:tcPr>
          <w:p>
            <w:pPr>
              <w:keepLines/>
            </w:pPr>
            <w:r>
              <w:rPr>
                <w:b w:val="0"/>
                <w:i w:val="0"/>
                <w:color w:val="111111"/>
                <w:sz w:val="14"/>
              </w:rPr>
              <w:t>Dribble to cones and turn around them.</w:t>
            </w:r>
          </w:p>
        </w:tc>
        <w:tc>
          <w:tcPr>
            <w:tcW w:type="dxa" w:w="2563"/>
            <w:vAlign w:val="center"/>
            <w:tcMar>
              <w:top w:w="42" w:type="dxa"/>
              <w:start w:w="50" w:type="dxa"/>
              <w:bottom w:w="42" w:type="dxa"/>
              <w:end w:w="50" w:type="dxa"/>
            </w:tcMar>
          </w:tcPr>
          <w:p>
            <w:pPr>
              <w:keepLines/>
            </w:pPr>
            <w:r>
              <w:rPr>
                <w:b w:val="0"/>
                <w:i w:val="0"/>
                <w:color w:val="111111"/>
                <w:sz w:val="14"/>
              </w:rPr>
              <w:t>Slow enough to succeed.</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Around the Islands</w:t>
            </w:r>
          </w:p>
        </w:tc>
        <w:tc>
          <w:tcPr>
            <w:tcW w:type="dxa" w:w="4104"/>
            <w:vAlign w:val="center"/>
            <w:tcMar>
              <w:top w:w="42" w:type="dxa"/>
              <w:start w:w="50" w:type="dxa"/>
              <w:bottom w:w="42" w:type="dxa"/>
              <w:end w:w="50" w:type="dxa"/>
            </w:tcMar>
          </w:tcPr>
          <w:p>
            <w:pPr>
              <w:keepLines/>
            </w:pPr>
            <w:r>
              <w:rPr>
                <w:b w:val="0"/>
                <w:i w:val="0"/>
                <w:color w:val="111111"/>
                <w:sz w:val="14"/>
              </w:rPr>
              <w:t>Choose routes around floor spots while dribbling.</w:t>
            </w:r>
          </w:p>
        </w:tc>
        <w:tc>
          <w:tcPr>
            <w:tcW w:type="dxa" w:w="2563"/>
            <w:vAlign w:val="center"/>
            <w:tcMar>
              <w:top w:w="42" w:type="dxa"/>
              <w:start w:w="50" w:type="dxa"/>
              <w:bottom w:w="42" w:type="dxa"/>
              <w:end w:w="50" w:type="dxa"/>
            </w:tcMar>
          </w:tcPr>
          <w:p>
            <w:pPr>
              <w:keepLines/>
            </w:pPr>
            <w:r>
              <w:rPr>
                <w:b w:val="0"/>
                <w:i w:val="0"/>
                <w:color w:val="111111"/>
                <w:sz w:val="14"/>
              </w:rPr>
              <w:t>Eyes up briefly.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17 min</w:t>
              <w:br/>
              <w:t>:28-:45</w:t>
            </w:r>
          </w:p>
        </w:tc>
        <w:tc>
          <w:tcPr>
            <w:tcW w:type="dxa" w:w="2477"/>
            <w:vAlign w:val="center"/>
            <w:tcMar>
              <w:top w:w="42" w:type="dxa"/>
              <w:start w:w="50" w:type="dxa"/>
              <w:bottom w:w="42" w:type="dxa"/>
              <w:end w:w="50" w:type="dxa"/>
            </w:tcMar>
            <w:shd w:fill="E9ECEF"/>
          </w:tcPr>
          <w:p>
            <w:pPr>
              <w:keepLines/>
            </w:pPr>
            <w:r>
              <w:rPr>
                <w:b/>
                <w:i w:val="0"/>
                <w:color w:val="111111"/>
                <w:sz w:val="14"/>
              </w:rPr>
              <w:t>Dribble Through Gates</w:t>
            </w:r>
          </w:p>
        </w:tc>
        <w:tc>
          <w:tcPr>
            <w:tcW w:type="dxa" w:w="4104"/>
            <w:vAlign w:val="center"/>
            <w:tcMar>
              <w:top w:w="42" w:type="dxa"/>
              <w:start w:w="50" w:type="dxa"/>
              <w:bottom w:w="42" w:type="dxa"/>
              <w:end w:w="50" w:type="dxa"/>
            </w:tcMar>
          </w:tcPr>
          <w:p>
            <w:pPr>
              <w:keepLines/>
            </w:pPr>
            <w:r>
              <w:rPr>
                <w:b w:val="0"/>
                <w:i w:val="0"/>
                <w:color w:val="111111"/>
                <w:sz w:val="14"/>
              </w:rPr>
              <w:t>Dribble through as many gates as possible; change direction when a gate is busy.</w:t>
            </w:r>
          </w:p>
        </w:tc>
        <w:tc>
          <w:tcPr>
            <w:tcW w:type="dxa" w:w="2563"/>
            <w:vAlign w:val="center"/>
            <w:tcMar>
              <w:top w:w="42" w:type="dxa"/>
              <w:start w:w="50" w:type="dxa"/>
              <w:bottom w:w="42" w:type="dxa"/>
              <w:end w:w="50" w:type="dxa"/>
            </w:tcMar>
          </w:tcPr>
          <w:p>
            <w:pPr>
              <w:keepLines/>
            </w:pPr>
            <w:r>
              <w:rPr>
                <w:b w:val="0"/>
                <w:i w:val="0"/>
                <w:color w:val="111111"/>
                <w:sz w:val="14"/>
              </w:rPr>
              <w:t>Find space, do not race.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7 min</w:t>
              <w:br/>
              <w:t>:45-:52</w:t>
            </w:r>
          </w:p>
        </w:tc>
        <w:tc>
          <w:tcPr>
            <w:tcW w:type="dxa" w:w="2477"/>
            <w:vAlign w:val="center"/>
            <w:tcMar>
              <w:top w:w="42" w:type="dxa"/>
              <w:start w:w="50" w:type="dxa"/>
              <w:bottom w:w="42" w:type="dxa"/>
              <w:end w:w="50" w:type="dxa"/>
            </w:tcMar>
            <w:shd w:fill="E9ECEF"/>
          </w:tcPr>
          <w:p>
            <w:pPr>
              <w:keepLines/>
            </w:pPr>
            <w:r>
              <w:rPr>
                <w:b/>
                <w:i w:val="0"/>
                <w:color w:val="111111"/>
                <w:sz w:val="14"/>
              </w:rPr>
              <w:t>Treasure Hunters</w:t>
            </w:r>
          </w:p>
        </w:tc>
        <w:tc>
          <w:tcPr>
            <w:tcW w:type="dxa" w:w="4104"/>
            <w:vAlign w:val="center"/>
            <w:tcMar>
              <w:top w:w="42" w:type="dxa"/>
              <w:start w:w="50" w:type="dxa"/>
              <w:bottom w:w="42" w:type="dxa"/>
              <w:end w:w="50" w:type="dxa"/>
            </w:tcMar>
          </w:tcPr>
          <w:p>
            <w:pPr>
              <w:keepLines/>
            </w:pPr>
            <w:r>
              <w:rPr>
                <w:b w:val="0"/>
                <w:i w:val="0"/>
                <w:color w:val="111111"/>
                <w:sz w:val="14"/>
              </w:rPr>
              <w:t>Collect beanbags/balls from islands and return by dribbling.</w:t>
            </w:r>
          </w:p>
        </w:tc>
        <w:tc>
          <w:tcPr>
            <w:tcW w:type="dxa" w:w="2563"/>
            <w:vAlign w:val="center"/>
            <w:tcMar>
              <w:top w:w="42" w:type="dxa"/>
              <w:start w:w="50" w:type="dxa"/>
              <w:bottom w:w="42" w:type="dxa"/>
              <w:end w:w="50" w:type="dxa"/>
            </w:tcMar>
          </w:tcPr>
          <w:p>
            <w:pPr>
              <w:keepLines/>
            </w:pPr>
            <w:r>
              <w:rPr>
                <w:b w:val="0"/>
                <w:i w:val="0"/>
                <w:color w:val="111111"/>
                <w:sz w:val="14"/>
              </w:rPr>
              <w:t>Safe turns and awareness.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Huddle</w:t>
            </w:r>
          </w:p>
        </w:tc>
        <w:tc>
          <w:tcPr>
            <w:tcW w:type="dxa" w:w="4104"/>
            <w:vAlign w:val="center"/>
            <w:tcMar>
              <w:top w:w="42" w:type="dxa"/>
              <w:start w:w="50" w:type="dxa"/>
              <w:bottom w:w="42" w:type="dxa"/>
              <w:end w:w="50" w:type="dxa"/>
            </w:tcMar>
          </w:tcPr>
          <w:p>
            <w:pPr>
              <w:keepLines/>
            </w:pPr>
            <w:r>
              <w:rPr>
                <w:b w:val="0"/>
                <w:i w:val="0"/>
                <w:color w:val="111111"/>
                <w:sz w:val="14"/>
              </w:rPr>
              <w:t>Recognise players who looked for space.</w:t>
            </w:r>
          </w:p>
        </w:tc>
        <w:tc>
          <w:tcPr>
            <w:tcW w:type="dxa" w:w="2563"/>
            <w:vAlign w:val="center"/>
            <w:tcMar>
              <w:top w:w="42" w:type="dxa"/>
              <w:start w:w="50" w:type="dxa"/>
              <w:bottom w:w="42" w:type="dxa"/>
              <w:end w:w="50" w:type="dxa"/>
            </w:tcMar>
          </w:tcPr>
          <w:p>
            <w:pPr>
              <w:keepLines/>
            </w:pPr>
            <w:r>
              <w:rPr>
                <w:b w:val="0"/>
                <w:i w:val="0"/>
                <w:color w:val="111111"/>
                <w:sz w:val="14"/>
              </w:rPr>
              <w:t>Ask where space was found.</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noticing busy and open gates?</w:t>
              <w:br/>
              <w:t>Can they turn without running into others?</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wider gates and allow carrying around turns.</w:t>
              <w:br/>
              <w:t>Harder: Call a new direction or hand at each gate.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Sideline and baseline are boundaries.</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How did you find open space?</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Change Direction Challenge</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Set out gates or directional markers around the area.</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move through the space. On a signal or colour call, they turn and travel toward a different marker. Emphasise safe, controlled turns.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Slow before the turn.</w:t>
            </w:r>
          </w:p>
          <w:p>
            <w:pPr>
              <w:spacing w:after="0"/>
              <w:ind w:left="230" w:hanging="158"/>
              <w:keepLines/>
              <w:keepNext/>
            </w:pPr>
            <w:r>
              <w:rPr>
                <w:b/>
                <w:i w:val="0"/>
                <w:color w:val="0B5D4B"/>
                <w:sz w:val="14"/>
              </w:rPr>
              <w:t xml:space="preserve">• </w:t>
            </w:r>
            <w:r>
              <w:rPr>
                <w:b w:val="0"/>
                <w:i w:val="0"/>
                <w:color w:val="111111"/>
                <w:sz w:val="14"/>
              </w:rPr>
              <w:t>Push into the new direction.</w:t>
            </w:r>
          </w:p>
          <w:p>
            <w:pPr>
              <w:spacing w:after="0"/>
              <w:ind w:left="230" w:hanging="158"/>
              <w:keepLines/>
              <w:keepNext/>
            </w:pPr>
            <w:r>
              <w:rPr>
                <w:b/>
                <w:i w:val="0"/>
                <w:color w:val="0B5D4B"/>
                <w:sz w:val="14"/>
              </w:rPr>
              <w:t xml:space="preserve">• </w:t>
            </w:r>
            <w:r>
              <w:rPr>
                <w:b w:val="0"/>
                <w:i w:val="0"/>
                <w:color w:val="111111"/>
                <w:sz w:val="14"/>
              </w:rPr>
              <w:t>Keep your head up.</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or floor markers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one type of turn and walking speed.</w:t>
            </w:r>
          </w:p>
          <w:p>
            <w:pPr>
              <w:spacing w:after="0"/>
              <w:ind w:left="230" w:hanging="158"/>
              <w:keepLines/>
              <w:keepNext/>
            </w:pPr>
            <w:r>
              <w:rPr>
                <w:b/>
                <w:i w:val="0"/>
                <w:color w:val="0B5D4B"/>
                <w:sz w:val="14"/>
              </w:rPr>
              <w:t xml:space="preserve">• </w:t>
            </w:r>
            <w:r>
              <w:rPr>
                <w:b w:val="0"/>
                <w:i w:val="0"/>
                <w:color w:val="111111"/>
                <w:sz w:val="14"/>
              </w:rPr>
              <w:t>Coach points as well as calling.</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different turn types.</w:t>
            </w:r>
          </w:p>
          <w:p>
            <w:pPr>
              <w:spacing w:after="0"/>
              <w:ind w:left="230" w:hanging="158"/>
              <w:keepLines/>
              <w:keepNext/>
            </w:pPr>
            <w:r>
              <w:rPr>
                <w:b/>
                <w:i w:val="0"/>
                <w:color w:val="0B5D4B"/>
                <w:sz w:val="14"/>
              </w:rPr>
              <w:t xml:space="preserve">• </w:t>
            </w:r>
            <w:r>
              <w:rPr>
                <w:b w:val="0"/>
                <w:i w:val="0"/>
                <w:color w:val="111111"/>
                <w:sz w:val="14"/>
              </w:rPr>
              <w:t>Add a chaser or a ball later.</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can turn without crossing feet or falling off balance?</w:t>
            </w:r>
          </w:p>
          <w:p>
            <w:pPr>
              <w:spacing w:after="0"/>
              <w:ind w:left="230" w:hanging="158"/>
              <w:keepLines/>
              <w:keepNext/>
            </w:pPr>
            <w:r>
              <w:rPr>
                <w:b/>
                <w:i w:val="0"/>
                <w:color w:val="0B5D4B"/>
                <w:sz w:val="14"/>
              </w:rPr>
              <w:t xml:space="preserve">• </w:t>
            </w:r>
            <w:r>
              <w:rPr>
                <w:b w:val="0"/>
                <w:i w:val="0"/>
                <w:color w:val="111111"/>
                <w:sz w:val="14"/>
              </w:rPr>
              <w:t>Are players choosing clear space?</w:t>
            </w:r>
          </w:p>
          <w:p>
            <w:pPr>
              <w:spacing w:before="20" w:after="0"/>
              <w:keepLines/>
              <w:keepNext/>
            </w:pPr>
            <w:r>
              <w:rPr>
                <w:b/>
                <w:i w:val="0"/>
                <w:color w:val="F28C28"/>
                <w:sz w:val="14"/>
              </w:rPr>
              <w:t>SAFETY</w:t>
            </w:r>
          </w:p>
          <w:p>
            <w:pPr>
              <w:spacing w:after="0"/>
              <w:keepLines/>
            </w:pPr>
            <w:r>
              <w:rPr>
                <w:sz w:val="14"/>
              </w:rPr>
              <w:t>Avoid sharp changes at full speed until children can stop and turn safely.</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Cone Maze</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Scatter cones with wide pathways or create several simple routes.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dribble through the maze without touching cones or other players. They choose their own route or follow a colour sequence.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Look ahead.</w:t>
            </w:r>
          </w:p>
          <w:p>
            <w:pPr>
              <w:spacing w:after="0"/>
              <w:ind w:left="230" w:hanging="158"/>
              <w:keepLines/>
              <w:keepNext/>
            </w:pPr>
            <w:r>
              <w:rPr>
                <w:b/>
                <w:i w:val="0"/>
                <w:color w:val="0B5D4B"/>
                <w:sz w:val="14"/>
              </w:rPr>
              <w:t xml:space="preserve">• </w:t>
            </w:r>
            <w:r>
              <w:rPr>
                <w:b w:val="0"/>
                <w:i w:val="0"/>
                <w:color w:val="111111"/>
                <w:sz w:val="14"/>
              </w:rPr>
              <w:t>Turn before the cone.</w:t>
            </w:r>
          </w:p>
          <w:p>
            <w:pPr>
              <w:spacing w:after="0"/>
              <w:ind w:left="230" w:hanging="158"/>
              <w:keepLines/>
              <w:keepNext/>
            </w:pPr>
            <w:r>
              <w:rPr>
                <w:b/>
                <w:i w:val="0"/>
                <w:color w:val="0B5D4B"/>
                <w:sz w:val="14"/>
              </w:rPr>
              <w:t xml:space="preserve">• </w:t>
            </w:r>
            <w:r>
              <w:rPr>
                <w:b w:val="0"/>
                <w:i w:val="0"/>
                <w:color w:val="111111"/>
                <w:sz w:val="14"/>
              </w:rPr>
              <w:t>Slow down to stay in control.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player where available; Cones or floor markers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Walk and carry the ball through once.</w:t>
            </w:r>
          </w:p>
          <w:p>
            <w:pPr>
              <w:spacing w:after="0"/>
              <w:ind w:left="230" w:hanging="158"/>
              <w:keepLines/>
              <w:keepNext/>
            </w:pPr>
            <w:r>
              <w:rPr>
                <w:b/>
                <w:i w:val="0"/>
                <w:color w:val="0B5D4B"/>
                <w:sz w:val="14"/>
              </w:rPr>
              <w:t xml:space="preserve">• </w:t>
            </w:r>
            <w:r>
              <w:rPr>
                <w:b w:val="0"/>
                <w:i w:val="0"/>
                <w:color w:val="111111"/>
                <w:sz w:val="14"/>
              </w:rPr>
              <w:t>Use fewer, wider-spaced cones.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Require different hands on different sections.</w:t>
            </w:r>
          </w:p>
          <w:p>
            <w:pPr>
              <w:spacing w:after="0"/>
              <w:ind w:left="230" w:hanging="158"/>
              <w:keepLines/>
              <w:keepNext/>
            </w:pPr>
            <w:r>
              <w:rPr>
                <w:b/>
                <w:i w:val="0"/>
                <w:color w:val="0B5D4B"/>
                <w:sz w:val="14"/>
              </w:rPr>
              <w:t xml:space="preserve">• </w:t>
            </w:r>
            <w:r>
              <w:rPr>
                <w:b w:val="0"/>
                <w:i w:val="0"/>
                <w:color w:val="111111"/>
                <w:sz w:val="14"/>
              </w:rPr>
              <w:t>Add timed personal challenges without racing others.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pathways wide enough for success?</w:t>
            </w:r>
          </w:p>
          <w:p>
            <w:pPr>
              <w:spacing w:after="0"/>
              <w:ind w:left="230" w:hanging="158"/>
              <w:keepLines/>
              <w:keepNext/>
            </w:pPr>
            <w:r>
              <w:rPr>
                <w:b/>
                <w:i w:val="0"/>
                <w:color w:val="0B5D4B"/>
                <w:sz w:val="14"/>
              </w:rPr>
              <w:t xml:space="preserve">• </w:t>
            </w:r>
            <w:r>
              <w:rPr>
                <w:b w:val="0"/>
                <w:i w:val="0"/>
                <w:color w:val="111111"/>
                <w:sz w:val="14"/>
              </w:rPr>
              <w:t>Who is following others rather than choosing space?</w:t>
            </w:r>
          </w:p>
          <w:p>
            <w:pPr>
              <w:spacing w:before="20" w:after="0"/>
              <w:keepLines/>
              <w:keepNext/>
            </w:pPr>
            <w:r>
              <w:rPr>
                <w:b/>
                <w:i w:val="0"/>
                <w:color w:val="F28C28"/>
                <w:sz w:val="14"/>
              </w:rPr>
              <w:t>SAFETY</w:t>
            </w:r>
          </w:p>
          <w:p>
            <w:pPr>
              <w:spacing w:after="0"/>
              <w:keepLines/>
            </w:pPr>
            <w:r>
              <w:rPr>
                <w:sz w:val="14"/>
              </w:rPr>
              <w:t>Use soft cones and avoid tight crossing routes.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Around the Islands</w:t>
            </w:r>
          </w:p>
        </w:tc>
        <w:tc>
          <w:tcPr>
            <w:tcW w:type="dxa" w:w="5429"/>
            <w:shd w:fill="F28C28"/>
            <w:tcMar>
              <w:top w:w="62" w:type="dxa"/>
              <w:start w:w="82" w:type="dxa"/>
              <w:bottom w:w="62" w:type="dxa"/>
              <w:end w:w="82" w:type="dxa"/>
            </w:tcMar>
          </w:tcPr>
          <w:p>
            <w:pPr>
              <w:jc w:val="center"/>
              <w:keepLines/>
              <w:keepNext/>
            </w:pPr>
            <w:r>
              <w:rPr>
                <w:b/>
                <w:i w:val="0"/>
                <w:color w:val="FFFFFF"/>
                <w:sz w:val="15"/>
              </w:rPr>
              <w:t>10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Scatter cones or spots as “islands,” leaving clear pathways between them.</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travel around the islands without touching them or each other. On the signal, they stop beside an island or move to a named colour.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Look for open pathways.</w:t>
            </w:r>
          </w:p>
          <w:p>
            <w:pPr>
              <w:spacing w:after="0"/>
              <w:ind w:left="230" w:hanging="158"/>
              <w:keepLines/>
              <w:keepNext/>
            </w:pPr>
            <w:r>
              <w:rPr>
                <w:b/>
                <w:i w:val="0"/>
                <w:color w:val="0B5D4B"/>
                <w:sz w:val="14"/>
              </w:rPr>
              <w:t xml:space="preserve">• </w:t>
            </w:r>
            <w:r>
              <w:rPr>
                <w:b w:val="0"/>
                <w:i w:val="0"/>
                <w:color w:val="111111"/>
                <w:sz w:val="14"/>
              </w:rPr>
              <w:t>Change direction early.</w:t>
            </w:r>
          </w:p>
          <w:p>
            <w:pPr>
              <w:spacing w:after="0"/>
              <w:ind w:left="230" w:hanging="158"/>
              <w:keepLines/>
              <w:keepNext/>
            </w:pPr>
            <w:r>
              <w:rPr>
                <w:b/>
                <w:i w:val="0"/>
                <w:color w:val="0B5D4B"/>
                <w:sz w:val="14"/>
              </w:rPr>
              <w:t xml:space="preserve">• </w:t>
            </w:r>
            <w:r>
              <w:rPr>
                <w:b w:val="0"/>
                <w:i w:val="0"/>
                <w:color w:val="111111"/>
                <w:sz w:val="14"/>
              </w:rPr>
              <w:t>Do not crowd an island.</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or floor markers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fewer players in the area.</w:t>
            </w:r>
          </w:p>
          <w:p>
            <w:pPr>
              <w:spacing w:after="0"/>
              <w:ind w:left="230" w:hanging="158"/>
              <w:keepLines/>
              <w:keepNext/>
            </w:pPr>
            <w:r>
              <w:rPr>
                <w:b/>
                <w:i w:val="0"/>
                <w:color w:val="0B5D4B"/>
                <w:sz w:val="14"/>
              </w:rPr>
              <w:t xml:space="preserve">• </w:t>
            </w:r>
            <w:r>
              <w:rPr>
                <w:b w:val="0"/>
                <w:i w:val="0"/>
                <w:color w:val="111111"/>
                <w:sz w:val="14"/>
              </w:rPr>
              <w:t>Allow walking only.</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Remove one or two islands to increase decisions.</w:t>
            </w:r>
          </w:p>
          <w:p>
            <w:pPr>
              <w:spacing w:after="0"/>
              <w:ind w:left="230" w:hanging="158"/>
              <w:keepLines/>
              <w:keepNext/>
            </w:pPr>
            <w:r>
              <w:rPr>
                <w:b/>
                <w:i w:val="0"/>
                <w:color w:val="0B5D4B"/>
                <w:sz w:val="14"/>
              </w:rPr>
              <w:t xml:space="preserve">• </w:t>
            </w:r>
            <w:r>
              <w:rPr>
                <w:b w:val="0"/>
                <w:i w:val="0"/>
                <w:color w:val="111111"/>
                <w:sz w:val="14"/>
              </w:rPr>
              <w:t>Add a ball for carrying or dribbling.</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scanning ahead?</w:t>
            </w:r>
          </w:p>
          <w:p>
            <w:pPr>
              <w:spacing w:after="0"/>
              <w:ind w:left="230" w:hanging="158"/>
              <w:keepLines/>
              <w:keepNext/>
            </w:pPr>
            <w:r>
              <w:rPr>
                <w:b/>
                <w:i w:val="0"/>
                <w:color w:val="0B5D4B"/>
                <w:sz w:val="14"/>
              </w:rPr>
              <w:t xml:space="preserve">• </w:t>
            </w:r>
            <w:r>
              <w:rPr>
                <w:b w:val="0"/>
                <w:i w:val="0"/>
                <w:color w:val="111111"/>
                <w:sz w:val="14"/>
              </w:rPr>
              <w:t>Does anyone repeatedly get crowded out?</w:t>
            </w:r>
          </w:p>
          <w:p>
            <w:pPr>
              <w:spacing w:before="20" w:after="0"/>
              <w:keepLines/>
              <w:keepNext/>
            </w:pPr>
            <w:r>
              <w:rPr>
                <w:b/>
                <w:i w:val="0"/>
                <w:color w:val="F28C28"/>
                <w:sz w:val="14"/>
              </w:rPr>
              <w:t>SAFETY</w:t>
            </w:r>
          </w:p>
          <w:p>
            <w:pPr>
              <w:spacing w:after="0"/>
              <w:keepLines/>
            </w:pPr>
            <w:r>
              <w:rPr>
                <w:sz w:val="14"/>
              </w:rPr>
              <w:t>Leave enough space between islands and do not use elimination when an island is full.</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Dribble Through Gates</w:t>
            </w:r>
          </w:p>
        </w:tc>
        <w:tc>
          <w:tcPr>
            <w:tcW w:type="dxa" w:w="5429"/>
            <w:shd w:fill="F28C28"/>
            <w:tcMar>
              <w:top w:w="62" w:type="dxa"/>
              <w:start w:w="82" w:type="dxa"/>
              <w:bottom w:w="62" w:type="dxa"/>
              <w:end w:w="82" w:type="dxa"/>
            </w:tcMar>
          </w:tcPr>
          <w:p>
            <w:pPr>
              <w:jc w:val="center"/>
              <w:keepLines/>
              <w:keepNext/>
            </w:pPr>
            <w:r>
              <w:rPr>
                <w:b/>
                <w:i w:val="0"/>
                <w:color w:val="FFFFFF"/>
                <w:sz w:val="15"/>
              </w:rPr>
              <w:t>17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many two-cone gates around the area.</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dribble through as many different gates as possible. They must find a new gate rather than repeatedly using the nearest one.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See the next gate.</w:t>
            </w:r>
          </w:p>
          <w:p>
            <w:pPr>
              <w:spacing w:after="0"/>
              <w:ind w:left="230" w:hanging="158"/>
              <w:keepLines/>
              <w:keepNext/>
            </w:pPr>
            <w:r>
              <w:rPr>
                <w:b/>
                <w:i w:val="0"/>
                <w:color w:val="0B5D4B"/>
                <w:sz w:val="14"/>
              </w:rPr>
              <w:t xml:space="preserve">• </w:t>
            </w:r>
            <w:r>
              <w:rPr>
                <w:b w:val="0"/>
                <w:i w:val="0"/>
                <w:color w:val="111111"/>
                <w:sz w:val="14"/>
              </w:rPr>
              <w:t>Control the ball through the opening.</w:t>
            </w:r>
          </w:p>
          <w:p>
            <w:pPr>
              <w:spacing w:after="0"/>
              <w:ind w:left="230" w:hanging="158"/>
              <w:keepLines/>
              <w:keepNext/>
            </w:pPr>
            <w:r>
              <w:rPr>
                <w:b/>
                <w:i w:val="0"/>
                <w:color w:val="0B5D4B"/>
                <w:sz w:val="14"/>
              </w:rPr>
              <w:t xml:space="preserve">• </w:t>
            </w:r>
            <w:r>
              <w:rPr>
                <w:b w:val="0"/>
                <w:i w:val="0"/>
                <w:color w:val="111111"/>
                <w:sz w:val="14"/>
              </w:rPr>
              <w:t>Change direction after each gate.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player where available; Cones or floor markers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Make gates wider.</w:t>
            </w:r>
          </w:p>
          <w:p>
            <w:pPr>
              <w:spacing w:after="0"/>
              <w:ind w:left="230" w:hanging="158"/>
              <w:keepLines/>
              <w:keepNext/>
            </w:pPr>
            <w:r>
              <w:rPr>
                <w:b/>
                <w:i w:val="0"/>
                <w:color w:val="0B5D4B"/>
                <w:sz w:val="14"/>
              </w:rPr>
              <w:t xml:space="preserve">• </w:t>
            </w:r>
            <w:r>
              <w:rPr>
                <w:b w:val="0"/>
                <w:i w:val="0"/>
                <w:color w:val="111111"/>
                <w:sz w:val="14"/>
              </w:rPr>
              <w:t>Allow players to walk and carry between gates.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Assign gate colours or hand choices.</w:t>
            </w:r>
          </w:p>
          <w:p>
            <w:pPr>
              <w:spacing w:after="0"/>
              <w:ind w:left="230" w:hanging="158"/>
              <w:keepLines/>
              <w:keepNext/>
            </w:pPr>
            <w:r>
              <w:rPr>
                <w:b/>
                <w:i w:val="0"/>
                <w:color w:val="0B5D4B"/>
                <w:sz w:val="14"/>
              </w:rPr>
              <w:t xml:space="preserve">• </w:t>
            </w:r>
            <w:r>
              <w:rPr>
                <w:b w:val="0"/>
                <w:i w:val="0"/>
                <w:color w:val="111111"/>
                <w:sz w:val="14"/>
              </w:rPr>
              <w:t>Add a partner counting challenge.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scanning or staring at the ball?</w:t>
            </w:r>
          </w:p>
          <w:p>
            <w:pPr>
              <w:spacing w:after="0"/>
              <w:ind w:left="230" w:hanging="158"/>
              <w:keepLines/>
              <w:keepNext/>
            </w:pPr>
            <w:r>
              <w:rPr>
                <w:b/>
                <w:i w:val="0"/>
                <w:color w:val="0B5D4B"/>
                <w:sz w:val="14"/>
              </w:rPr>
              <w:t xml:space="preserve">• </w:t>
            </w:r>
            <w:r>
              <w:rPr>
                <w:b w:val="0"/>
                <w:i w:val="0"/>
                <w:color w:val="111111"/>
                <w:sz w:val="14"/>
              </w:rPr>
              <w:t>Are some gates crowded while others are unused?</w:t>
            </w:r>
          </w:p>
          <w:p>
            <w:pPr>
              <w:spacing w:before="20" w:after="0"/>
              <w:keepLines/>
              <w:keepNext/>
            </w:pPr>
            <w:r>
              <w:rPr>
                <w:b/>
                <w:i w:val="0"/>
                <w:color w:val="F28C28"/>
                <w:sz w:val="14"/>
              </w:rPr>
              <w:t>SAFETY</w:t>
            </w:r>
          </w:p>
          <w:p>
            <w:pPr>
              <w:spacing w:after="0"/>
              <w:keepLines/>
            </w:pPr>
            <w:r>
              <w:rPr>
                <w:sz w:val="14"/>
              </w:rPr>
              <w:t>Place gates far enough apart to prevent crossing collisions.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Treasure Hunters</w:t>
            </w:r>
          </w:p>
        </w:tc>
        <w:tc>
          <w:tcPr>
            <w:tcW w:type="dxa" w:w="5429"/>
            <w:shd w:fill="F28C28"/>
            <w:tcMar>
              <w:top w:w="62" w:type="dxa"/>
              <w:start w:w="82" w:type="dxa"/>
              <w:bottom w:w="62" w:type="dxa"/>
              <w:end w:w="82" w:type="dxa"/>
            </w:tcMar>
          </w:tcPr>
          <w:p>
            <w:pPr>
              <w:jc w:val="center"/>
              <w:keepLines/>
              <w:keepNext/>
            </w:pPr>
            <w:r>
              <w:rPr>
                <w:b/>
                <w:i w:val="0"/>
                <w:color w:val="FFFFFF"/>
                <w:sz w:val="15"/>
              </w:rPr>
              <w:t>7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Scatter small “treasures” around the court and designate home bases.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dribble to collect one treasure at a time and return it to their base.</w:t>
            </w:r>
          </w:p>
          <w:p>
            <w:pPr>
              <w:spacing w:after="0"/>
              <w:ind w:left="230" w:hanging="158"/>
              <w:keepLines/>
              <w:keepNext/>
            </w:pPr>
            <w:r>
              <w:rPr>
                <w:b/>
                <w:i w:val="0"/>
                <w:color w:val="0B5D4B"/>
                <w:sz w:val="14"/>
              </w:rPr>
              <w:t xml:space="preserve">• </w:t>
            </w:r>
            <w:r>
              <w:rPr>
                <w:b w:val="0"/>
                <w:i w:val="0"/>
                <w:color w:val="111111"/>
                <w:sz w:val="14"/>
              </w:rPr>
              <w:t>Continue until time expires, then reset rather than declaring one permanent winner.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Control the ball before collecting.</w:t>
            </w:r>
          </w:p>
          <w:p>
            <w:pPr>
              <w:spacing w:after="0"/>
              <w:ind w:left="230" w:hanging="158"/>
              <w:keepLines/>
              <w:keepNext/>
            </w:pPr>
            <w:r>
              <w:rPr>
                <w:b/>
                <w:i w:val="0"/>
                <w:color w:val="0B5D4B"/>
                <w:sz w:val="14"/>
              </w:rPr>
              <w:t xml:space="preserve">• </w:t>
            </w:r>
            <w:r>
              <w:rPr>
                <w:b w:val="0"/>
                <w:i w:val="0"/>
                <w:color w:val="111111"/>
                <w:sz w:val="14"/>
              </w:rPr>
              <w:t>Look for open treasure.</w:t>
            </w:r>
          </w:p>
          <w:p>
            <w:pPr>
              <w:spacing w:after="0"/>
              <w:ind w:left="230" w:hanging="158"/>
              <w:keepLines/>
              <w:keepNext/>
            </w:pPr>
            <w:r>
              <w:rPr>
                <w:b/>
                <w:i w:val="0"/>
                <w:color w:val="0B5D4B"/>
                <w:sz w:val="14"/>
              </w:rPr>
              <w:t xml:space="preserve">• </w:t>
            </w:r>
            <w:r>
              <w:rPr>
                <w:b w:val="0"/>
                <w:i w:val="0"/>
                <w:color w:val="111111"/>
                <w:sz w:val="14"/>
              </w:rPr>
              <w:t>One item at a time.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player where available; Cones or floor markers; Soft objects or beanbags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Allow players to stop and hold the ball while collecting.</w:t>
            </w:r>
          </w:p>
          <w:p>
            <w:pPr>
              <w:spacing w:after="0"/>
              <w:ind w:left="230" w:hanging="158"/>
              <w:keepLines/>
              <w:keepNext/>
            </w:pPr>
            <w:r>
              <w:rPr>
                <w:b/>
                <w:i w:val="0"/>
                <w:color w:val="0B5D4B"/>
                <w:sz w:val="14"/>
              </w:rPr>
              <w:t xml:space="preserve">• </w:t>
            </w:r>
            <w:r>
              <w:rPr>
                <w:b w:val="0"/>
                <w:i w:val="0"/>
                <w:color w:val="111111"/>
                <w:sz w:val="14"/>
              </w:rPr>
              <w:t>Use large, easy-to-grab objects.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Require a hand change or move around a cone first.</w:t>
            </w:r>
          </w:p>
          <w:p>
            <w:pPr>
              <w:spacing w:after="0"/>
              <w:ind w:left="230" w:hanging="158"/>
              <w:keepLines/>
              <w:keepNext/>
            </w:pPr>
            <w:r>
              <w:rPr>
                <w:b/>
                <w:i w:val="0"/>
                <w:color w:val="0B5D4B"/>
                <w:sz w:val="14"/>
              </w:rPr>
              <w:t xml:space="preserve">• </w:t>
            </w:r>
            <w:r>
              <w:rPr>
                <w:b w:val="0"/>
                <w:i w:val="0"/>
                <w:color w:val="111111"/>
                <w:sz w:val="14"/>
              </w:rPr>
              <w:t>Use team bases and cooperation goals.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children sharing space and resources?</w:t>
            </w:r>
          </w:p>
          <w:p>
            <w:pPr>
              <w:spacing w:after="0"/>
              <w:ind w:left="230" w:hanging="158"/>
              <w:keepLines/>
              <w:keepNext/>
            </w:pPr>
            <w:r>
              <w:rPr>
                <w:b/>
                <w:i w:val="0"/>
                <w:color w:val="0B5D4B"/>
                <w:sz w:val="14"/>
              </w:rPr>
              <w:t xml:space="preserve">• </w:t>
            </w:r>
            <w:r>
              <w:rPr>
                <w:b w:val="0"/>
                <w:i w:val="0"/>
                <w:color w:val="111111"/>
                <w:sz w:val="14"/>
              </w:rPr>
              <w:t>Is competition overshadowing control and safety?</w:t>
            </w:r>
          </w:p>
          <w:p>
            <w:pPr>
              <w:spacing w:before="20" w:after="0"/>
              <w:keepLines/>
              <w:keepNext/>
            </w:pPr>
            <w:r>
              <w:rPr>
                <w:b/>
                <w:i w:val="0"/>
                <w:color w:val="F28C28"/>
                <w:sz w:val="14"/>
              </w:rPr>
              <w:t>SAFETY</w:t>
            </w:r>
          </w:p>
          <w:p>
            <w:pPr>
              <w:spacing w:after="0"/>
              <w:keepLines/>
            </w:pPr>
            <w:r>
              <w:rPr>
                <w:sz w:val="14"/>
              </w:rPr>
              <w:t>Use soft objects and ensure players stop before bending to collect.</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Huddle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Gather players in a circle or semicircle where everyone can see and hear the coach.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brief closing question, recognise specific attitude or effort, preview the next session and finish with a team cheer.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Name specific behaviours.</w:t>
            </w:r>
          </w:p>
          <w:p>
            <w:pPr>
              <w:spacing w:after="0"/>
              <w:ind w:left="230" w:hanging="158"/>
              <w:keepLines/>
              <w:keepNext/>
            </w:pPr>
            <w:r>
              <w:rPr>
                <w:b/>
                <w:i w:val="0"/>
                <w:color w:val="0B5D4B"/>
                <w:sz w:val="14"/>
              </w:rPr>
              <w:t xml:space="preserve">• </w:t>
            </w:r>
            <w:r>
              <w:rPr>
                <w:b w:val="0"/>
                <w:i w:val="0"/>
                <w:color w:val="111111"/>
                <w:sz w:val="14"/>
              </w:rPr>
              <w:t>Finish positively.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Small gathering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Ask a question players can answer with one word or a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Invite one or two players to recognise a teammate’s effort or improvement.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has not yet been recognised?</w:t>
            </w:r>
          </w:p>
          <w:p>
            <w:pPr>
              <w:spacing w:after="0"/>
              <w:ind w:left="230" w:hanging="158"/>
              <w:keepLines/>
              <w:keepNext/>
            </w:pPr>
            <w:r>
              <w:rPr>
                <w:b/>
                <w:i w:val="0"/>
                <w:color w:val="0B5D4B"/>
                <w:sz w:val="14"/>
              </w:rPr>
              <w:t xml:space="preserve">• </w:t>
            </w:r>
            <w:r>
              <w:rPr>
                <w:b w:val="0"/>
                <w:i w:val="0"/>
                <w:color w:val="111111"/>
                <w:sz w:val="14"/>
              </w:rPr>
              <w:t>Is the group calm and included?</w:t>
            </w:r>
          </w:p>
          <w:p>
            <w:pPr>
              <w:spacing w:before="20" w:after="0"/>
              <w:keepLines/>
              <w:keepNext/>
            </w:pPr>
            <w:r>
              <w:rPr>
                <w:b/>
                <w:i w:val="0"/>
                <w:color w:val="F28C28"/>
                <w:sz w:val="14"/>
              </w:rPr>
              <w:t>SAFETY</w:t>
            </w:r>
          </w:p>
          <w:p>
            <w:pPr>
              <w:spacing w:after="0"/>
              <w:keepLines/>
            </w:pPr>
            <w:r>
              <w:rPr>
                <w:sz w:val="14"/>
              </w:rPr>
              <w:t>Keep players away from loose balls and equipment while gathered.</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CUBS WEEK 7: USE BOTH HANDS</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Try both hands and move comfortably to either side.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Try the less-comfortable side.</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Try either hand; move to both sides; change hands in simple activities; recognise left and right.</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Follow the Leader</w:t>
            </w:r>
          </w:p>
        </w:tc>
        <w:tc>
          <w:tcPr>
            <w:tcW w:type="dxa" w:w="4104"/>
            <w:vAlign w:val="center"/>
            <w:tcMar>
              <w:top w:w="42" w:type="dxa"/>
              <w:start w:w="50" w:type="dxa"/>
              <w:bottom w:w="42" w:type="dxa"/>
              <w:end w:w="50" w:type="dxa"/>
            </w:tcMar>
          </w:tcPr>
          <w:p>
            <w:pPr>
              <w:keepLines/>
            </w:pPr>
            <w:r>
              <w:rPr>
                <w:b w:val="0"/>
                <w:i w:val="0"/>
                <w:color w:val="111111"/>
                <w:sz w:val="14"/>
              </w:rPr>
              <w:t>Carry ball while stepping and turning both ways.</w:t>
            </w:r>
          </w:p>
        </w:tc>
        <w:tc>
          <w:tcPr>
            <w:tcW w:type="dxa" w:w="2563"/>
            <w:vAlign w:val="center"/>
            <w:tcMar>
              <w:top w:w="42" w:type="dxa"/>
              <w:start w:w="50" w:type="dxa"/>
              <w:bottom w:w="42" w:type="dxa"/>
              <w:end w:w="50" w:type="dxa"/>
            </w:tcMar>
          </w:tcPr>
          <w:p>
            <w:pPr>
              <w:keepLines/>
            </w:pPr>
            <w:r>
              <w:rPr>
                <w:b w:val="0"/>
                <w:i w:val="0"/>
                <w:color w:val="111111"/>
                <w:sz w:val="14"/>
              </w:rPr>
              <w:t>Use left/right language.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Hand Switch Challenge</w:t>
            </w:r>
          </w:p>
        </w:tc>
        <w:tc>
          <w:tcPr>
            <w:tcW w:type="dxa" w:w="4104"/>
            <w:vAlign w:val="center"/>
            <w:tcMar>
              <w:top w:w="42" w:type="dxa"/>
              <w:start w:w="50" w:type="dxa"/>
              <w:bottom w:w="42" w:type="dxa"/>
              <w:end w:w="50" w:type="dxa"/>
            </w:tcMar>
          </w:tcPr>
          <w:p>
            <w:pPr>
              <w:keepLines/>
            </w:pPr>
            <w:r>
              <w:rPr>
                <w:b w:val="0"/>
                <w:i w:val="0"/>
                <w:color w:val="111111"/>
                <w:sz w:val="14"/>
              </w:rPr>
              <w:t>Stationary bounces with right, left and alternating hands.</w:t>
            </w:r>
          </w:p>
        </w:tc>
        <w:tc>
          <w:tcPr>
            <w:tcW w:type="dxa" w:w="2563"/>
            <w:vAlign w:val="center"/>
            <w:tcMar>
              <w:top w:w="42" w:type="dxa"/>
              <w:start w:w="50" w:type="dxa"/>
              <w:bottom w:w="42" w:type="dxa"/>
              <w:end w:w="50" w:type="dxa"/>
            </w:tcMar>
          </w:tcPr>
          <w:p>
            <w:pPr>
              <w:keepLines/>
            </w:pPr>
            <w:r>
              <w:rPr>
                <w:b w:val="0"/>
                <w:i w:val="0"/>
                <w:color w:val="111111"/>
                <w:sz w:val="14"/>
              </w:rPr>
              <w:t>Trying matters more than mastery.</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Walking Dribble</w:t>
            </w:r>
          </w:p>
        </w:tc>
        <w:tc>
          <w:tcPr>
            <w:tcW w:type="dxa" w:w="4104"/>
            <w:vAlign w:val="center"/>
            <w:tcMar>
              <w:top w:w="42" w:type="dxa"/>
              <w:start w:w="50" w:type="dxa"/>
              <w:bottom w:w="42" w:type="dxa"/>
              <w:end w:w="50" w:type="dxa"/>
            </w:tcMar>
          </w:tcPr>
          <w:p>
            <w:pPr>
              <w:keepLines/>
            </w:pPr>
            <w:r>
              <w:rPr>
                <w:b w:val="0"/>
                <w:i w:val="0"/>
                <w:color w:val="111111"/>
                <w:sz w:val="14"/>
              </w:rPr>
              <w:t>Dribble down one side with one hand and return with the other.</w:t>
            </w:r>
          </w:p>
        </w:tc>
        <w:tc>
          <w:tcPr>
            <w:tcW w:type="dxa" w:w="2563"/>
            <w:vAlign w:val="center"/>
            <w:tcMar>
              <w:top w:w="42" w:type="dxa"/>
              <w:start w:w="50" w:type="dxa"/>
              <w:bottom w:w="42" w:type="dxa"/>
              <w:end w:w="50" w:type="dxa"/>
            </w:tcMar>
          </w:tcPr>
          <w:p>
            <w:pPr>
              <w:keepLines/>
            </w:pPr>
            <w:r>
              <w:rPr>
                <w:b w:val="0"/>
                <w:i w:val="0"/>
                <w:color w:val="111111"/>
                <w:sz w:val="14"/>
              </w:rPr>
              <w:t>Walk pace.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17 min</w:t>
              <w:br/>
              <w:t>:28-:45</w:t>
            </w:r>
          </w:p>
        </w:tc>
        <w:tc>
          <w:tcPr>
            <w:tcW w:type="dxa" w:w="2477"/>
            <w:vAlign w:val="center"/>
            <w:tcMar>
              <w:top w:w="42" w:type="dxa"/>
              <w:start w:w="50" w:type="dxa"/>
              <w:bottom w:w="42" w:type="dxa"/>
              <w:end w:w="50" w:type="dxa"/>
            </w:tcMar>
            <w:shd w:fill="E9ECEF"/>
          </w:tcPr>
          <w:p>
            <w:pPr>
              <w:keepLines/>
            </w:pPr>
            <w:r>
              <w:rPr>
                <w:b/>
                <w:i w:val="0"/>
                <w:color w:val="111111"/>
                <w:sz w:val="14"/>
              </w:rPr>
              <w:t>Mirror Dribble</w:t>
            </w:r>
          </w:p>
        </w:tc>
        <w:tc>
          <w:tcPr>
            <w:tcW w:type="dxa" w:w="4104"/>
            <w:vAlign w:val="center"/>
            <w:tcMar>
              <w:top w:w="42" w:type="dxa"/>
              <w:start w:w="50" w:type="dxa"/>
              <w:bottom w:w="42" w:type="dxa"/>
              <w:end w:w="50" w:type="dxa"/>
            </w:tcMar>
          </w:tcPr>
          <w:p>
            <w:pPr>
              <w:keepLines/>
            </w:pPr>
            <w:r>
              <w:rPr>
                <w:b w:val="0"/>
                <w:i w:val="0"/>
                <w:color w:val="111111"/>
                <w:sz w:val="14"/>
              </w:rPr>
              <w:t>Partners copy direction and hand changes; then gate course using either hand.</w:t>
            </w:r>
          </w:p>
        </w:tc>
        <w:tc>
          <w:tcPr>
            <w:tcW w:type="dxa" w:w="2563"/>
            <w:vAlign w:val="center"/>
            <w:tcMar>
              <w:top w:w="42" w:type="dxa"/>
              <w:start w:w="50" w:type="dxa"/>
              <w:bottom w:w="42" w:type="dxa"/>
              <w:end w:w="50" w:type="dxa"/>
            </w:tcMar>
          </w:tcPr>
          <w:p>
            <w:pPr>
              <w:keepLines/>
            </w:pPr>
            <w:r>
              <w:rPr>
                <w:b w:val="0"/>
                <w:i w:val="0"/>
                <w:color w:val="111111"/>
                <w:sz w:val="14"/>
              </w:rPr>
              <w:t>Keep pairs spread out.</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7 min</w:t>
              <w:br/>
              <w:t>:45-:52</w:t>
            </w:r>
          </w:p>
        </w:tc>
        <w:tc>
          <w:tcPr>
            <w:tcW w:type="dxa" w:w="2477"/>
            <w:vAlign w:val="center"/>
            <w:tcMar>
              <w:top w:w="42" w:type="dxa"/>
              <w:start w:w="50" w:type="dxa"/>
              <w:bottom w:w="42" w:type="dxa"/>
              <w:end w:w="50" w:type="dxa"/>
            </w:tcMar>
            <w:shd w:fill="E9ECEF"/>
          </w:tcPr>
          <w:p>
            <w:pPr>
              <w:keepLines/>
            </w:pPr>
            <w:r>
              <w:rPr>
                <w:b/>
                <w:i w:val="0"/>
                <w:color w:val="111111"/>
                <w:sz w:val="14"/>
              </w:rPr>
              <w:t>Hand Switch Challenge</w:t>
            </w:r>
          </w:p>
        </w:tc>
        <w:tc>
          <w:tcPr>
            <w:tcW w:type="dxa" w:w="4104"/>
            <w:vAlign w:val="center"/>
            <w:tcMar>
              <w:top w:w="42" w:type="dxa"/>
              <w:start w:w="50" w:type="dxa"/>
              <w:bottom w:w="42" w:type="dxa"/>
              <w:end w:w="50" w:type="dxa"/>
            </w:tcMar>
          </w:tcPr>
          <w:p>
            <w:pPr>
              <w:keepLines/>
            </w:pPr>
            <w:r>
              <w:rPr>
                <w:b w:val="0"/>
                <w:i w:val="0"/>
                <w:color w:val="111111"/>
                <w:sz w:val="14"/>
              </w:rPr>
              <w:t>Score a point for trying the called hand through each gate.</w:t>
            </w:r>
          </w:p>
        </w:tc>
        <w:tc>
          <w:tcPr>
            <w:tcW w:type="dxa" w:w="2563"/>
            <w:vAlign w:val="center"/>
            <w:tcMar>
              <w:top w:w="42" w:type="dxa"/>
              <w:start w:w="50" w:type="dxa"/>
              <w:bottom w:w="42" w:type="dxa"/>
              <w:end w:w="50" w:type="dxa"/>
            </w:tcMar>
          </w:tcPr>
          <w:p>
            <w:pPr>
              <w:keepLines/>
            </w:pPr>
            <w:r>
              <w:rPr>
                <w:b w:val="0"/>
                <w:i w:val="0"/>
                <w:color w:val="111111"/>
                <w:sz w:val="14"/>
              </w:rPr>
              <w:t>Reward attempts.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Huddle</w:t>
            </w:r>
          </w:p>
        </w:tc>
        <w:tc>
          <w:tcPr>
            <w:tcW w:type="dxa" w:w="4104"/>
            <w:vAlign w:val="center"/>
            <w:tcMar>
              <w:top w:w="42" w:type="dxa"/>
              <w:start w:w="50" w:type="dxa"/>
              <w:bottom w:w="42" w:type="dxa"/>
              <w:end w:w="50" w:type="dxa"/>
            </w:tcMar>
          </w:tcPr>
          <w:p>
            <w:pPr>
              <w:keepLines/>
            </w:pPr>
            <w:r>
              <w:rPr>
                <w:b w:val="0"/>
                <w:i w:val="0"/>
                <w:color w:val="111111"/>
                <w:sz w:val="14"/>
              </w:rPr>
              <w:t>Praise use of less-comfortable hand.</w:t>
            </w:r>
          </w:p>
        </w:tc>
        <w:tc>
          <w:tcPr>
            <w:tcW w:type="dxa" w:w="2563"/>
            <w:vAlign w:val="center"/>
            <w:tcMar>
              <w:top w:w="42" w:type="dxa"/>
              <w:start w:w="50" w:type="dxa"/>
              <w:bottom w:w="42" w:type="dxa"/>
              <w:end w:w="50" w:type="dxa"/>
            </w:tcMar>
          </w:tcPr>
          <w:p>
            <w:pPr>
              <w:keepLines/>
            </w:pPr>
            <w:r>
              <w:rPr>
                <w:b w:val="0"/>
                <w:i w:val="0"/>
                <w:color w:val="111111"/>
                <w:sz w:val="14"/>
              </w:rPr>
              <w:t>Name one hard thing tried.</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children genuinely trying both hands?</w:t>
              <w:br/>
              <w:t>Who needs a shorter distance with the less-comfortable hand?</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stationary bounces or shorter pathways.</w:t>
              <w:br/>
              <w:t>Harder: Alternate hands at each cone without stopping.</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Left, right and changing hands safely.</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Which hand was harder to try?</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Follow the Leader</w:t>
            </w:r>
          </w:p>
        </w:tc>
        <w:tc>
          <w:tcPr>
            <w:tcW w:type="dxa" w:w="5429"/>
            <w:shd w:fill="F28C28"/>
            <w:tcMar>
              <w:top w:w="62" w:type="dxa"/>
              <w:start w:w="82" w:type="dxa"/>
              <w:bottom w:w="62" w:type="dxa"/>
              <w:end w:w="82" w:type="dxa"/>
            </w:tcMar>
          </w:tcPr>
          <w:p>
            <w:pPr>
              <w:jc w:val="center"/>
              <w:keepLines/>
              <w:keepNext/>
            </w:pPr>
            <w:r>
              <w:rPr>
                <w:b/>
                <w:i w:val="0"/>
                <w:color w:val="FFFFFF"/>
                <w:sz w:val="15"/>
              </w:rPr>
              <w:t>5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Place players in small groups or one line with enough space between them. Assign a leader to each group.</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The leader travels through the space using different movements. The others copy. Change leaders frequently so many children get a turn.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Copy the movement, not the speed.</w:t>
            </w:r>
          </w:p>
          <w:p>
            <w:pPr>
              <w:spacing w:after="0"/>
              <w:ind w:left="230" w:hanging="158"/>
              <w:keepLines/>
              <w:keepNext/>
            </w:pPr>
            <w:r>
              <w:rPr>
                <w:b/>
                <w:i w:val="0"/>
                <w:color w:val="0B5D4B"/>
                <w:sz w:val="14"/>
              </w:rPr>
              <w:t xml:space="preserve">• </w:t>
            </w:r>
            <w:r>
              <w:rPr>
                <w:b w:val="0"/>
                <w:i w:val="0"/>
                <w:color w:val="111111"/>
                <w:sz w:val="14"/>
              </w:rPr>
              <w:t>Keep space from the player ahead.</w:t>
            </w:r>
          </w:p>
          <w:p>
            <w:pPr>
              <w:spacing w:after="0"/>
              <w:ind w:left="230" w:hanging="158"/>
              <w:keepLines/>
              <w:keepNext/>
            </w:pPr>
            <w:r>
              <w:rPr>
                <w:b/>
                <w:i w:val="0"/>
                <w:color w:val="0B5D4B"/>
                <w:sz w:val="14"/>
              </w:rPr>
              <w:t xml:space="preserve">• </w:t>
            </w:r>
            <w:r>
              <w:rPr>
                <w:b w:val="0"/>
                <w:i w:val="0"/>
                <w:color w:val="111111"/>
                <w:sz w:val="14"/>
              </w:rPr>
              <w:t>Move under control.</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Cones or floor markers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simple walking, running and stopping.</w:t>
            </w:r>
          </w:p>
          <w:p>
            <w:pPr>
              <w:spacing w:after="0"/>
              <w:ind w:left="230" w:hanging="158"/>
              <w:keepLines/>
              <w:keepNext/>
            </w:pPr>
            <w:r>
              <w:rPr>
                <w:b/>
                <w:i w:val="0"/>
                <w:color w:val="0B5D4B"/>
                <w:sz w:val="14"/>
              </w:rPr>
              <w:t xml:space="preserve">• </w:t>
            </w:r>
            <w:r>
              <w:rPr>
                <w:b w:val="0"/>
                <w:i w:val="0"/>
                <w:color w:val="111111"/>
                <w:sz w:val="14"/>
              </w:rPr>
              <w:t>Coach leads the whole group.</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Players take turns inventing movements.</w:t>
            </w:r>
          </w:p>
          <w:p>
            <w:pPr>
              <w:spacing w:after="0"/>
              <w:ind w:left="230" w:hanging="158"/>
              <w:keepLines/>
              <w:keepNext/>
            </w:pPr>
            <w:r>
              <w:rPr>
                <w:b/>
                <w:i w:val="0"/>
                <w:color w:val="0B5D4B"/>
                <w:sz w:val="14"/>
              </w:rPr>
              <w:t xml:space="preserve">• </w:t>
            </w:r>
            <w:r>
              <w:rPr>
                <w:b w:val="0"/>
                <w:i w:val="0"/>
                <w:color w:val="111111"/>
                <w:sz w:val="14"/>
              </w:rPr>
              <w:t>Add a ball for carrying, rolling or dribbling.</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every child able to see and follow?</w:t>
            </w:r>
          </w:p>
          <w:p>
            <w:pPr>
              <w:spacing w:after="0"/>
              <w:ind w:left="230" w:hanging="158"/>
              <w:keepLines/>
              <w:keepNext/>
            </w:pPr>
            <w:r>
              <w:rPr>
                <w:b/>
                <w:i w:val="0"/>
                <w:color w:val="0B5D4B"/>
                <w:sz w:val="14"/>
              </w:rPr>
              <w:t xml:space="preserve">• </w:t>
            </w:r>
            <w:r>
              <w:rPr>
                <w:b w:val="0"/>
                <w:i w:val="0"/>
                <w:color w:val="111111"/>
                <w:sz w:val="14"/>
              </w:rPr>
              <w:t>Are quieter children being offered a leadership turn?</w:t>
            </w:r>
          </w:p>
          <w:p>
            <w:pPr>
              <w:spacing w:before="20" w:after="0"/>
              <w:keepLines/>
              <w:keepNext/>
            </w:pPr>
            <w:r>
              <w:rPr>
                <w:b/>
                <w:i w:val="0"/>
                <w:color w:val="F28C28"/>
                <w:sz w:val="14"/>
              </w:rPr>
              <w:t>SAFETY</w:t>
            </w:r>
          </w:p>
          <w:p>
            <w:pPr>
              <w:spacing w:after="0"/>
              <w:keepLines/>
            </w:pPr>
            <w:r>
              <w:rPr>
                <w:sz w:val="14"/>
              </w:rPr>
              <w:t>Avoid tight lines and sudden backward movement when players are close together.</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Hand Switch Challenge</w:t>
            </w:r>
          </w:p>
        </w:tc>
        <w:tc>
          <w:tcPr>
            <w:tcW w:type="dxa" w:w="5429"/>
            <w:shd w:fill="F28C28"/>
            <w:tcMar>
              <w:top w:w="62" w:type="dxa"/>
              <w:start w:w="82" w:type="dxa"/>
              <w:bottom w:w="62" w:type="dxa"/>
              <w:end w:w="82" w:type="dxa"/>
            </w:tcMar>
          </w:tcPr>
          <w:p>
            <w:pPr>
              <w:jc w:val="center"/>
              <w:keepLines/>
              <w:keepNext/>
            </w:pPr>
            <w:r>
              <w:rPr>
                <w:b/>
                <w:i w:val="0"/>
                <w:color w:val="FFFFFF"/>
                <w:sz w:val="15"/>
              </w:rPr>
              <w:t>8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Players start stationary with a ball.</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Move or bounce the ball from one hand to the other. Begin with hand-to-hand transfers, then low crossover bounces or changes while walking.</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Try both hands.</w:t>
            </w:r>
          </w:p>
          <w:p>
            <w:pPr>
              <w:spacing w:after="0"/>
              <w:ind w:left="230" w:hanging="158"/>
              <w:keepLines/>
              <w:keepNext/>
            </w:pPr>
            <w:r>
              <w:rPr>
                <w:b/>
                <w:i w:val="0"/>
                <w:color w:val="0B5D4B"/>
                <w:sz w:val="14"/>
              </w:rPr>
              <w:t xml:space="preserve">• </w:t>
            </w:r>
            <w:r>
              <w:rPr>
                <w:b w:val="0"/>
                <w:i w:val="0"/>
                <w:color w:val="111111"/>
                <w:sz w:val="14"/>
              </w:rPr>
              <w:t>Keep the ball in front.</w:t>
            </w:r>
          </w:p>
          <w:p>
            <w:pPr>
              <w:spacing w:after="0"/>
              <w:ind w:left="230" w:hanging="158"/>
              <w:keepLines/>
              <w:keepNext/>
            </w:pPr>
            <w:r>
              <w:rPr>
                <w:b/>
                <w:i w:val="0"/>
                <w:color w:val="0B5D4B"/>
                <w:sz w:val="14"/>
              </w:rPr>
              <w:t xml:space="preserve">• </w:t>
            </w:r>
            <w:r>
              <w:rPr>
                <w:b w:val="0"/>
                <w:i w:val="0"/>
                <w:color w:val="111111"/>
                <w:sz w:val="14"/>
              </w:rPr>
              <w:t>Stay balanced.</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player where available</w:t>
            </w:r>
          </w:p>
          <w:p>
            <w:pPr>
              <w:spacing w:after="0"/>
              <w:ind w:left="230" w:hanging="158"/>
              <w:keepLines/>
              <w:keepNext/>
            </w:pPr>
            <w:r>
              <w:rPr>
                <w:b/>
                <w:i w:val="0"/>
                <w:color w:val="0B5D4B"/>
                <w:sz w:val="14"/>
              </w:rPr>
              <w:t xml:space="preserve">• </w:t>
            </w:r>
            <w:r>
              <w:rPr>
                <w:b w:val="0"/>
                <w:i w:val="0"/>
                <w:color w:val="111111"/>
                <w:sz w:val="14"/>
              </w:rPr>
              <w:t>Personal spaces or lanes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hand-to-hand transfers without a bounce.</w:t>
            </w:r>
          </w:p>
          <w:p>
            <w:pPr>
              <w:spacing w:after="0"/>
              <w:ind w:left="230" w:hanging="158"/>
              <w:keepLines/>
              <w:keepNext/>
            </w:pPr>
            <w:r>
              <w:rPr>
                <w:b/>
                <w:i w:val="0"/>
                <w:color w:val="0B5D4B"/>
                <w:sz w:val="14"/>
              </w:rPr>
              <w:t xml:space="preserve">• </w:t>
            </w:r>
            <w:r>
              <w:rPr>
                <w:b w:val="0"/>
                <w:i w:val="0"/>
                <w:color w:val="111111"/>
                <w:sz w:val="14"/>
              </w:rPr>
              <w:t>Pause and catch after each switch.</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Switch on a signal while moving.</w:t>
            </w:r>
          </w:p>
          <w:p>
            <w:pPr>
              <w:spacing w:after="0"/>
              <w:ind w:left="230" w:hanging="158"/>
              <w:keepLines/>
              <w:keepNext/>
            </w:pPr>
            <w:r>
              <w:rPr>
                <w:b/>
                <w:i w:val="0"/>
                <w:color w:val="0B5D4B"/>
                <w:sz w:val="14"/>
              </w:rPr>
              <w:t xml:space="preserve">• </w:t>
            </w:r>
            <w:r>
              <w:rPr>
                <w:b w:val="0"/>
                <w:i w:val="0"/>
                <w:color w:val="111111"/>
                <w:sz w:val="14"/>
              </w:rPr>
              <w:t>Add cones requiring left or right hand use.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non-dominant hand being attempted without pressure?</w:t>
            </w:r>
          </w:p>
          <w:p>
            <w:pPr>
              <w:spacing w:after="0"/>
              <w:ind w:left="230" w:hanging="158"/>
              <w:keepLines/>
              <w:keepNext/>
            </w:pPr>
            <w:r>
              <w:rPr>
                <w:b/>
                <w:i w:val="0"/>
                <w:color w:val="0B5D4B"/>
                <w:sz w:val="14"/>
              </w:rPr>
              <w:t xml:space="preserve">• </w:t>
            </w:r>
            <w:r>
              <w:rPr>
                <w:b w:val="0"/>
                <w:i w:val="0"/>
                <w:color w:val="111111"/>
                <w:sz w:val="14"/>
              </w:rPr>
              <w:t>Who needs a slower progression?</w:t>
            </w:r>
          </w:p>
          <w:p>
            <w:pPr>
              <w:spacing w:before="20" w:after="0"/>
              <w:keepLines/>
              <w:keepNext/>
            </w:pPr>
            <w:r>
              <w:rPr>
                <w:b/>
                <w:i w:val="0"/>
                <w:color w:val="F28C28"/>
                <w:sz w:val="14"/>
              </w:rPr>
              <w:t>SAFETY</w:t>
            </w:r>
          </w:p>
          <w:p>
            <w:pPr>
              <w:spacing w:after="0"/>
              <w:keepLines/>
            </w:pPr>
            <w:r>
              <w:rPr>
                <w:sz w:val="14"/>
              </w:rPr>
              <w:t>Keep crossover bounces low enough to avoid balls travelling into others’ space.</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Walking Dribble</w:t>
            </w:r>
          </w:p>
        </w:tc>
        <w:tc>
          <w:tcPr>
            <w:tcW w:type="dxa" w:w="5429"/>
            <w:shd w:fill="F28C28"/>
            <w:tcMar>
              <w:top w:w="62" w:type="dxa"/>
              <w:start w:w="82" w:type="dxa"/>
              <w:bottom w:w="62" w:type="dxa"/>
              <w:end w:w="82" w:type="dxa"/>
            </w:tcMar>
          </w:tcPr>
          <w:p>
            <w:pPr>
              <w:jc w:val="center"/>
              <w:keepLines/>
              <w:keepNext/>
            </w:pPr>
            <w:r>
              <w:rPr>
                <w:b/>
                <w:i w:val="0"/>
                <w:color w:val="FFFFFF"/>
                <w:sz w:val="15"/>
              </w:rPr>
              <w:t>10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lanes or a clear direction of travel.</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walk while dribbling from one line to another. Stop, secure the ball, turn and return.</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Push the ball down and forward.</w:t>
            </w:r>
          </w:p>
          <w:p>
            <w:pPr>
              <w:spacing w:after="0"/>
              <w:ind w:left="230" w:hanging="158"/>
              <w:keepLines/>
              <w:keepNext/>
            </w:pPr>
            <w:r>
              <w:rPr>
                <w:b/>
                <w:i w:val="0"/>
                <w:color w:val="0B5D4B"/>
                <w:sz w:val="14"/>
              </w:rPr>
              <w:t xml:space="preserve">• </w:t>
            </w:r>
            <w:r>
              <w:rPr>
                <w:b w:val="0"/>
                <w:i w:val="0"/>
                <w:color w:val="111111"/>
                <w:sz w:val="14"/>
              </w:rPr>
              <w:t>Walk at the ball’s speed.</w:t>
            </w:r>
          </w:p>
          <w:p>
            <w:pPr>
              <w:spacing w:after="0"/>
              <w:ind w:left="230" w:hanging="158"/>
              <w:keepLines/>
              <w:keepNext/>
            </w:pPr>
            <w:r>
              <w:rPr>
                <w:b/>
                <w:i w:val="0"/>
                <w:color w:val="0B5D4B"/>
                <w:sz w:val="14"/>
              </w:rPr>
              <w:t xml:space="preserve">• </w:t>
            </w:r>
            <w:r>
              <w:rPr>
                <w:b w:val="0"/>
                <w:i w:val="0"/>
                <w:color w:val="111111"/>
                <w:sz w:val="14"/>
              </w:rPr>
              <w:t>Keep it close enough to recover.</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player where available</w:t>
            </w:r>
          </w:p>
          <w:p>
            <w:pPr>
              <w:spacing w:after="0"/>
              <w:ind w:left="230" w:hanging="158"/>
              <w:keepLines/>
              <w:keepNext/>
            </w:pPr>
            <w:r>
              <w:rPr>
                <w:b/>
                <w:i w:val="0"/>
                <w:color w:val="0B5D4B"/>
                <w:sz w:val="14"/>
              </w:rPr>
              <w:t xml:space="preserve">• </w:t>
            </w:r>
            <w:r>
              <w:rPr>
                <w:b w:val="0"/>
                <w:i w:val="0"/>
                <w:color w:val="111111"/>
                <w:sz w:val="14"/>
              </w:rPr>
              <w:t>Lanes or 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Bounce, take one step and catch.</w:t>
            </w:r>
          </w:p>
          <w:p>
            <w:pPr>
              <w:spacing w:after="0"/>
              <w:ind w:left="230" w:hanging="158"/>
              <w:keepLines/>
              <w:keepNext/>
            </w:pPr>
            <w:r>
              <w:rPr>
                <w:b/>
                <w:i w:val="0"/>
                <w:color w:val="0B5D4B"/>
                <w:sz w:val="14"/>
              </w:rPr>
              <w:t xml:space="preserve">• </w:t>
            </w:r>
            <w:r>
              <w:rPr>
                <w:b w:val="0"/>
                <w:i w:val="0"/>
                <w:color w:val="111111"/>
                <w:sz w:val="14"/>
              </w:rPr>
              <w:t>Use the preferred hand.</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Change hands on the return.</w:t>
            </w:r>
          </w:p>
          <w:p>
            <w:pPr>
              <w:spacing w:after="0"/>
              <w:ind w:left="230" w:hanging="158"/>
              <w:keepLines/>
              <w:keepNext/>
            </w:pPr>
            <w:r>
              <w:rPr>
                <w:b/>
                <w:i w:val="0"/>
                <w:color w:val="0B5D4B"/>
                <w:sz w:val="14"/>
              </w:rPr>
              <w:t xml:space="preserve">• </w:t>
            </w:r>
            <w:r>
              <w:rPr>
                <w:b w:val="0"/>
                <w:i w:val="0"/>
                <w:color w:val="111111"/>
                <w:sz w:val="14"/>
              </w:rPr>
              <w:t>Add stops, turns or pace changes.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ball too high or too far ahead?</w:t>
            </w:r>
          </w:p>
          <w:p>
            <w:pPr>
              <w:spacing w:after="0"/>
              <w:ind w:left="230" w:hanging="158"/>
              <w:keepLines/>
              <w:keepNext/>
            </w:pPr>
            <w:r>
              <w:rPr>
                <w:b/>
                <w:i w:val="0"/>
                <w:color w:val="0B5D4B"/>
                <w:sz w:val="14"/>
              </w:rPr>
              <w:t xml:space="preserve">• </w:t>
            </w:r>
            <w:r>
              <w:rPr>
                <w:b w:val="0"/>
                <w:i w:val="0"/>
                <w:color w:val="111111"/>
                <w:sz w:val="14"/>
              </w:rPr>
              <w:t>Who needs a shorter distance?</w:t>
            </w:r>
          </w:p>
          <w:p>
            <w:pPr>
              <w:spacing w:before="20" w:after="0"/>
              <w:keepLines/>
              <w:keepNext/>
            </w:pPr>
            <w:r>
              <w:rPr>
                <w:b/>
                <w:i w:val="0"/>
                <w:color w:val="F28C28"/>
                <w:sz w:val="14"/>
              </w:rPr>
              <w:t>SAFETY</w:t>
            </w:r>
          </w:p>
          <w:p>
            <w:pPr>
              <w:spacing w:after="0"/>
              <w:keepLines/>
            </w:pPr>
            <w:r>
              <w:rPr>
                <w:sz w:val="14"/>
              </w:rPr>
              <w:t>Use one-way lanes and space starts to prevent collisions.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Mirror Dribble</w:t>
            </w:r>
          </w:p>
        </w:tc>
        <w:tc>
          <w:tcPr>
            <w:tcW w:type="dxa" w:w="5429"/>
            <w:shd w:fill="F28C28"/>
            <w:tcMar>
              <w:top w:w="62" w:type="dxa"/>
              <w:start w:w="82" w:type="dxa"/>
              <w:bottom w:w="62" w:type="dxa"/>
              <w:end w:w="82" w:type="dxa"/>
            </w:tcMar>
          </w:tcPr>
          <w:p>
            <w:pPr>
              <w:jc w:val="center"/>
              <w:keepLines/>
              <w:keepNext/>
            </w:pPr>
            <w:r>
              <w:rPr>
                <w:b/>
                <w:i w:val="0"/>
                <w:color w:val="FFFFFF"/>
                <w:sz w:val="15"/>
              </w:rPr>
              <w:t>17 min |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Place players in pairs facing each other with one ball each. Give every pair a lane or small box.</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One player leads with slow dribbles, direction changes and hand changes. The partner mirrors the movement. Switch leader regularly.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Move slowly enough to copy.</w:t>
            </w:r>
          </w:p>
          <w:p>
            <w:pPr>
              <w:spacing w:after="0"/>
              <w:ind w:left="230" w:hanging="158"/>
              <w:keepLines/>
              <w:keepNext/>
            </w:pPr>
            <w:r>
              <w:rPr>
                <w:b/>
                <w:i w:val="0"/>
                <w:color w:val="0B5D4B"/>
                <w:sz w:val="14"/>
              </w:rPr>
              <w:t xml:space="preserve">• </w:t>
            </w:r>
            <w:r>
              <w:rPr>
                <w:b w:val="0"/>
                <w:i w:val="0"/>
                <w:color w:val="111111"/>
                <w:sz w:val="14"/>
              </w:rPr>
              <w:t>Keep the ball close.</w:t>
            </w:r>
          </w:p>
          <w:p>
            <w:pPr>
              <w:spacing w:after="0"/>
              <w:ind w:left="230" w:hanging="158"/>
              <w:keepLines/>
              <w:keepNext/>
            </w:pPr>
            <w:r>
              <w:rPr>
                <w:b/>
                <w:i w:val="0"/>
                <w:color w:val="0B5D4B"/>
                <w:sz w:val="14"/>
              </w:rPr>
              <w:t xml:space="preserve">• </w:t>
            </w:r>
            <w:r>
              <w:rPr>
                <w:b w:val="0"/>
                <w:i w:val="0"/>
                <w:color w:val="111111"/>
                <w:sz w:val="14"/>
              </w:rPr>
              <w:t>Look up at your partner.</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pair or group</w:t>
            </w:r>
          </w:p>
          <w:p>
            <w:pPr>
              <w:spacing w:after="0"/>
              <w:ind w:left="230" w:hanging="158"/>
              <w:keepLines/>
              <w:keepNext/>
            </w:pPr>
            <w:r>
              <w:rPr>
                <w:b/>
                <w:i w:val="0"/>
                <w:color w:val="0B5D4B"/>
                <w:sz w:val="14"/>
              </w:rPr>
              <w:t xml:space="preserve">• </w:t>
            </w:r>
            <w:r>
              <w:rPr>
                <w:b w:val="0"/>
                <w:i w:val="0"/>
                <w:color w:val="111111"/>
                <w:sz w:val="14"/>
              </w:rPr>
              <w:t>Half court in marked partner lanes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Mirror without balls first.</w:t>
            </w:r>
          </w:p>
          <w:p>
            <w:pPr>
              <w:spacing w:after="0"/>
              <w:ind w:left="230" w:hanging="158"/>
              <w:keepLines/>
              <w:keepNext/>
            </w:pPr>
            <w:r>
              <w:rPr>
                <w:b/>
                <w:i w:val="0"/>
                <w:color w:val="0B5D4B"/>
                <w:sz w:val="14"/>
              </w:rPr>
              <w:t xml:space="preserve">• </w:t>
            </w:r>
            <w:r>
              <w:rPr>
                <w:b w:val="0"/>
                <w:i w:val="0"/>
                <w:color w:val="111111"/>
                <w:sz w:val="14"/>
              </w:rPr>
              <w:t>Use only forward, backward and side-to-side movement.</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Allow changes of hand and pace.</w:t>
            </w:r>
          </w:p>
          <w:p>
            <w:pPr>
              <w:spacing w:after="0"/>
              <w:ind w:left="230" w:hanging="158"/>
              <w:keepLines/>
              <w:keepNext/>
            </w:pPr>
            <w:r>
              <w:rPr>
                <w:b/>
                <w:i w:val="0"/>
                <w:color w:val="0B5D4B"/>
                <w:sz w:val="14"/>
              </w:rPr>
              <w:t xml:space="preserve">• </w:t>
            </w:r>
            <w:r>
              <w:rPr>
                <w:b w:val="0"/>
                <w:i w:val="0"/>
                <w:color w:val="111111"/>
                <w:sz w:val="14"/>
              </w:rPr>
              <w:t>Let the follower become leader on a whistle.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leaders choosing movements their partner can achieve?</w:t>
            </w:r>
          </w:p>
          <w:p>
            <w:pPr>
              <w:spacing w:after="0"/>
              <w:ind w:left="230" w:hanging="158"/>
              <w:keepLines/>
              <w:keepNext/>
            </w:pPr>
            <w:r>
              <w:rPr>
                <w:b/>
                <w:i w:val="0"/>
                <w:color w:val="0B5D4B"/>
                <w:sz w:val="14"/>
              </w:rPr>
              <w:t xml:space="preserve">• </w:t>
            </w:r>
            <w:r>
              <w:rPr>
                <w:b w:val="0"/>
                <w:i w:val="0"/>
                <w:color w:val="111111"/>
                <w:sz w:val="14"/>
              </w:rPr>
              <w:t>Can players look up without completely losing control?</w:t>
            </w:r>
          </w:p>
          <w:p>
            <w:pPr>
              <w:spacing w:before="20" w:after="0"/>
              <w:keepLines/>
              <w:keepNext/>
            </w:pPr>
            <w:r>
              <w:rPr>
                <w:b/>
                <w:i w:val="0"/>
                <w:color w:val="F28C28"/>
                <w:sz w:val="14"/>
              </w:rPr>
              <w:t>SAFETY</w:t>
            </w:r>
          </w:p>
          <w:p>
            <w:pPr>
              <w:spacing w:after="0"/>
              <w:keepLines/>
            </w:pPr>
            <w:r>
              <w:rPr>
                <w:sz w:val="14"/>
              </w:rPr>
              <w:t>Keep pairs in separate lanes and prohibit racing into other groups.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Hand Switch Challenge</w:t>
            </w:r>
          </w:p>
        </w:tc>
        <w:tc>
          <w:tcPr>
            <w:tcW w:type="dxa" w:w="5429"/>
            <w:shd w:fill="F28C28"/>
            <w:tcMar>
              <w:top w:w="62" w:type="dxa"/>
              <w:start w:w="82" w:type="dxa"/>
              <w:bottom w:w="62" w:type="dxa"/>
              <w:end w:w="82" w:type="dxa"/>
            </w:tcMar>
          </w:tcPr>
          <w:p>
            <w:pPr>
              <w:jc w:val="center"/>
              <w:keepLines/>
              <w:keepNext/>
            </w:pPr>
            <w:r>
              <w:rPr>
                <w:b/>
                <w:i w:val="0"/>
                <w:color w:val="FFFFFF"/>
                <w:sz w:val="15"/>
              </w:rPr>
              <w:t>7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Players start stationary with a ball.</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Move or bounce the ball from one hand to the other. Begin with hand-to-hand transfers, then low crossover bounces or changes while walking.</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Try both hands.</w:t>
            </w:r>
          </w:p>
          <w:p>
            <w:pPr>
              <w:spacing w:after="0"/>
              <w:ind w:left="230" w:hanging="158"/>
              <w:keepLines/>
              <w:keepNext/>
            </w:pPr>
            <w:r>
              <w:rPr>
                <w:b/>
                <w:i w:val="0"/>
                <w:color w:val="0B5D4B"/>
                <w:sz w:val="14"/>
              </w:rPr>
              <w:t xml:space="preserve">• </w:t>
            </w:r>
            <w:r>
              <w:rPr>
                <w:b w:val="0"/>
                <w:i w:val="0"/>
                <w:color w:val="111111"/>
                <w:sz w:val="14"/>
              </w:rPr>
              <w:t>Keep the ball in front.</w:t>
            </w:r>
          </w:p>
          <w:p>
            <w:pPr>
              <w:spacing w:after="0"/>
              <w:ind w:left="230" w:hanging="158"/>
              <w:keepLines/>
              <w:keepNext/>
            </w:pPr>
            <w:r>
              <w:rPr>
                <w:b/>
                <w:i w:val="0"/>
                <w:color w:val="0B5D4B"/>
                <w:sz w:val="14"/>
              </w:rPr>
              <w:t xml:space="preserve">• </w:t>
            </w:r>
            <w:r>
              <w:rPr>
                <w:b w:val="0"/>
                <w:i w:val="0"/>
                <w:color w:val="111111"/>
                <w:sz w:val="14"/>
              </w:rPr>
              <w:t>Stay balanced.</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player where available</w:t>
            </w:r>
          </w:p>
          <w:p>
            <w:pPr>
              <w:spacing w:after="0"/>
              <w:ind w:left="230" w:hanging="158"/>
              <w:keepLines/>
              <w:keepNext/>
            </w:pPr>
            <w:r>
              <w:rPr>
                <w:b/>
                <w:i w:val="0"/>
                <w:color w:val="0B5D4B"/>
                <w:sz w:val="14"/>
              </w:rPr>
              <w:t xml:space="preserve">• </w:t>
            </w:r>
            <w:r>
              <w:rPr>
                <w:b w:val="0"/>
                <w:i w:val="0"/>
                <w:color w:val="111111"/>
                <w:sz w:val="14"/>
              </w:rPr>
              <w:t>Personal spaces or lanes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hand-to-hand transfers without a bounce.</w:t>
            </w:r>
          </w:p>
          <w:p>
            <w:pPr>
              <w:spacing w:after="0"/>
              <w:ind w:left="230" w:hanging="158"/>
              <w:keepLines/>
              <w:keepNext/>
            </w:pPr>
            <w:r>
              <w:rPr>
                <w:b/>
                <w:i w:val="0"/>
                <w:color w:val="0B5D4B"/>
                <w:sz w:val="14"/>
              </w:rPr>
              <w:t xml:space="preserve">• </w:t>
            </w:r>
            <w:r>
              <w:rPr>
                <w:b w:val="0"/>
                <w:i w:val="0"/>
                <w:color w:val="111111"/>
                <w:sz w:val="14"/>
              </w:rPr>
              <w:t>Pause and catch after each switch.</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Switch on a signal while moving.</w:t>
            </w:r>
          </w:p>
          <w:p>
            <w:pPr>
              <w:spacing w:after="0"/>
              <w:ind w:left="230" w:hanging="158"/>
              <w:keepLines/>
              <w:keepNext/>
            </w:pPr>
            <w:r>
              <w:rPr>
                <w:b/>
                <w:i w:val="0"/>
                <w:color w:val="0B5D4B"/>
                <w:sz w:val="14"/>
              </w:rPr>
              <w:t xml:space="preserve">• </w:t>
            </w:r>
            <w:r>
              <w:rPr>
                <w:b w:val="0"/>
                <w:i w:val="0"/>
                <w:color w:val="111111"/>
                <w:sz w:val="14"/>
              </w:rPr>
              <w:t>Add cones requiring left or right hand use.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non-dominant hand being attempted without pressure?</w:t>
            </w:r>
          </w:p>
          <w:p>
            <w:pPr>
              <w:spacing w:after="0"/>
              <w:ind w:left="230" w:hanging="158"/>
              <w:keepLines/>
              <w:keepNext/>
            </w:pPr>
            <w:r>
              <w:rPr>
                <w:b/>
                <w:i w:val="0"/>
                <w:color w:val="0B5D4B"/>
                <w:sz w:val="14"/>
              </w:rPr>
              <w:t xml:space="preserve">• </w:t>
            </w:r>
            <w:r>
              <w:rPr>
                <w:b w:val="0"/>
                <w:i w:val="0"/>
                <w:color w:val="111111"/>
                <w:sz w:val="14"/>
              </w:rPr>
              <w:t>Who needs a slower progression?</w:t>
            </w:r>
          </w:p>
          <w:p>
            <w:pPr>
              <w:spacing w:before="20" w:after="0"/>
              <w:keepLines/>
              <w:keepNext/>
            </w:pPr>
            <w:r>
              <w:rPr>
                <w:b/>
                <w:i w:val="0"/>
                <w:color w:val="F28C28"/>
                <w:sz w:val="14"/>
              </w:rPr>
              <w:t>SAFETY</w:t>
            </w:r>
          </w:p>
          <w:p>
            <w:pPr>
              <w:spacing w:after="0"/>
              <w:keepLines/>
            </w:pPr>
            <w:r>
              <w:rPr>
                <w:sz w:val="14"/>
              </w:rPr>
              <w:t>Keep crossover bounces low enough to avoid balls travelling into others’ space.</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Huddle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Gather players in a circle or semicircle where everyone can see and hear the coach.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brief closing question, recognise specific attitude or effort, preview the next session and finish with a team cheer.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Name specific behaviours.</w:t>
            </w:r>
          </w:p>
          <w:p>
            <w:pPr>
              <w:spacing w:after="0"/>
              <w:ind w:left="230" w:hanging="158"/>
              <w:keepLines/>
              <w:keepNext/>
            </w:pPr>
            <w:r>
              <w:rPr>
                <w:b/>
                <w:i w:val="0"/>
                <w:color w:val="0B5D4B"/>
                <w:sz w:val="14"/>
              </w:rPr>
              <w:t xml:space="preserve">• </w:t>
            </w:r>
            <w:r>
              <w:rPr>
                <w:b w:val="0"/>
                <w:i w:val="0"/>
                <w:color w:val="111111"/>
                <w:sz w:val="14"/>
              </w:rPr>
              <w:t>Finish positively.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Small gathering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Ask a question players can answer with one word or a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Invite one or two players to recognise a teammate’s effort or improvement.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has not yet been recognised?</w:t>
            </w:r>
          </w:p>
          <w:p>
            <w:pPr>
              <w:spacing w:after="0"/>
              <w:ind w:left="230" w:hanging="158"/>
              <w:keepLines/>
              <w:keepNext/>
            </w:pPr>
            <w:r>
              <w:rPr>
                <w:b/>
                <w:i w:val="0"/>
                <w:color w:val="0B5D4B"/>
                <w:sz w:val="14"/>
              </w:rPr>
              <w:t xml:space="preserve">• </w:t>
            </w:r>
            <w:r>
              <w:rPr>
                <w:b w:val="0"/>
                <w:i w:val="0"/>
                <w:color w:val="111111"/>
                <w:sz w:val="14"/>
              </w:rPr>
              <w:t>Is the group calm and included?</w:t>
            </w:r>
          </w:p>
          <w:p>
            <w:pPr>
              <w:spacing w:before="20" w:after="0"/>
              <w:keepLines/>
              <w:keepNext/>
            </w:pPr>
            <w:r>
              <w:rPr>
                <w:b/>
                <w:i w:val="0"/>
                <w:color w:val="F28C28"/>
                <w:sz w:val="14"/>
              </w:rPr>
              <w:t>SAFETY</w:t>
            </w:r>
          </w:p>
          <w:p>
            <w:pPr>
              <w:spacing w:after="0"/>
              <w:keepLines/>
            </w:pPr>
            <w:r>
              <w:rPr>
                <w:sz w:val="14"/>
              </w:rPr>
              <w:t>Keep players away from loose balls and equipment while gathered.</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CUBS WEEK 8: SHARE THE BALL</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Pass, catch and show a clear target with a partner.</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Share and take turns.</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Pass and catch with two hands; show a target; explore chest and bounce passes; move with a partner.</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Partner Names</w:t>
            </w:r>
          </w:p>
        </w:tc>
        <w:tc>
          <w:tcPr>
            <w:tcW w:type="dxa" w:w="4104"/>
            <w:vAlign w:val="center"/>
            <w:tcMar>
              <w:top w:w="42" w:type="dxa"/>
              <w:start w:w="50" w:type="dxa"/>
              <w:bottom w:w="42" w:type="dxa"/>
              <w:end w:w="50" w:type="dxa"/>
            </w:tcMar>
          </w:tcPr>
          <w:p>
            <w:pPr>
              <w:keepLines/>
            </w:pPr>
            <w:r>
              <w:rPr>
                <w:b w:val="0"/>
                <w:i w:val="0"/>
                <w:color w:val="111111"/>
                <w:sz w:val="14"/>
              </w:rPr>
              <w:t>Roll ball to partner while saying their name.</w:t>
            </w:r>
          </w:p>
        </w:tc>
        <w:tc>
          <w:tcPr>
            <w:tcW w:type="dxa" w:w="2563"/>
            <w:vAlign w:val="center"/>
            <w:tcMar>
              <w:top w:w="42" w:type="dxa"/>
              <w:start w:w="50" w:type="dxa"/>
              <w:bottom w:w="42" w:type="dxa"/>
              <w:end w:w="50" w:type="dxa"/>
            </w:tcMar>
          </w:tcPr>
          <w:p>
            <w:pPr>
              <w:keepLines/>
            </w:pPr>
            <w:r>
              <w:rPr>
                <w:b w:val="0"/>
                <w:i w:val="0"/>
                <w:color w:val="111111"/>
                <w:sz w:val="14"/>
              </w:rPr>
              <w:t>Connection and eye contact.</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Show and Catch</w:t>
            </w:r>
          </w:p>
        </w:tc>
        <w:tc>
          <w:tcPr>
            <w:tcW w:type="dxa" w:w="4104"/>
            <w:vAlign w:val="center"/>
            <w:tcMar>
              <w:top w:w="42" w:type="dxa"/>
              <w:start w:w="50" w:type="dxa"/>
              <w:bottom w:w="42" w:type="dxa"/>
              <w:end w:w="50" w:type="dxa"/>
            </w:tcMar>
          </w:tcPr>
          <w:p>
            <w:pPr>
              <w:keepLines/>
            </w:pPr>
            <w:r>
              <w:rPr>
                <w:b w:val="0"/>
                <w:i w:val="0"/>
                <w:color w:val="111111"/>
                <w:sz w:val="14"/>
              </w:rPr>
              <w:t>Partners show hands, pass softly and catch with two hands.</w:t>
            </w:r>
          </w:p>
        </w:tc>
        <w:tc>
          <w:tcPr>
            <w:tcW w:type="dxa" w:w="2563"/>
            <w:vAlign w:val="center"/>
            <w:tcMar>
              <w:top w:w="42" w:type="dxa"/>
              <w:start w:w="50" w:type="dxa"/>
              <w:bottom w:w="42" w:type="dxa"/>
              <w:end w:w="50" w:type="dxa"/>
            </w:tcMar>
          </w:tcPr>
          <w:p>
            <w:pPr>
              <w:keepLines/>
            </w:pPr>
            <w:r>
              <w:rPr>
                <w:b w:val="0"/>
                <w:i w:val="0"/>
                <w:color w:val="111111"/>
                <w:sz w:val="14"/>
              </w:rPr>
              <w:t>Ready hands; step toward pass.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Pass Through Gates</w:t>
            </w:r>
          </w:p>
        </w:tc>
        <w:tc>
          <w:tcPr>
            <w:tcW w:type="dxa" w:w="4104"/>
            <w:vAlign w:val="center"/>
            <w:tcMar>
              <w:top w:w="42" w:type="dxa"/>
              <w:start w:w="50" w:type="dxa"/>
              <w:bottom w:w="42" w:type="dxa"/>
              <w:end w:w="50" w:type="dxa"/>
            </w:tcMar>
          </w:tcPr>
          <w:p>
            <w:pPr>
              <w:keepLines/>
            </w:pPr>
            <w:r>
              <w:rPr>
                <w:b w:val="0"/>
                <w:i w:val="0"/>
                <w:color w:val="111111"/>
                <w:sz w:val="14"/>
              </w:rPr>
              <w:t>Pairs pass through cone gates and move to a new gate.</w:t>
            </w:r>
          </w:p>
        </w:tc>
        <w:tc>
          <w:tcPr>
            <w:tcW w:type="dxa" w:w="2563"/>
            <w:vAlign w:val="center"/>
            <w:tcMar>
              <w:top w:w="42" w:type="dxa"/>
              <w:start w:w="50" w:type="dxa"/>
              <w:bottom w:w="42" w:type="dxa"/>
              <w:end w:w="50" w:type="dxa"/>
            </w:tcMar>
          </w:tcPr>
          <w:p>
            <w:pPr>
              <w:keepLines/>
            </w:pPr>
            <w:r>
              <w:rPr>
                <w:b w:val="0"/>
                <w:i w:val="0"/>
                <w:color w:val="111111"/>
                <w:sz w:val="14"/>
              </w:rPr>
              <w:t>Chest and bounce options.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17 min</w:t>
              <w:br/>
              <w:t>:28-:45</w:t>
            </w:r>
          </w:p>
        </w:tc>
        <w:tc>
          <w:tcPr>
            <w:tcW w:type="dxa" w:w="2477"/>
            <w:vAlign w:val="center"/>
            <w:tcMar>
              <w:top w:w="42" w:type="dxa"/>
              <w:start w:w="50" w:type="dxa"/>
              <w:bottom w:w="42" w:type="dxa"/>
              <w:end w:w="50" w:type="dxa"/>
            </w:tcMar>
            <w:shd w:fill="E9ECEF"/>
          </w:tcPr>
          <w:p>
            <w:pPr>
              <w:keepLines/>
            </w:pPr>
            <w:r>
              <w:rPr>
                <w:b/>
                <w:i w:val="0"/>
                <w:color w:val="111111"/>
                <w:sz w:val="14"/>
              </w:rPr>
              <w:t>Moving Partners</w:t>
            </w:r>
          </w:p>
        </w:tc>
        <w:tc>
          <w:tcPr>
            <w:tcW w:type="dxa" w:w="4104"/>
            <w:vAlign w:val="center"/>
            <w:tcMar>
              <w:top w:w="42" w:type="dxa"/>
              <w:start w:w="50" w:type="dxa"/>
              <w:bottom w:w="42" w:type="dxa"/>
              <w:end w:w="50" w:type="dxa"/>
            </w:tcMar>
          </w:tcPr>
          <w:p>
            <w:pPr>
              <w:keepLines/>
            </w:pPr>
            <w:r>
              <w:rPr>
                <w:b w:val="0"/>
                <w:i w:val="0"/>
                <w:color w:val="111111"/>
                <w:sz w:val="14"/>
              </w:rPr>
              <w:t>Pass, move to a spot, receive again; progress to pass-and-follow triangle groups.</w:t>
            </w:r>
          </w:p>
        </w:tc>
        <w:tc>
          <w:tcPr>
            <w:tcW w:type="dxa" w:w="2563"/>
            <w:vAlign w:val="center"/>
            <w:tcMar>
              <w:top w:w="42" w:type="dxa"/>
              <w:start w:w="50" w:type="dxa"/>
              <w:bottom w:w="42" w:type="dxa"/>
              <w:end w:w="50" w:type="dxa"/>
            </w:tcMar>
          </w:tcPr>
          <w:p>
            <w:pPr>
              <w:keepLines/>
            </w:pPr>
            <w:r>
              <w:rPr>
                <w:b w:val="0"/>
                <w:i w:val="0"/>
                <w:color w:val="111111"/>
                <w:sz w:val="14"/>
              </w:rPr>
              <w:t>No long lines; short distances.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7 min</w:t>
              <w:br/>
              <w:t>:45-:52</w:t>
            </w:r>
          </w:p>
        </w:tc>
        <w:tc>
          <w:tcPr>
            <w:tcW w:type="dxa" w:w="2477"/>
            <w:vAlign w:val="center"/>
            <w:tcMar>
              <w:top w:w="42" w:type="dxa"/>
              <w:start w:w="50" w:type="dxa"/>
              <w:bottom w:w="42" w:type="dxa"/>
              <w:end w:w="50" w:type="dxa"/>
            </w:tcMar>
            <w:shd w:fill="E9ECEF"/>
          </w:tcPr>
          <w:p>
            <w:pPr>
              <w:keepLines/>
            </w:pPr>
            <w:r>
              <w:rPr>
                <w:b/>
                <w:i w:val="0"/>
                <w:color w:val="111111"/>
                <w:sz w:val="14"/>
              </w:rPr>
              <w:t>Castle Builders</w:t>
            </w:r>
          </w:p>
        </w:tc>
        <w:tc>
          <w:tcPr>
            <w:tcW w:type="dxa" w:w="4104"/>
            <w:vAlign w:val="center"/>
            <w:tcMar>
              <w:top w:w="42" w:type="dxa"/>
              <w:start w:w="50" w:type="dxa"/>
              <w:bottom w:w="42" w:type="dxa"/>
              <w:end w:w="50" w:type="dxa"/>
            </w:tcMar>
          </w:tcPr>
          <w:p>
            <w:pPr>
              <w:keepLines/>
            </w:pPr>
            <w:r>
              <w:rPr>
                <w:b w:val="0"/>
                <w:i w:val="0"/>
                <w:color w:val="111111"/>
                <w:sz w:val="14"/>
              </w:rPr>
              <w:t>Complete passes to earn cones for a team castle.</w:t>
            </w:r>
          </w:p>
        </w:tc>
        <w:tc>
          <w:tcPr>
            <w:tcW w:type="dxa" w:w="2563"/>
            <w:vAlign w:val="center"/>
            <w:tcMar>
              <w:top w:w="42" w:type="dxa"/>
              <w:start w:w="50" w:type="dxa"/>
              <w:bottom w:w="42" w:type="dxa"/>
              <w:end w:w="50" w:type="dxa"/>
            </w:tcMar>
          </w:tcPr>
          <w:p>
            <w:pPr>
              <w:keepLines/>
            </w:pPr>
            <w:r>
              <w:rPr>
                <w:b w:val="0"/>
                <w:i w:val="0"/>
                <w:color w:val="111111"/>
                <w:sz w:val="14"/>
              </w:rPr>
              <w:t>Share, encourage, cooperate.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Huddle</w:t>
            </w:r>
          </w:p>
        </w:tc>
        <w:tc>
          <w:tcPr>
            <w:tcW w:type="dxa" w:w="4104"/>
            <w:vAlign w:val="center"/>
            <w:tcMar>
              <w:top w:w="42" w:type="dxa"/>
              <w:start w:w="50" w:type="dxa"/>
              <w:bottom w:w="42" w:type="dxa"/>
              <w:end w:w="50" w:type="dxa"/>
            </w:tcMar>
          </w:tcPr>
          <w:p>
            <w:pPr>
              <w:keepLines/>
            </w:pPr>
            <w:r>
              <w:rPr>
                <w:b w:val="0"/>
                <w:i w:val="0"/>
                <w:color w:val="111111"/>
                <w:sz w:val="14"/>
              </w:rPr>
              <w:t>Recognise helpful partners.</w:t>
            </w:r>
          </w:p>
        </w:tc>
        <w:tc>
          <w:tcPr>
            <w:tcW w:type="dxa" w:w="2563"/>
            <w:vAlign w:val="center"/>
            <w:tcMar>
              <w:top w:w="42" w:type="dxa"/>
              <w:start w:w="50" w:type="dxa"/>
              <w:bottom w:w="42" w:type="dxa"/>
              <w:end w:w="50" w:type="dxa"/>
            </w:tcMar>
          </w:tcPr>
          <w:p>
            <w:pPr>
              <w:keepLines/>
            </w:pPr>
            <w:r>
              <w:rPr>
                <w:b w:val="0"/>
                <w:i w:val="0"/>
                <w:color w:val="111111"/>
                <w:sz w:val="14"/>
              </w:rPr>
              <w:t>What makes a good target?</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passes catchable for the partner?</w:t>
              <w:br/>
              <w:t>Are both children moving and taking turns?</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Stand closer and use rolling passes.</w:t>
              <w:br/>
              <w:t>Harder: Pass to a moving partner or change pass type.</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Chest pass, bounce pass and showing hands.</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makes someone easy to pass to?</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Partner Names</w:t>
            </w:r>
          </w:p>
        </w:tc>
        <w:tc>
          <w:tcPr>
            <w:tcW w:type="dxa" w:w="5429"/>
            <w:shd w:fill="F28C28"/>
            <w:tcMar>
              <w:top w:w="62" w:type="dxa"/>
              <w:start w:w="82" w:type="dxa"/>
              <w:bottom w:w="62" w:type="dxa"/>
              <w:end w:w="82" w:type="dxa"/>
            </w:tcMar>
          </w:tcPr>
          <w:p>
            <w:pPr>
              <w:jc w:val="center"/>
              <w:keepLines/>
              <w:keepNext/>
            </w:pPr>
            <w:r>
              <w:rPr>
                <w:b/>
                <w:i w:val="0"/>
                <w:color w:val="FFFFFF"/>
                <w:sz w:val="15"/>
              </w:rPr>
              <w:t>5 min |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Pair players and spread them across the court with safe passing distance.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Partners roll or pass the ball while saying the receiver’s name before releasing it. After several successful exchanges, players change partners.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Say the name first.</w:t>
            </w:r>
          </w:p>
          <w:p>
            <w:pPr>
              <w:spacing w:after="0"/>
              <w:ind w:left="230" w:hanging="158"/>
              <w:keepLines/>
              <w:keepNext/>
            </w:pPr>
            <w:r>
              <w:rPr>
                <w:b/>
                <w:i w:val="0"/>
                <w:color w:val="0B5D4B"/>
                <w:sz w:val="14"/>
              </w:rPr>
              <w:t xml:space="preserve">• </w:t>
            </w:r>
            <w:r>
              <w:rPr>
                <w:b w:val="0"/>
                <w:i w:val="0"/>
                <w:color w:val="111111"/>
                <w:sz w:val="14"/>
              </w:rPr>
              <w:t>Face your partner.</w:t>
            </w:r>
          </w:p>
          <w:p>
            <w:pPr>
              <w:spacing w:after="0"/>
              <w:ind w:left="230" w:hanging="158"/>
              <w:keepLines/>
              <w:keepNext/>
            </w:pPr>
            <w:r>
              <w:rPr>
                <w:b/>
                <w:i w:val="0"/>
                <w:color w:val="0B5D4B"/>
                <w:sz w:val="14"/>
              </w:rPr>
              <w:t xml:space="preserve">• </w:t>
            </w:r>
            <w:r>
              <w:rPr>
                <w:b w:val="0"/>
                <w:i w:val="0"/>
                <w:color w:val="111111"/>
                <w:sz w:val="14"/>
              </w:rPr>
              <w:t>Make the pass easy to catch.</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pair</w:t>
            </w:r>
          </w:p>
          <w:p>
            <w:pPr>
              <w:spacing w:after="0"/>
              <w:ind w:left="230" w:hanging="158"/>
              <w:keepLines/>
              <w:keepNext/>
            </w:pPr>
            <w:r>
              <w:rPr>
                <w:b/>
                <w:i w:val="0"/>
                <w:color w:val="0B5D4B"/>
                <w:sz w:val="14"/>
              </w:rPr>
              <w:t xml:space="preserve">• </w:t>
            </w:r>
            <w:r>
              <w:rPr>
                <w:b w:val="0"/>
                <w:i w:val="0"/>
                <w:color w:val="111111"/>
                <w:sz w:val="14"/>
              </w:rPr>
              <w:t>Half court; pairs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Begin with rolling.</w:t>
            </w:r>
          </w:p>
          <w:p>
            <w:pPr>
              <w:spacing w:after="0"/>
              <w:ind w:left="230" w:hanging="158"/>
              <w:keepLines/>
              <w:keepNext/>
            </w:pPr>
            <w:r>
              <w:rPr>
                <w:b/>
                <w:i w:val="0"/>
                <w:color w:val="0B5D4B"/>
                <w:sz w:val="14"/>
              </w:rPr>
              <w:t xml:space="preserve">• </w:t>
            </w:r>
            <w:r>
              <w:rPr>
                <w:b w:val="0"/>
                <w:i w:val="0"/>
                <w:color w:val="111111"/>
                <w:sz w:val="14"/>
              </w:rPr>
              <w:t>Reduce the distance between partners.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Use a chest or bounce pass.</w:t>
            </w:r>
          </w:p>
          <w:p>
            <w:pPr>
              <w:spacing w:after="0"/>
              <w:ind w:left="230" w:hanging="158"/>
              <w:keepLines/>
              <w:keepNext/>
            </w:pPr>
            <w:r>
              <w:rPr>
                <w:b/>
                <w:i w:val="0"/>
                <w:color w:val="0B5D4B"/>
                <w:sz w:val="14"/>
              </w:rPr>
              <w:t xml:space="preserve">• </w:t>
            </w:r>
            <w:r>
              <w:rPr>
                <w:b w:val="0"/>
                <w:i w:val="0"/>
                <w:color w:val="111111"/>
                <w:sz w:val="14"/>
              </w:rPr>
              <w:t>Have the receiver move to a new spot before showing hands.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looks at the receiver before passing?</w:t>
            </w:r>
          </w:p>
          <w:p>
            <w:pPr>
              <w:spacing w:after="0"/>
              <w:ind w:left="230" w:hanging="158"/>
              <w:keepLines/>
              <w:keepNext/>
            </w:pPr>
            <w:r>
              <w:rPr>
                <w:b/>
                <w:i w:val="0"/>
                <w:color w:val="0B5D4B"/>
                <w:sz w:val="14"/>
              </w:rPr>
              <w:t xml:space="preserve">• </w:t>
            </w:r>
            <w:r>
              <w:rPr>
                <w:b w:val="0"/>
                <w:i w:val="0"/>
                <w:color w:val="111111"/>
                <w:sz w:val="14"/>
              </w:rPr>
              <w:t>Is every child meeting and working with different teammates?</w:t>
            </w:r>
          </w:p>
          <w:p>
            <w:pPr>
              <w:spacing w:before="20" w:after="0"/>
              <w:keepLines/>
              <w:keepNext/>
            </w:pPr>
            <w:r>
              <w:rPr>
                <w:b/>
                <w:i w:val="0"/>
                <w:color w:val="F28C28"/>
                <w:sz w:val="14"/>
              </w:rPr>
              <w:t>SAFETY</w:t>
            </w:r>
          </w:p>
          <w:p>
            <w:pPr>
              <w:spacing w:after="0"/>
              <w:keepLines/>
            </w:pPr>
            <w:r>
              <w:rPr>
                <w:sz w:val="14"/>
              </w:rPr>
              <w:t>Keep passes controlled and pairs well separated.</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Show and Catch</w:t>
            </w:r>
          </w:p>
        </w:tc>
        <w:tc>
          <w:tcPr>
            <w:tcW w:type="dxa" w:w="5429"/>
            <w:shd w:fill="F28C28"/>
            <w:tcMar>
              <w:top w:w="62" w:type="dxa"/>
              <w:start w:w="82" w:type="dxa"/>
              <w:bottom w:w="62" w:type="dxa"/>
              <w:end w:w="82" w:type="dxa"/>
            </w:tcMar>
          </w:tcPr>
          <w:p>
            <w:pPr>
              <w:jc w:val="center"/>
              <w:keepLines/>
              <w:keepNext/>
            </w:pPr>
            <w:r>
              <w:rPr>
                <w:b/>
                <w:i w:val="0"/>
                <w:color w:val="FFFFFF"/>
                <w:sz w:val="15"/>
              </w:rPr>
              <w:t>8 min |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Place partners a short distance apart. The receiver begins without the ball and shows two hands as a target.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The passer waits for the target, makes a gentle two-handed pass and the receiver catches, secures the ball and returns it. Swap roles continuously.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Show ten fingers.</w:t>
            </w:r>
          </w:p>
          <w:p>
            <w:pPr>
              <w:spacing w:after="0"/>
              <w:ind w:left="230" w:hanging="158"/>
              <w:keepLines/>
              <w:keepNext/>
            </w:pPr>
            <w:r>
              <w:rPr>
                <w:b/>
                <w:i w:val="0"/>
                <w:color w:val="0B5D4B"/>
                <w:sz w:val="14"/>
              </w:rPr>
              <w:t xml:space="preserve">• </w:t>
            </w:r>
            <w:r>
              <w:rPr>
                <w:b w:val="0"/>
                <w:i w:val="0"/>
                <w:color w:val="111111"/>
                <w:sz w:val="14"/>
              </w:rPr>
              <w:t>Watch the ball into your hands.</w:t>
            </w:r>
          </w:p>
          <w:p>
            <w:pPr>
              <w:spacing w:after="0"/>
              <w:ind w:left="230" w:hanging="158"/>
              <w:keepLines/>
              <w:keepNext/>
            </w:pPr>
            <w:r>
              <w:rPr>
                <w:b/>
                <w:i w:val="0"/>
                <w:color w:val="0B5D4B"/>
                <w:sz w:val="14"/>
              </w:rPr>
              <w:t xml:space="preserve">• </w:t>
            </w:r>
            <w:r>
              <w:rPr>
                <w:b w:val="0"/>
                <w:i w:val="0"/>
                <w:color w:val="111111"/>
                <w:sz w:val="14"/>
              </w:rPr>
              <w:t>Step toward the pass.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pair</w:t>
            </w:r>
          </w:p>
          <w:p>
            <w:pPr>
              <w:spacing w:after="0"/>
              <w:ind w:left="230" w:hanging="158"/>
              <w:keepLines/>
              <w:keepNext/>
            </w:pPr>
            <w:r>
              <w:rPr>
                <w:b/>
                <w:i w:val="0"/>
                <w:color w:val="0B5D4B"/>
                <w:sz w:val="14"/>
              </w:rPr>
              <w:t xml:space="preserve">• </w:t>
            </w:r>
            <w:r>
              <w:rPr>
                <w:b w:val="0"/>
                <w:i w:val="0"/>
                <w:color w:val="111111"/>
                <w:sz w:val="14"/>
              </w:rPr>
              <w:t>Half court; pairs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soft underarm toss.</w:t>
            </w:r>
          </w:p>
          <w:p>
            <w:pPr>
              <w:spacing w:after="0"/>
              <w:ind w:left="230" w:hanging="158"/>
              <w:keepLines/>
              <w:keepNext/>
            </w:pPr>
            <w:r>
              <w:rPr>
                <w:b/>
                <w:i w:val="0"/>
                <w:color w:val="0B5D4B"/>
                <w:sz w:val="14"/>
              </w:rPr>
              <w:t xml:space="preserve">• </w:t>
            </w:r>
            <w:r>
              <w:rPr>
                <w:b w:val="0"/>
                <w:i w:val="0"/>
                <w:color w:val="111111"/>
                <w:sz w:val="14"/>
              </w:rPr>
              <w:t>Move partners closer.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bounce pass.</w:t>
            </w:r>
          </w:p>
          <w:p>
            <w:pPr>
              <w:spacing w:after="0"/>
              <w:ind w:left="230" w:hanging="158"/>
              <w:keepLines/>
              <w:keepNext/>
            </w:pPr>
            <w:r>
              <w:rPr>
                <w:b/>
                <w:i w:val="0"/>
                <w:color w:val="0B5D4B"/>
                <w:sz w:val="14"/>
              </w:rPr>
              <w:t xml:space="preserve">• </w:t>
            </w:r>
            <w:r>
              <w:rPr>
                <w:b w:val="0"/>
                <w:i w:val="0"/>
                <w:color w:val="111111"/>
                <w:sz w:val="14"/>
              </w:rPr>
              <w:t>Receiver moves one step before showing a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ready before the pass is thrown?</w:t>
            </w:r>
          </w:p>
          <w:p>
            <w:pPr>
              <w:spacing w:after="0"/>
              <w:ind w:left="230" w:hanging="158"/>
              <w:keepLines/>
              <w:keepNext/>
            </w:pPr>
            <w:r>
              <w:rPr>
                <w:b/>
                <w:i w:val="0"/>
                <w:color w:val="0B5D4B"/>
                <w:sz w:val="14"/>
              </w:rPr>
              <w:t xml:space="preserve">• </w:t>
            </w:r>
            <w:r>
              <w:rPr>
                <w:b w:val="0"/>
                <w:i w:val="0"/>
                <w:color w:val="111111"/>
                <w:sz w:val="14"/>
              </w:rPr>
              <w:t>Are catches controlled rather than trapped against the body?</w:t>
            </w:r>
          </w:p>
          <w:p>
            <w:pPr>
              <w:spacing w:before="20" w:after="0"/>
              <w:keepLines/>
              <w:keepNext/>
            </w:pPr>
            <w:r>
              <w:rPr>
                <w:b/>
                <w:i w:val="0"/>
                <w:color w:val="F28C28"/>
                <w:sz w:val="14"/>
              </w:rPr>
              <w:t>SAFETY</w:t>
            </w:r>
          </w:p>
          <w:p>
            <w:pPr>
              <w:spacing w:after="0"/>
              <w:keepLines/>
            </w:pPr>
            <w:r>
              <w:rPr>
                <w:sz w:val="14"/>
              </w:rPr>
              <w:t>Use soft passes and enough space between pairs.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Pass Through Gates</w:t>
            </w:r>
          </w:p>
        </w:tc>
        <w:tc>
          <w:tcPr>
            <w:tcW w:type="dxa" w:w="5429"/>
            <w:shd w:fill="F28C28"/>
            <w:tcMar>
              <w:top w:w="62" w:type="dxa"/>
              <w:start w:w="82" w:type="dxa"/>
              <w:bottom w:w="62" w:type="dxa"/>
              <w:end w:w="82" w:type="dxa"/>
            </w:tcMar>
          </w:tcPr>
          <w:p>
            <w:pPr>
              <w:jc w:val="center"/>
              <w:keepLines/>
              <w:keepNext/>
            </w:pPr>
            <w:r>
              <w:rPr>
                <w:b/>
                <w:i w:val="0"/>
                <w:color w:val="FFFFFF"/>
                <w:sz w:val="15"/>
              </w:rPr>
              <w:t>10 min |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many cone gates, wide enough for a ball to pass through. Each pair has one ball.</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Pairs complete a pass through a gate, collect the ball and move to a different gate. Count successful gates or try to visit every colour.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Pass through the middle.</w:t>
            </w:r>
          </w:p>
          <w:p>
            <w:pPr>
              <w:spacing w:after="0"/>
              <w:ind w:left="230" w:hanging="158"/>
              <w:keepLines/>
              <w:keepNext/>
            </w:pPr>
            <w:r>
              <w:rPr>
                <w:b/>
                <w:i w:val="0"/>
                <w:color w:val="0B5D4B"/>
                <w:sz w:val="14"/>
              </w:rPr>
              <w:t xml:space="preserve">• </w:t>
            </w:r>
            <w:r>
              <w:rPr>
                <w:b w:val="0"/>
                <w:i w:val="0"/>
                <w:color w:val="111111"/>
                <w:sz w:val="14"/>
              </w:rPr>
              <w:t>Move after the pass.</w:t>
            </w:r>
          </w:p>
          <w:p>
            <w:pPr>
              <w:spacing w:after="0"/>
              <w:ind w:left="230" w:hanging="158"/>
              <w:keepLines/>
              <w:keepNext/>
            </w:pPr>
            <w:r>
              <w:rPr>
                <w:b/>
                <w:i w:val="0"/>
                <w:color w:val="0B5D4B"/>
                <w:sz w:val="14"/>
              </w:rPr>
              <w:t xml:space="preserve">• </w:t>
            </w:r>
            <w:r>
              <w:rPr>
                <w:b w:val="0"/>
                <w:i w:val="0"/>
                <w:color w:val="111111"/>
                <w:sz w:val="14"/>
              </w:rPr>
              <w:t>Choose an open gate.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and cone gates</w:t>
            </w:r>
          </w:p>
          <w:p>
            <w:pPr>
              <w:spacing w:after="0"/>
              <w:ind w:left="230" w:hanging="158"/>
              <w:keepLines/>
              <w:keepNext/>
            </w:pPr>
            <w:r>
              <w:rPr>
                <w:b/>
                <w:i w:val="0"/>
                <w:color w:val="0B5D4B"/>
                <w:sz w:val="14"/>
              </w:rPr>
              <w:t xml:space="preserve">• </w:t>
            </w:r>
            <w:r>
              <w:rPr>
                <w:b w:val="0"/>
                <w:i w:val="0"/>
                <w:color w:val="111111"/>
                <w:sz w:val="14"/>
              </w:rPr>
              <w:t>Half court; pairs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Widen the gates.</w:t>
            </w:r>
          </w:p>
          <w:p>
            <w:pPr>
              <w:spacing w:after="0"/>
              <w:ind w:left="230" w:hanging="158"/>
              <w:keepLines/>
              <w:keepNext/>
            </w:pPr>
            <w:r>
              <w:rPr>
                <w:b/>
                <w:i w:val="0"/>
                <w:color w:val="0B5D4B"/>
                <w:sz w:val="14"/>
              </w:rPr>
              <w:t xml:space="preserve">• </w:t>
            </w:r>
            <w:r>
              <w:rPr>
                <w:b w:val="0"/>
                <w:i w:val="0"/>
                <w:color w:val="111111"/>
                <w:sz w:val="14"/>
              </w:rPr>
              <w:t>Allow rolling passes.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Narrow the gates.</w:t>
            </w:r>
          </w:p>
          <w:p>
            <w:pPr>
              <w:spacing w:after="0"/>
              <w:ind w:left="230" w:hanging="158"/>
              <w:keepLines/>
              <w:keepNext/>
            </w:pPr>
            <w:r>
              <w:rPr>
                <w:b/>
                <w:i w:val="0"/>
                <w:color w:val="0B5D4B"/>
                <w:sz w:val="14"/>
              </w:rPr>
              <w:t xml:space="preserve">• </w:t>
            </w:r>
            <w:r>
              <w:rPr>
                <w:b w:val="0"/>
                <w:i w:val="0"/>
                <w:color w:val="111111"/>
                <w:sz w:val="14"/>
              </w:rPr>
              <w:t>Alternate chest and bounce passes.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pairs moving rather than staying at one gate?</w:t>
            </w:r>
          </w:p>
          <w:p>
            <w:pPr>
              <w:spacing w:after="0"/>
              <w:ind w:left="230" w:hanging="158"/>
              <w:keepLines/>
              <w:keepNext/>
            </w:pPr>
            <w:r>
              <w:rPr>
                <w:b/>
                <w:i w:val="0"/>
                <w:color w:val="0B5D4B"/>
                <w:sz w:val="14"/>
              </w:rPr>
              <w:t xml:space="preserve">• </w:t>
            </w:r>
            <w:r>
              <w:rPr>
                <w:b w:val="0"/>
                <w:i w:val="0"/>
                <w:color w:val="111111"/>
                <w:sz w:val="14"/>
              </w:rPr>
              <w:t>Who is finding open space without colliding?</w:t>
            </w:r>
          </w:p>
          <w:p>
            <w:pPr>
              <w:spacing w:before="20" w:after="0"/>
              <w:keepLines/>
              <w:keepNext/>
            </w:pPr>
            <w:r>
              <w:rPr>
                <w:b/>
                <w:i w:val="0"/>
                <w:color w:val="F28C28"/>
                <w:sz w:val="14"/>
              </w:rPr>
              <w:t>SAFETY</w:t>
            </w:r>
          </w:p>
          <w:p>
            <w:pPr>
              <w:spacing w:after="0"/>
              <w:keepLines/>
            </w:pPr>
            <w:r>
              <w:rPr>
                <w:sz w:val="14"/>
              </w:rPr>
              <w:t>Spread gates widely and prohibit racing through crowded areas.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Moving Partners</w:t>
            </w:r>
          </w:p>
        </w:tc>
        <w:tc>
          <w:tcPr>
            <w:tcW w:type="dxa" w:w="5429"/>
            <w:shd w:fill="F28C28"/>
            <w:tcMar>
              <w:top w:w="62" w:type="dxa"/>
              <w:start w:w="82" w:type="dxa"/>
              <w:bottom w:w="62" w:type="dxa"/>
              <w:end w:w="82" w:type="dxa"/>
            </w:tcMar>
          </w:tcPr>
          <w:p>
            <w:pPr>
              <w:jc w:val="center"/>
              <w:keepLines/>
              <w:keepNext/>
            </w:pPr>
            <w:r>
              <w:rPr>
                <w:b/>
                <w:i w:val="0"/>
                <w:color w:val="FFFFFF"/>
                <w:sz w:val="15"/>
              </w:rPr>
              <w:t>17 min |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Partners begin facing each other with plenty of space around them.</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After each pass, both players move to a new nearby spot before passing again. Progress to one player leading and the other finding a clear passing lane.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Pass, then move.</w:t>
            </w:r>
          </w:p>
          <w:p>
            <w:pPr>
              <w:spacing w:after="0"/>
              <w:ind w:left="230" w:hanging="158"/>
              <w:keepLines/>
              <w:keepNext/>
            </w:pPr>
            <w:r>
              <w:rPr>
                <w:b/>
                <w:i w:val="0"/>
                <w:color w:val="0B5D4B"/>
                <w:sz w:val="14"/>
              </w:rPr>
              <w:t xml:space="preserve">• </w:t>
            </w:r>
            <w:r>
              <w:rPr>
                <w:b w:val="0"/>
                <w:i w:val="0"/>
                <w:color w:val="111111"/>
                <w:sz w:val="14"/>
              </w:rPr>
              <w:t>Face the ball.</w:t>
            </w:r>
          </w:p>
          <w:p>
            <w:pPr>
              <w:spacing w:after="0"/>
              <w:ind w:left="230" w:hanging="158"/>
              <w:keepLines/>
              <w:keepNext/>
            </w:pPr>
            <w:r>
              <w:rPr>
                <w:b/>
                <w:i w:val="0"/>
                <w:color w:val="0B5D4B"/>
                <w:sz w:val="14"/>
              </w:rPr>
              <w:t xml:space="preserve">• </w:t>
            </w:r>
            <w:r>
              <w:rPr>
                <w:b w:val="0"/>
                <w:i w:val="0"/>
                <w:color w:val="111111"/>
                <w:sz w:val="14"/>
              </w:rPr>
              <w:t>Keep a clear lane.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pair; floor spots optional</w:t>
            </w:r>
          </w:p>
          <w:p>
            <w:pPr>
              <w:spacing w:after="0"/>
              <w:ind w:left="230" w:hanging="158"/>
              <w:keepLines/>
              <w:keepNext/>
            </w:pPr>
            <w:r>
              <w:rPr>
                <w:b/>
                <w:i w:val="0"/>
                <w:color w:val="0B5D4B"/>
                <w:sz w:val="14"/>
              </w:rPr>
              <w:t xml:space="preserve">• </w:t>
            </w:r>
            <w:r>
              <w:rPr>
                <w:b w:val="0"/>
                <w:i w:val="0"/>
                <w:color w:val="111111"/>
                <w:sz w:val="14"/>
              </w:rPr>
              <w:t>Half court; pairs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Only the passer moves.</w:t>
            </w:r>
          </w:p>
          <w:p>
            <w:pPr>
              <w:spacing w:after="0"/>
              <w:ind w:left="230" w:hanging="158"/>
              <w:keepLines/>
              <w:keepNext/>
            </w:pPr>
            <w:r>
              <w:rPr>
                <w:b/>
                <w:i w:val="0"/>
                <w:color w:val="0B5D4B"/>
                <w:sz w:val="14"/>
              </w:rPr>
              <w:t xml:space="preserve">• </w:t>
            </w:r>
            <w:r>
              <w:rPr>
                <w:b w:val="0"/>
                <w:i w:val="0"/>
                <w:color w:val="111111"/>
                <w:sz w:val="14"/>
              </w:rPr>
              <w:t>Use marked floor spots.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Both players move after every pass.</w:t>
            </w:r>
          </w:p>
          <w:p>
            <w:pPr>
              <w:spacing w:after="0"/>
              <w:ind w:left="230" w:hanging="158"/>
              <w:keepLines/>
              <w:keepNext/>
            </w:pPr>
            <w:r>
              <w:rPr>
                <w:b/>
                <w:i w:val="0"/>
                <w:color w:val="0B5D4B"/>
                <w:sz w:val="14"/>
              </w:rPr>
              <w:t xml:space="preserve">• </w:t>
            </w:r>
            <w:r>
              <w:rPr>
                <w:b w:val="0"/>
                <w:i w:val="0"/>
                <w:color w:val="111111"/>
                <w:sz w:val="14"/>
              </w:rPr>
              <w:t>Add a defender cone to avoid.</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moving into useful space?</w:t>
            </w:r>
          </w:p>
          <w:p>
            <w:pPr>
              <w:spacing w:after="0"/>
              <w:ind w:left="230" w:hanging="158"/>
              <w:keepLines/>
              <w:keepNext/>
            </w:pPr>
            <w:r>
              <w:rPr>
                <w:b/>
                <w:i w:val="0"/>
                <w:color w:val="0B5D4B"/>
                <w:sz w:val="14"/>
              </w:rPr>
              <w:t xml:space="preserve">• </w:t>
            </w:r>
            <w:r>
              <w:rPr>
                <w:b w:val="0"/>
                <w:i w:val="0"/>
                <w:color w:val="111111"/>
                <w:sz w:val="14"/>
              </w:rPr>
              <w:t>Do they stop and show hands before receiving?</w:t>
            </w:r>
          </w:p>
          <w:p>
            <w:pPr>
              <w:spacing w:before="20" w:after="0"/>
              <w:keepLines/>
              <w:keepNext/>
            </w:pPr>
            <w:r>
              <w:rPr>
                <w:b/>
                <w:i w:val="0"/>
                <w:color w:val="F28C28"/>
                <w:sz w:val="14"/>
              </w:rPr>
              <w:t>SAFETY</w:t>
            </w:r>
          </w:p>
          <w:p>
            <w:pPr>
              <w:spacing w:after="0"/>
              <w:keepLines/>
            </w:pPr>
            <w:r>
              <w:rPr>
                <w:sz w:val="14"/>
              </w:rPr>
              <w:t>Keep movement controlled and avoid crossing through other pairs.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Castle Builders</w:t>
            </w:r>
          </w:p>
        </w:tc>
        <w:tc>
          <w:tcPr>
            <w:tcW w:type="dxa" w:w="5429"/>
            <w:shd w:fill="F28C28"/>
            <w:tcMar>
              <w:top w:w="62" w:type="dxa"/>
              <w:start w:w="82" w:type="dxa"/>
              <w:bottom w:w="62" w:type="dxa"/>
              <w:end w:w="82" w:type="dxa"/>
            </w:tcMar>
          </w:tcPr>
          <w:p>
            <w:pPr>
              <w:jc w:val="center"/>
              <w:keepLines/>
              <w:keepNext/>
            </w:pPr>
            <w:r>
              <w:rPr>
                <w:b/>
                <w:i w:val="0"/>
                <w:color w:val="FFFFFF"/>
                <w:sz w:val="15"/>
              </w:rPr>
              <w:t>7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Place a pile of cones in the centre. Teams line up in small groups with one ball per group.</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 team earns one cone after completing a set number of good passes. One player collects the cone and adds it to the team castle. Continue until time ends.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Make every pass catchable.</w:t>
            </w:r>
          </w:p>
          <w:p>
            <w:pPr>
              <w:spacing w:after="0"/>
              <w:ind w:left="230" w:hanging="158"/>
              <w:keepLines/>
              <w:keepNext/>
            </w:pPr>
            <w:r>
              <w:rPr>
                <w:b/>
                <w:i w:val="0"/>
                <w:color w:val="0B5D4B"/>
                <w:sz w:val="14"/>
              </w:rPr>
              <w:t xml:space="preserve">• </w:t>
            </w:r>
            <w:r>
              <w:rPr>
                <w:b w:val="0"/>
                <w:i w:val="0"/>
                <w:color w:val="111111"/>
                <w:sz w:val="14"/>
              </w:rPr>
              <w:t>Include everyone.</w:t>
            </w:r>
          </w:p>
          <w:p>
            <w:pPr>
              <w:spacing w:after="0"/>
              <w:ind w:left="230" w:hanging="158"/>
              <w:keepLines/>
              <w:keepNext/>
            </w:pPr>
            <w:r>
              <w:rPr>
                <w:b/>
                <w:i w:val="0"/>
                <w:color w:val="0B5D4B"/>
                <w:sz w:val="14"/>
              </w:rPr>
              <w:t xml:space="preserve">• </w:t>
            </w:r>
            <w:r>
              <w:rPr>
                <w:b w:val="0"/>
                <w:i w:val="0"/>
                <w:color w:val="111111"/>
                <w:sz w:val="14"/>
              </w:rPr>
              <w:t>Build together.</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and cones</w:t>
            </w:r>
          </w:p>
          <w:p>
            <w:pPr>
              <w:spacing w:after="0"/>
              <w:ind w:left="230" w:hanging="158"/>
              <w:keepLines/>
              <w:keepNext/>
            </w:pPr>
            <w:r>
              <w:rPr>
                <w:b/>
                <w:i w:val="0"/>
                <w:color w:val="0B5D4B"/>
                <w:sz w:val="14"/>
              </w:rPr>
              <w:t xml:space="preserve">• </w:t>
            </w:r>
            <w:r>
              <w:rPr>
                <w:b w:val="0"/>
                <w:i w:val="0"/>
                <w:color w:val="111111"/>
                <w:sz w:val="14"/>
              </w:rPr>
              <w:t>Half court; small teams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Require fewer passes for a cone.</w:t>
            </w:r>
          </w:p>
          <w:p>
            <w:pPr>
              <w:spacing w:after="0"/>
              <w:ind w:left="230" w:hanging="158"/>
              <w:keepLines/>
              <w:keepNext/>
            </w:pPr>
            <w:r>
              <w:rPr>
                <w:b/>
                <w:i w:val="0"/>
                <w:color w:val="0B5D4B"/>
                <w:sz w:val="14"/>
              </w:rPr>
              <w:t xml:space="preserve">• </w:t>
            </w:r>
            <w:r>
              <w:rPr>
                <w:b w:val="0"/>
                <w:i w:val="0"/>
                <w:color w:val="111111"/>
                <w:sz w:val="14"/>
              </w:rPr>
              <w:t>Use rolling passes.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Require a move after each pass.</w:t>
            </w:r>
          </w:p>
          <w:p>
            <w:pPr>
              <w:spacing w:after="0"/>
              <w:ind w:left="230" w:hanging="158"/>
              <w:keepLines/>
              <w:keepNext/>
            </w:pPr>
            <w:r>
              <w:rPr>
                <w:b/>
                <w:i w:val="0"/>
                <w:color w:val="0B5D4B"/>
                <w:sz w:val="14"/>
              </w:rPr>
              <w:t xml:space="preserve">• </w:t>
            </w:r>
            <w:r>
              <w:rPr>
                <w:b w:val="0"/>
                <w:i w:val="0"/>
                <w:color w:val="111111"/>
                <w:sz w:val="14"/>
              </w:rPr>
              <w:t>Use different pass types.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stronger players involving others?</w:t>
            </w:r>
          </w:p>
          <w:p>
            <w:pPr>
              <w:spacing w:after="0"/>
              <w:ind w:left="230" w:hanging="158"/>
              <w:keepLines/>
              <w:keepNext/>
            </w:pPr>
            <w:r>
              <w:rPr>
                <w:b/>
                <w:i w:val="0"/>
                <w:color w:val="0B5D4B"/>
                <w:sz w:val="14"/>
              </w:rPr>
              <w:t xml:space="preserve">• </w:t>
            </w:r>
            <w:r>
              <w:rPr>
                <w:b w:val="0"/>
                <w:i w:val="0"/>
                <w:color w:val="111111"/>
                <w:sz w:val="14"/>
              </w:rPr>
              <w:t>Is the group celebrating teamwork rather than the tallest castle?</w:t>
            </w:r>
          </w:p>
          <w:p>
            <w:pPr>
              <w:spacing w:before="20" w:after="0"/>
              <w:keepLines/>
              <w:keepNext/>
            </w:pPr>
            <w:r>
              <w:rPr>
                <w:b/>
                <w:i w:val="0"/>
                <w:color w:val="F28C28"/>
                <w:sz w:val="14"/>
              </w:rPr>
              <w:t>SAFETY</w:t>
            </w:r>
          </w:p>
          <w:p>
            <w:pPr>
              <w:spacing w:after="0"/>
              <w:keepLines/>
            </w:pPr>
            <w:r>
              <w:rPr>
                <w:sz w:val="14"/>
              </w:rPr>
              <w:t>Only one collector enters the centre at a time.</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Huddle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Gather players in a circle or semicircle where everyone can see and hear the coach.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brief closing question, recognise specific attitude or effort, preview the next session and finish with a team cheer.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Name specific behaviours.</w:t>
            </w:r>
          </w:p>
          <w:p>
            <w:pPr>
              <w:spacing w:after="0"/>
              <w:ind w:left="230" w:hanging="158"/>
              <w:keepLines/>
              <w:keepNext/>
            </w:pPr>
            <w:r>
              <w:rPr>
                <w:b/>
                <w:i w:val="0"/>
                <w:color w:val="0B5D4B"/>
                <w:sz w:val="14"/>
              </w:rPr>
              <w:t xml:space="preserve">• </w:t>
            </w:r>
            <w:r>
              <w:rPr>
                <w:b w:val="0"/>
                <w:i w:val="0"/>
                <w:color w:val="111111"/>
                <w:sz w:val="14"/>
              </w:rPr>
              <w:t>Finish positively.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Small gathering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Ask a question players can answer with one word or a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Invite one or two players to recognise a teammate’s effort or improvement.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has not yet been recognised?</w:t>
            </w:r>
          </w:p>
          <w:p>
            <w:pPr>
              <w:spacing w:after="0"/>
              <w:ind w:left="230" w:hanging="158"/>
              <w:keepLines/>
              <w:keepNext/>
            </w:pPr>
            <w:r>
              <w:rPr>
                <w:b/>
                <w:i w:val="0"/>
                <w:color w:val="0B5D4B"/>
                <w:sz w:val="14"/>
              </w:rPr>
              <w:t xml:space="preserve">• </w:t>
            </w:r>
            <w:r>
              <w:rPr>
                <w:b w:val="0"/>
                <w:i w:val="0"/>
                <w:color w:val="111111"/>
                <w:sz w:val="14"/>
              </w:rPr>
              <w:t>Is the group calm and included?</w:t>
            </w:r>
          </w:p>
          <w:p>
            <w:pPr>
              <w:spacing w:before="20" w:after="0"/>
              <w:keepLines/>
              <w:keepNext/>
            </w:pPr>
            <w:r>
              <w:rPr>
                <w:b/>
                <w:i w:val="0"/>
                <w:color w:val="F28C28"/>
                <w:sz w:val="14"/>
              </w:rPr>
              <w:t>SAFETY</w:t>
            </w:r>
          </w:p>
          <w:p>
            <w:pPr>
              <w:spacing w:after="0"/>
              <w:keepLines/>
            </w:pPr>
            <w:r>
              <w:rPr>
                <w:sz w:val="14"/>
              </w:rPr>
              <w:t>Keep players away from loose balls and equipment while gathered.</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CUBS WEEK 9: CATCH, STOP AND SHOOT</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Catch, balance and shoot from a successful distance.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Prepare before acting.</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Receive, stop under control and shoot close; use the backboard; recognise free-throw line and shooting spots.</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Show and Catch</w:t>
            </w:r>
          </w:p>
        </w:tc>
        <w:tc>
          <w:tcPr>
            <w:tcW w:type="dxa" w:w="4104"/>
            <w:vAlign w:val="center"/>
            <w:tcMar>
              <w:top w:w="42" w:type="dxa"/>
              <w:start w:w="50" w:type="dxa"/>
              <w:bottom w:w="42" w:type="dxa"/>
              <w:end w:w="50" w:type="dxa"/>
            </w:tcMar>
          </w:tcPr>
          <w:p>
            <w:pPr>
              <w:keepLines/>
            </w:pPr>
            <w:r>
              <w:rPr>
                <w:b w:val="0"/>
                <w:i w:val="0"/>
                <w:color w:val="111111"/>
                <w:sz w:val="14"/>
              </w:rPr>
              <w:t>Partner toss, catch and balanced stop.</w:t>
            </w:r>
          </w:p>
        </w:tc>
        <w:tc>
          <w:tcPr>
            <w:tcW w:type="dxa" w:w="2563"/>
            <w:vAlign w:val="center"/>
            <w:tcMar>
              <w:top w:w="42" w:type="dxa"/>
              <w:start w:w="50" w:type="dxa"/>
              <w:bottom w:w="42" w:type="dxa"/>
              <w:end w:w="50" w:type="dxa"/>
            </w:tcMar>
          </w:tcPr>
          <w:p>
            <w:pPr>
              <w:keepLines/>
            </w:pPr>
            <w:r>
              <w:rPr>
                <w:b w:val="0"/>
                <w:i w:val="0"/>
                <w:color w:val="111111"/>
                <w:sz w:val="14"/>
              </w:rPr>
              <w:t>Face passer; soft hands.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Catch and Freeze</w:t>
            </w:r>
          </w:p>
        </w:tc>
        <w:tc>
          <w:tcPr>
            <w:tcW w:type="dxa" w:w="4104"/>
            <w:vAlign w:val="center"/>
            <w:tcMar>
              <w:top w:w="42" w:type="dxa"/>
              <w:start w:w="50" w:type="dxa"/>
              <w:bottom w:w="42" w:type="dxa"/>
              <w:end w:w="50" w:type="dxa"/>
            </w:tcMar>
          </w:tcPr>
          <w:p>
            <w:pPr>
              <w:keepLines/>
            </w:pPr>
            <w:r>
              <w:rPr>
                <w:b w:val="0"/>
                <w:i w:val="0"/>
                <w:color w:val="111111"/>
                <w:sz w:val="14"/>
              </w:rPr>
              <w:t>Move to a spot, catch, stop on two feet and hold.</w:t>
            </w:r>
          </w:p>
        </w:tc>
        <w:tc>
          <w:tcPr>
            <w:tcW w:type="dxa" w:w="2563"/>
            <w:vAlign w:val="center"/>
            <w:tcMar>
              <w:top w:w="42" w:type="dxa"/>
              <w:start w:w="50" w:type="dxa"/>
              <w:bottom w:w="42" w:type="dxa"/>
              <w:end w:w="50" w:type="dxa"/>
            </w:tcMar>
          </w:tcPr>
          <w:p>
            <w:pPr>
              <w:keepLines/>
            </w:pPr>
            <w:r>
              <w:rPr>
                <w:b w:val="0"/>
                <w:i w:val="0"/>
                <w:color w:val="111111"/>
                <w:sz w:val="14"/>
              </w:rPr>
              <w:t>Balance before speed.</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Close Shooting</w:t>
            </w:r>
          </w:p>
        </w:tc>
        <w:tc>
          <w:tcPr>
            <w:tcW w:type="dxa" w:w="4104"/>
            <w:vAlign w:val="center"/>
            <w:tcMar>
              <w:top w:w="42" w:type="dxa"/>
              <w:start w:w="50" w:type="dxa"/>
              <w:bottom w:w="42" w:type="dxa"/>
              <w:end w:w="50" w:type="dxa"/>
            </w:tcMar>
          </w:tcPr>
          <w:p>
            <w:pPr>
              <w:keepLines/>
            </w:pPr>
            <w:r>
              <w:rPr>
                <w:b w:val="0"/>
                <w:i w:val="0"/>
                <w:color w:val="111111"/>
                <w:sz w:val="14"/>
              </w:rPr>
              <w:t>Shoot close using backboard; rebound and return.</w:t>
            </w:r>
          </w:p>
        </w:tc>
        <w:tc>
          <w:tcPr>
            <w:tcW w:type="dxa" w:w="2563"/>
            <w:vAlign w:val="center"/>
            <w:tcMar>
              <w:top w:w="42" w:type="dxa"/>
              <w:start w:w="50" w:type="dxa"/>
              <w:bottom w:w="42" w:type="dxa"/>
              <w:end w:w="50" w:type="dxa"/>
            </w:tcMar>
          </w:tcPr>
          <w:p>
            <w:pPr>
              <w:keepLines/>
            </w:pPr>
            <w:r>
              <w:rPr>
                <w:b w:val="0"/>
                <w:i w:val="0"/>
                <w:color w:val="111111"/>
                <w:sz w:val="14"/>
              </w:rPr>
              <w:t>Successful distance.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17 min</w:t>
              <w:br/>
              <w:t>:28-:45</w:t>
            </w:r>
          </w:p>
        </w:tc>
        <w:tc>
          <w:tcPr>
            <w:tcW w:type="dxa" w:w="2477"/>
            <w:vAlign w:val="center"/>
            <w:tcMar>
              <w:top w:w="42" w:type="dxa"/>
              <w:start w:w="50" w:type="dxa"/>
              <w:bottom w:w="42" w:type="dxa"/>
              <w:end w:w="50" w:type="dxa"/>
            </w:tcMar>
            <w:shd w:fill="E9ECEF"/>
          </w:tcPr>
          <w:p>
            <w:pPr>
              <w:keepLines/>
            </w:pPr>
            <w:r>
              <w:rPr>
                <w:b/>
                <w:i w:val="0"/>
                <w:color w:val="111111"/>
                <w:sz w:val="14"/>
              </w:rPr>
              <w:t>Pass, Catch, Shoot</w:t>
            </w:r>
          </w:p>
        </w:tc>
        <w:tc>
          <w:tcPr>
            <w:tcW w:type="dxa" w:w="4104"/>
            <w:vAlign w:val="center"/>
            <w:tcMar>
              <w:top w:w="42" w:type="dxa"/>
              <w:start w:w="50" w:type="dxa"/>
              <w:bottom w:w="42" w:type="dxa"/>
              <w:end w:w="50" w:type="dxa"/>
            </w:tcMar>
          </w:tcPr>
          <w:p>
            <w:pPr>
              <w:keepLines/>
            </w:pPr>
            <w:r>
              <w:rPr>
                <w:b w:val="0"/>
                <w:i w:val="0"/>
                <w:color w:val="111111"/>
                <w:sz w:val="14"/>
              </w:rPr>
              <w:t>Pairs: pass to spot, catch, balance, shoot; rotate roles.</w:t>
            </w:r>
          </w:p>
        </w:tc>
        <w:tc>
          <w:tcPr>
            <w:tcW w:type="dxa" w:w="2563"/>
            <w:vAlign w:val="center"/>
            <w:tcMar>
              <w:top w:w="42" w:type="dxa"/>
              <w:start w:w="50" w:type="dxa"/>
              <w:bottom w:w="42" w:type="dxa"/>
              <w:end w:w="50" w:type="dxa"/>
            </w:tcMar>
          </w:tcPr>
          <w:p>
            <w:pPr>
              <w:keepLines/>
            </w:pPr>
            <w:r>
              <w:rPr>
                <w:b w:val="0"/>
                <w:i w:val="0"/>
                <w:color w:val="111111"/>
                <w:sz w:val="14"/>
              </w:rPr>
              <w:t>Short pass; one cue at a time.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7 min</w:t>
              <w:br/>
              <w:t>:45-:52</w:t>
            </w:r>
          </w:p>
        </w:tc>
        <w:tc>
          <w:tcPr>
            <w:tcW w:type="dxa" w:w="2477"/>
            <w:vAlign w:val="center"/>
            <w:tcMar>
              <w:top w:w="42" w:type="dxa"/>
              <w:start w:w="50" w:type="dxa"/>
              <w:bottom w:w="42" w:type="dxa"/>
              <w:end w:w="50" w:type="dxa"/>
            </w:tcMar>
            <w:shd w:fill="E9ECEF"/>
          </w:tcPr>
          <w:p>
            <w:pPr>
              <w:keepLines/>
            </w:pPr>
            <w:r>
              <w:rPr>
                <w:b/>
                <w:i w:val="0"/>
                <w:color w:val="111111"/>
                <w:sz w:val="14"/>
              </w:rPr>
              <w:t>Team Make Challenge</w:t>
            </w:r>
          </w:p>
        </w:tc>
        <w:tc>
          <w:tcPr>
            <w:tcW w:type="dxa" w:w="4104"/>
            <w:vAlign w:val="center"/>
            <w:tcMar>
              <w:top w:w="42" w:type="dxa"/>
              <w:start w:w="50" w:type="dxa"/>
              <w:bottom w:w="42" w:type="dxa"/>
              <w:end w:w="50" w:type="dxa"/>
            </w:tcMar>
          </w:tcPr>
          <w:p>
            <w:pPr>
              <w:keepLines/>
            </w:pPr>
            <w:r>
              <w:rPr>
                <w:b w:val="0"/>
                <w:i w:val="0"/>
                <w:color w:val="111111"/>
                <w:sz w:val="14"/>
              </w:rPr>
              <w:t>Pairs count makes from close spots in short rounds.</w:t>
            </w:r>
          </w:p>
        </w:tc>
        <w:tc>
          <w:tcPr>
            <w:tcW w:type="dxa" w:w="2563"/>
            <w:vAlign w:val="center"/>
            <w:tcMar>
              <w:top w:w="42" w:type="dxa"/>
              <w:start w:w="50" w:type="dxa"/>
              <w:bottom w:w="42" w:type="dxa"/>
              <w:end w:w="50" w:type="dxa"/>
            </w:tcMar>
          </w:tcPr>
          <w:p>
            <w:pPr>
              <w:keepLines/>
            </w:pPr>
            <w:r>
              <w:rPr>
                <w:b w:val="0"/>
                <w:i w:val="0"/>
                <w:color w:val="111111"/>
                <w:sz w:val="14"/>
              </w:rPr>
              <w:t>Beat own score.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Huddle</w:t>
            </w:r>
          </w:p>
        </w:tc>
        <w:tc>
          <w:tcPr>
            <w:tcW w:type="dxa" w:w="4104"/>
            <w:vAlign w:val="center"/>
            <w:tcMar>
              <w:top w:w="42" w:type="dxa"/>
              <w:start w:w="50" w:type="dxa"/>
              <w:bottom w:w="42" w:type="dxa"/>
              <w:end w:w="50" w:type="dxa"/>
            </w:tcMar>
          </w:tcPr>
          <w:p>
            <w:pPr>
              <w:keepLines/>
            </w:pPr>
            <w:r>
              <w:rPr>
                <w:b w:val="0"/>
                <w:i w:val="0"/>
                <w:color w:val="111111"/>
                <w:sz w:val="14"/>
              </w:rPr>
              <w:t>Praise preparation before the shot.</w:t>
            </w:r>
          </w:p>
        </w:tc>
        <w:tc>
          <w:tcPr>
            <w:tcW w:type="dxa" w:w="2563"/>
            <w:vAlign w:val="center"/>
            <w:tcMar>
              <w:top w:w="42" w:type="dxa"/>
              <w:start w:w="50" w:type="dxa"/>
              <w:bottom w:w="42" w:type="dxa"/>
              <w:end w:w="50" w:type="dxa"/>
            </w:tcMar>
          </w:tcPr>
          <w:p>
            <w:pPr>
              <w:keepLines/>
            </w:pPr>
            <w:r>
              <w:rPr>
                <w:b w:val="0"/>
                <w:i w:val="0"/>
                <w:color w:val="111111"/>
                <w:sz w:val="14"/>
              </w:rPr>
              <w:t>What came before shooting?</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Do players secure the catch before shooting?</w:t>
              <w:br/>
              <w:t>Are they balanced and close enough to succeed?</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a stationary catch and move closer to the basket.</w:t>
              <w:br/>
              <w:t>Harder: Add one movement before the catch and shot.</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Free-throw line, shooting spot and using the backboard.</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What helped you get ready to shoot?</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Show and Catch</w:t>
            </w:r>
          </w:p>
        </w:tc>
        <w:tc>
          <w:tcPr>
            <w:tcW w:type="dxa" w:w="5429"/>
            <w:shd w:fill="F28C28"/>
            <w:tcMar>
              <w:top w:w="62" w:type="dxa"/>
              <w:start w:w="82" w:type="dxa"/>
              <w:bottom w:w="62" w:type="dxa"/>
              <w:end w:w="82" w:type="dxa"/>
            </w:tcMar>
          </w:tcPr>
          <w:p>
            <w:pPr>
              <w:jc w:val="center"/>
              <w:keepLines/>
              <w:keepNext/>
            </w:pPr>
            <w:r>
              <w:rPr>
                <w:b/>
                <w:i w:val="0"/>
                <w:color w:val="FFFFFF"/>
                <w:sz w:val="15"/>
              </w:rPr>
              <w:t>5 min |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Place partners a short distance apart. The receiver begins without the ball and shows two hands as a target.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The passer waits for the target, makes a gentle two-handed pass and the receiver catches, secures the ball and returns it. Swap roles continuously.</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Show ten fingers.</w:t>
            </w:r>
          </w:p>
          <w:p>
            <w:pPr>
              <w:spacing w:after="0"/>
              <w:ind w:left="230" w:hanging="158"/>
              <w:keepLines/>
              <w:keepNext/>
            </w:pPr>
            <w:r>
              <w:rPr>
                <w:b/>
                <w:i w:val="0"/>
                <w:color w:val="0B5D4B"/>
                <w:sz w:val="14"/>
              </w:rPr>
              <w:t xml:space="preserve">• </w:t>
            </w:r>
            <w:r>
              <w:rPr>
                <w:b w:val="0"/>
                <w:i w:val="0"/>
                <w:color w:val="111111"/>
                <w:sz w:val="14"/>
              </w:rPr>
              <w:t>Watch the ball into your hands.</w:t>
            </w:r>
          </w:p>
          <w:p>
            <w:pPr>
              <w:spacing w:after="0"/>
              <w:ind w:left="230" w:hanging="158"/>
              <w:keepLines/>
              <w:keepNext/>
            </w:pPr>
            <w:r>
              <w:rPr>
                <w:b/>
                <w:i w:val="0"/>
                <w:color w:val="0B5D4B"/>
                <w:sz w:val="14"/>
              </w:rPr>
              <w:t xml:space="preserve">• </w:t>
            </w:r>
            <w:r>
              <w:rPr>
                <w:b w:val="0"/>
                <w:i w:val="0"/>
                <w:color w:val="111111"/>
                <w:sz w:val="14"/>
              </w:rPr>
              <w:t>Step toward the pass.</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pair</w:t>
            </w:r>
          </w:p>
          <w:p>
            <w:pPr>
              <w:spacing w:after="0"/>
              <w:ind w:left="230" w:hanging="158"/>
              <w:keepLines/>
              <w:keepNext/>
            </w:pPr>
            <w:r>
              <w:rPr>
                <w:b/>
                <w:i w:val="0"/>
                <w:color w:val="0B5D4B"/>
                <w:sz w:val="14"/>
              </w:rPr>
              <w:t xml:space="preserve">• </w:t>
            </w:r>
            <w:r>
              <w:rPr>
                <w:b w:val="0"/>
                <w:i w:val="0"/>
                <w:color w:val="111111"/>
                <w:sz w:val="14"/>
              </w:rPr>
              <w:t>Half court; pairs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soft underarm toss.</w:t>
            </w:r>
          </w:p>
          <w:p>
            <w:pPr>
              <w:spacing w:after="0"/>
              <w:ind w:left="230" w:hanging="158"/>
              <w:keepLines/>
              <w:keepNext/>
            </w:pPr>
            <w:r>
              <w:rPr>
                <w:b/>
                <w:i w:val="0"/>
                <w:color w:val="0B5D4B"/>
                <w:sz w:val="14"/>
              </w:rPr>
              <w:t xml:space="preserve">• </w:t>
            </w:r>
            <w:r>
              <w:rPr>
                <w:b w:val="0"/>
                <w:i w:val="0"/>
                <w:color w:val="111111"/>
                <w:sz w:val="14"/>
              </w:rPr>
              <w:t>Move partners closer.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bounce pass.</w:t>
            </w:r>
          </w:p>
          <w:p>
            <w:pPr>
              <w:spacing w:after="0"/>
              <w:ind w:left="230" w:hanging="158"/>
              <w:keepLines/>
              <w:keepNext/>
            </w:pPr>
            <w:r>
              <w:rPr>
                <w:b/>
                <w:i w:val="0"/>
                <w:color w:val="0B5D4B"/>
                <w:sz w:val="14"/>
              </w:rPr>
              <w:t xml:space="preserve">• </w:t>
            </w:r>
            <w:r>
              <w:rPr>
                <w:b w:val="0"/>
                <w:i w:val="0"/>
                <w:color w:val="111111"/>
                <w:sz w:val="14"/>
              </w:rPr>
              <w:t>Receiver moves one step before showing a target.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players ready before the pass is thrown?</w:t>
            </w:r>
          </w:p>
          <w:p>
            <w:pPr>
              <w:spacing w:after="0"/>
              <w:ind w:left="230" w:hanging="158"/>
              <w:keepLines/>
              <w:keepNext/>
            </w:pPr>
            <w:r>
              <w:rPr>
                <w:b/>
                <w:i w:val="0"/>
                <w:color w:val="0B5D4B"/>
                <w:sz w:val="14"/>
              </w:rPr>
              <w:t xml:space="preserve">• </w:t>
            </w:r>
            <w:r>
              <w:rPr>
                <w:b w:val="0"/>
                <w:i w:val="0"/>
                <w:color w:val="111111"/>
                <w:sz w:val="14"/>
              </w:rPr>
              <w:t>Are catches controlled rather than trapped against the body?</w:t>
            </w:r>
          </w:p>
          <w:p>
            <w:pPr>
              <w:spacing w:before="20" w:after="0"/>
              <w:keepLines/>
              <w:keepNext/>
            </w:pPr>
            <w:r>
              <w:rPr>
                <w:b/>
                <w:i w:val="0"/>
                <w:color w:val="F28C28"/>
                <w:sz w:val="14"/>
              </w:rPr>
              <w:t>SAFETY</w:t>
            </w:r>
          </w:p>
          <w:p>
            <w:pPr>
              <w:spacing w:after="0"/>
              <w:keepLines/>
            </w:pPr>
            <w:r>
              <w:rPr>
                <w:sz w:val="14"/>
              </w:rPr>
              <w:t>Use soft passes and enough space between pairs.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Catch and Freeze</w:t>
            </w:r>
          </w:p>
        </w:tc>
        <w:tc>
          <w:tcPr>
            <w:tcW w:type="dxa" w:w="5429"/>
            <w:shd w:fill="F28C28"/>
            <w:tcMar>
              <w:top w:w="62" w:type="dxa"/>
              <w:start w:w="82" w:type="dxa"/>
              <w:bottom w:w="62" w:type="dxa"/>
              <w:end w:w="82" w:type="dxa"/>
            </w:tcMar>
          </w:tcPr>
          <w:p>
            <w:pPr>
              <w:jc w:val="center"/>
              <w:keepLines/>
              <w:keepNext/>
            </w:pPr>
            <w:r>
              <w:rPr>
                <w:b/>
                <w:i w:val="0"/>
                <w:color w:val="FFFFFF"/>
                <w:sz w:val="15"/>
              </w:rPr>
              <w:t>8 min |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Place players in pairs with one ball and several receiving spots.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The receiver moves to a spot, catches the pass and freezes in a balanced position. The coach checks feet and control, then players continue or swap roles.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Show hands.</w:t>
            </w:r>
          </w:p>
          <w:p>
            <w:pPr>
              <w:spacing w:after="0"/>
              <w:ind w:left="230" w:hanging="158"/>
              <w:keepLines/>
              <w:keepNext/>
            </w:pPr>
            <w:r>
              <w:rPr>
                <w:b/>
                <w:i w:val="0"/>
                <w:color w:val="0B5D4B"/>
                <w:sz w:val="14"/>
              </w:rPr>
              <w:t xml:space="preserve">• </w:t>
            </w:r>
            <w:r>
              <w:rPr>
                <w:b w:val="0"/>
                <w:i w:val="0"/>
                <w:color w:val="111111"/>
                <w:sz w:val="14"/>
              </w:rPr>
              <w:t>Catch, stop, balance.</w:t>
            </w:r>
          </w:p>
          <w:p>
            <w:pPr>
              <w:spacing w:after="0"/>
              <w:ind w:left="230" w:hanging="158"/>
              <w:keepLines/>
              <w:keepNext/>
            </w:pPr>
            <w:r>
              <w:rPr>
                <w:b/>
                <w:i w:val="0"/>
                <w:color w:val="0B5D4B"/>
                <w:sz w:val="14"/>
              </w:rPr>
              <w:t xml:space="preserve">• </w:t>
            </w:r>
            <w:r>
              <w:rPr>
                <w:b w:val="0"/>
                <w:i w:val="0"/>
                <w:color w:val="111111"/>
                <w:sz w:val="14"/>
              </w:rPr>
              <w:t>Face the basket or passer.</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and floor spots</w:t>
            </w:r>
          </w:p>
          <w:p>
            <w:pPr>
              <w:spacing w:after="0"/>
              <w:ind w:left="230" w:hanging="158"/>
              <w:keepLines/>
              <w:keepNext/>
            </w:pPr>
            <w:r>
              <w:rPr>
                <w:b/>
                <w:i w:val="0"/>
                <w:color w:val="0B5D4B"/>
                <w:sz w:val="14"/>
              </w:rPr>
              <w:t xml:space="preserve">• </w:t>
            </w:r>
            <w:r>
              <w:rPr>
                <w:b w:val="0"/>
                <w:i w:val="0"/>
                <w:color w:val="111111"/>
                <w:sz w:val="14"/>
              </w:rPr>
              <w:t>Half court or basket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Receiver begins standing on the spot.</w:t>
            </w:r>
          </w:p>
          <w:p>
            <w:pPr>
              <w:spacing w:after="0"/>
              <w:ind w:left="230" w:hanging="158"/>
              <w:keepLines/>
              <w:keepNext/>
            </w:pPr>
            <w:r>
              <w:rPr>
                <w:b/>
                <w:i w:val="0"/>
                <w:color w:val="0B5D4B"/>
                <w:sz w:val="14"/>
              </w:rPr>
              <w:t xml:space="preserve">• </w:t>
            </w:r>
            <w:r>
              <w:rPr>
                <w:b w:val="0"/>
                <w:i w:val="0"/>
                <w:color w:val="111111"/>
                <w:sz w:val="14"/>
              </w:rPr>
              <w:t>Use a soft toss.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Receiver moves from a different angle.</w:t>
            </w:r>
          </w:p>
          <w:p>
            <w:pPr>
              <w:spacing w:after="0"/>
              <w:ind w:left="230" w:hanging="158"/>
              <w:keepLines/>
              <w:keepNext/>
            </w:pPr>
            <w:r>
              <w:rPr>
                <w:b/>
                <w:i w:val="0"/>
                <w:color w:val="0B5D4B"/>
                <w:sz w:val="14"/>
              </w:rPr>
              <w:t xml:space="preserve">• </w:t>
            </w:r>
            <w:r>
              <w:rPr>
                <w:b w:val="0"/>
                <w:i w:val="0"/>
                <w:color w:val="111111"/>
                <w:sz w:val="14"/>
              </w:rPr>
              <w:t>Add a shot after the freeze.</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Can players stop without extra steps?</w:t>
            </w:r>
          </w:p>
          <w:p>
            <w:pPr>
              <w:spacing w:after="0"/>
              <w:ind w:left="230" w:hanging="158"/>
              <w:keepLines/>
              <w:keepNext/>
            </w:pPr>
            <w:r>
              <w:rPr>
                <w:b/>
                <w:i w:val="0"/>
                <w:color w:val="0B5D4B"/>
                <w:sz w:val="14"/>
              </w:rPr>
              <w:t xml:space="preserve">• </w:t>
            </w:r>
            <w:r>
              <w:rPr>
                <w:b w:val="0"/>
                <w:i w:val="0"/>
                <w:color w:val="111111"/>
                <w:sz w:val="14"/>
              </w:rPr>
              <w:t>Are catches controlled before the next action?</w:t>
            </w:r>
          </w:p>
          <w:p>
            <w:pPr>
              <w:spacing w:before="20" w:after="0"/>
              <w:keepLines/>
              <w:keepNext/>
            </w:pPr>
            <w:r>
              <w:rPr>
                <w:b/>
                <w:i w:val="0"/>
                <w:color w:val="F28C28"/>
                <w:sz w:val="14"/>
              </w:rPr>
              <w:t>SAFETY</w:t>
            </w:r>
          </w:p>
          <w:p>
            <w:pPr>
              <w:spacing w:after="0"/>
              <w:keepLines/>
            </w:pPr>
            <w:r>
              <w:rPr>
                <w:sz w:val="14"/>
              </w:rPr>
              <w:t>Keep passes soft and receiving routes separate.</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Close Shooting</w:t>
            </w:r>
          </w:p>
        </w:tc>
        <w:tc>
          <w:tcPr>
            <w:tcW w:type="dxa" w:w="5429"/>
            <w:shd w:fill="F28C28"/>
            <w:tcMar>
              <w:top w:w="62" w:type="dxa"/>
              <w:start w:w="82" w:type="dxa"/>
              <w:bottom w:w="62" w:type="dxa"/>
              <w:end w:w="82" w:type="dxa"/>
            </w:tcMar>
          </w:tcPr>
          <w:p>
            <w:pPr>
              <w:jc w:val="center"/>
              <w:keepLines/>
              <w:keepNext/>
            </w:pPr>
            <w:r>
              <w:rPr>
                <w:b/>
                <w:i w:val="0"/>
                <w:color w:val="FFFFFF"/>
                <w:sz w:val="15"/>
              </w:rPr>
              <w:t>10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Place spots very close to the basket at angles where children can reach comfortably.</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shoot from a success distance, collect the rebound and return to an open spot. Rotate frequently so there are no long queues.</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Balance first.</w:t>
            </w:r>
          </w:p>
          <w:p>
            <w:pPr>
              <w:spacing w:after="0"/>
              <w:ind w:left="230" w:hanging="158"/>
              <w:keepLines/>
              <w:keepNext/>
            </w:pPr>
            <w:r>
              <w:rPr>
                <w:b/>
                <w:i w:val="0"/>
                <w:color w:val="0B5D4B"/>
                <w:sz w:val="14"/>
              </w:rPr>
              <w:t xml:space="preserve">• </w:t>
            </w:r>
            <w:r>
              <w:rPr>
                <w:b w:val="0"/>
                <w:i w:val="0"/>
                <w:color w:val="111111"/>
                <w:sz w:val="14"/>
              </w:rPr>
              <w:t>Eyes on the target.</w:t>
            </w:r>
          </w:p>
          <w:p>
            <w:pPr>
              <w:spacing w:after="0"/>
              <w:ind w:left="230" w:hanging="158"/>
              <w:keepLines/>
              <w:keepNext/>
            </w:pPr>
            <w:r>
              <w:rPr>
                <w:b/>
                <w:i w:val="0"/>
                <w:color w:val="0B5D4B"/>
                <w:sz w:val="14"/>
              </w:rPr>
              <w:t xml:space="preserve">• </w:t>
            </w:r>
            <w:r>
              <w:rPr>
                <w:b w:val="0"/>
                <w:i w:val="0"/>
                <w:color w:val="111111"/>
                <w:sz w:val="14"/>
              </w:rPr>
              <w:t>Reach toward the basket.</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player or pair; floor spots</w:t>
            </w:r>
          </w:p>
          <w:p>
            <w:pPr>
              <w:spacing w:after="0"/>
              <w:ind w:left="230" w:hanging="158"/>
              <w:keepLines/>
              <w:keepNext/>
            </w:pPr>
            <w:r>
              <w:rPr>
                <w:b/>
                <w:i w:val="0"/>
                <w:color w:val="0B5D4B"/>
                <w:sz w:val="14"/>
              </w:rPr>
              <w:t xml:space="preserve">• </w:t>
            </w:r>
            <w:r>
              <w:rPr>
                <w:b w:val="0"/>
                <w:i w:val="0"/>
                <w:color w:val="111111"/>
                <w:sz w:val="14"/>
              </w:rPr>
              <w:t>Basket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Move spots closer.</w:t>
            </w:r>
          </w:p>
          <w:p>
            <w:pPr>
              <w:spacing w:after="0"/>
              <w:ind w:left="230" w:hanging="158"/>
              <w:keepLines/>
              <w:keepNext/>
            </w:pPr>
            <w:r>
              <w:rPr>
                <w:b/>
                <w:i w:val="0"/>
                <w:color w:val="0B5D4B"/>
                <w:sz w:val="14"/>
              </w:rPr>
              <w:t xml:space="preserve">• </w:t>
            </w:r>
            <w:r>
              <w:rPr>
                <w:b w:val="0"/>
                <w:i w:val="0"/>
                <w:color w:val="111111"/>
                <w:sz w:val="14"/>
              </w:rPr>
              <w:t>Allow two hands from the chest for very young players.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a balanced stop before shooting.</w:t>
            </w:r>
          </w:p>
          <w:p>
            <w:pPr>
              <w:spacing w:after="0"/>
              <w:ind w:left="230" w:hanging="158"/>
              <w:keepLines/>
              <w:keepNext/>
            </w:pPr>
            <w:r>
              <w:rPr>
                <w:b/>
                <w:i w:val="0"/>
                <w:color w:val="0B5D4B"/>
                <w:sz w:val="14"/>
              </w:rPr>
              <w:t xml:space="preserve">• </w:t>
            </w:r>
            <w:r>
              <w:rPr>
                <w:b w:val="0"/>
                <w:i w:val="0"/>
                <w:color w:val="111111"/>
                <w:sz w:val="14"/>
              </w:rPr>
              <w:t>Use both sides of the backboard.</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Can each child reach the basket without throwing wildly?</w:t>
            </w:r>
          </w:p>
          <w:p>
            <w:pPr>
              <w:spacing w:after="0"/>
              <w:ind w:left="230" w:hanging="158"/>
              <w:keepLines/>
              <w:keepNext/>
            </w:pPr>
            <w:r>
              <w:rPr>
                <w:b/>
                <w:i w:val="0"/>
                <w:color w:val="0B5D4B"/>
                <w:sz w:val="14"/>
              </w:rPr>
              <w:t xml:space="preserve">• </w:t>
            </w:r>
            <w:r>
              <w:rPr>
                <w:b w:val="0"/>
                <w:i w:val="0"/>
                <w:color w:val="111111"/>
                <w:sz w:val="14"/>
              </w:rPr>
              <w:t>Are players following and collecting their own rebounds safely?</w:t>
            </w:r>
          </w:p>
          <w:p>
            <w:pPr>
              <w:spacing w:before="20" w:after="0"/>
              <w:keepLines/>
              <w:keepNext/>
            </w:pPr>
            <w:r>
              <w:rPr>
                <w:b/>
                <w:i w:val="0"/>
                <w:color w:val="F28C28"/>
                <w:sz w:val="14"/>
              </w:rPr>
              <w:t>SAFETY</w:t>
            </w:r>
          </w:p>
          <w:p>
            <w:pPr>
              <w:spacing w:after="0"/>
              <w:keepLines/>
            </w:pPr>
            <w:r>
              <w:rPr>
                <w:sz w:val="14"/>
              </w:rPr>
              <w:t>Only one shooter per basket lane at a time; rebounders watch for other balls.</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Pass, Catch, Shoot</w:t>
            </w:r>
          </w:p>
        </w:tc>
        <w:tc>
          <w:tcPr>
            <w:tcW w:type="dxa" w:w="5429"/>
            <w:shd w:fill="F28C28"/>
            <w:tcMar>
              <w:top w:w="62" w:type="dxa"/>
              <w:start w:w="82" w:type="dxa"/>
              <w:bottom w:w="62" w:type="dxa"/>
              <w:end w:w="82" w:type="dxa"/>
            </w:tcMar>
          </w:tcPr>
          <w:p>
            <w:pPr>
              <w:jc w:val="center"/>
              <w:keepLines/>
              <w:keepNext/>
            </w:pPr>
            <w:r>
              <w:rPr>
                <w:b/>
                <w:i w:val="0"/>
                <w:color w:val="FFFFFF"/>
                <w:sz w:val="15"/>
              </w:rPr>
              <w:t>17 min |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Pairs work at baskets or targets. One player passes from a short distance while the other moves to a close shooting spot.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Receiver shows hands, catches, balances and shoots. The passer rebounds, and players rotate roles after each attempt or short set.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Ready hands.</w:t>
            </w:r>
          </w:p>
          <w:p>
            <w:pPr>
              <w:spacing w:after="0"/>
              <w:ind w:left="230" w:hanging="158"/>
              <w:keepLines/>
              <w:keepNext/>
            </w:pPr>
            <w:r>
              <w:rPr>
                <w:b/>
                <w:i w:val="0"/>
                <w:color w:val="0B5D4B"/>
                <w:sz w:val="14"/>
              </w:rPr>
              <w:t xml:space="preserve">• </w:t>
            </w:r>
            <w:r>
              <w:rPr>
                <w:b w:val="0"/>
                <w:i w:val="0"/>
                <w:color w:val="111111"/>
                <w:sz w:val="14"/>
              </w:rPr>
              <w:t>Balance before shooting.</w:t>
            </w:r>
          </w:p>
          <w:p>
            <w:pPr>
              <w:spacing w:after="0"/>
              <w:ind w:left="230" w:hanging="158"/>
              <w:keepLines/>
              <w:keepNext/>
            </w:pPr>
            <w:r>
              <w:rPr>
                <w:b/>
                <w:i w:val="0"/>
                <w:color w:val="0B5D4B"/>
                <w:sz w:val="14"/>
              </w:rPr>
              <w:t xml:space="preserve">• </w:t>
            </w:r>
            <w:r>
              <w:rPr>
                <w:b w:val="0"/>
                <w:i w:val="0"/>
                <w:color w:val="111111"/>
                <w:sz w:val="14"/>
              </w:rPr>
              <w:t>Use the backboard from an angle.</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pair; shooting spots</w:t>
            </w:r>
          </w:p>
          <w:p>
            <w:pPr>
              <w:spacing w:after="0"/>
              <w:ind w:left="230" w:hanging="158"/>
              <w:keepLines/>
              <w:keepNext/>
            </w:pPr>
            <w:r>
              <w:rPr>
                <w:b/>
                <w:i w:val="0"/>
                <w:color w:val="0B5D4B"/>
                <w:sz w:val="14"/>
              </w:rPr>
              <w:t xml:space="preserve">• </w:t>
            </w:r>
            <w:r>
              <w:rPr>
                <w:b w:val="0"/>
                <w:i w:val="0"/>
                <w:color w:val="111111"/>
                <w:sz w:val="14"/>
              </w:rPr>
              <w:t>Basket area; pairs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a stationary receiver.</w:t>
            </w:r>
          </w:p>
          <w:p>
            <w:pPr>
              <w:spacing w:after="0"/>
              <w:ind w:left="230" w:hanging="158"/>
              <w:keepLines/>
              <w:keepNext/>
            </w:pPr>
            <w:r>
              <w:rPr>
                <w:b/>
                <w:i w:val="0"/>
                <w:color w:val="0B5D4B"/>
                <w:sz w:val="14"/>
              </w:rPr>
              <w:t xml:space="preserve">• </w:t>
            </w:r>
            <w:r>
              <w:rPr>
                <w:b w:val="0"/>
                <w:i w:val="0"/>
                <w:color w:val="111111"/>
                <w:sz w:val="14"/>
              </w:rPr>
              <w:t>Move the shooting spot closer.</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Receiver moves to the spot first.</w:t>
            </w:r>
          </w:p>
          <w:p>
            <w:pPr>
              <w:spacing w:after="0"/>
              <w:ind w:left="230" w:hanging="158"/>
              <w:keepLines/>
              <w:keepNext/>
            </w:pPr>
            <w:r>
              <w:rPr>
                <w:b/>
                <w:i w:val="0"/>
                <w:color w:val="0B5D4B"/>
                <w:sz w:val="14"/>
              </w:rPr>
              <w:t xml:space="preserve">• </w:t>
            </w:r>
            <w:r>
              <w:rPr>
                <w:b w:val="0"/>
                <w:i w:val="0"/>
                <w:color w:val="111111"/>
                <w:sz w:val="14"/>
              </w:rPr>
              <w:t>Add a choice of two spots.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pass helping the shooter succeed?</w:t>
            </w:r>
          </w:p>
          <w:p>
            <w:pPr>
              <w:spacing w:after="0"/>
              <w:ind w:left="230" w:hanging="158"/>
              <w:keepLines/>
              <w:keepNext/>
            </w:pPr>
            <w:r>
              <w:rPr>
                <w:b/>
                <w:i w:val="0"/>
                <w:color w:val="0B5D4B"/>
                <w:sz w:val="14"/>
              </w:rPr>
              <w:t xml:space="preserve">• </w:t>
            </w:r>
            <w:r>
              <w:rPr>
                <w:b w:val="0"/>
                <w:i w:val="0"/>
                <w:color w:val="111111"/>
                <w:sz w:val="14"/>
              </w:rPr>
              <w:t>Are players preparing before the ball arrives?</w:t>
            </w:r>
          </w:p>
          <w:p>
            <w:pPr>
              <w:spacing w:before="20" w:after="0"/>
              <w:keepLines/>
              <w:keepNext/>
            </w:pPr>
            <w:r>
              <w:rPr>
                <w:b/>
                <w:i w:val="0"/>
                <w:color w:val="F28C28"/>
                <w:sz w:val="14"/>
              </w:rPr>
              <w:t>SAFETY</w:t>
            </w:r>
          </w:p>
          <w:p>
            <w:pPr>
              <w:spacing w:after="0"/>
              <w:keepLines/>
            </w:pPr>
            <w:r>
              <w:rPr>
                <w:sz w:val="14"/>
              </w:rPr>
              <w:t>Use clear shooting lanes and rotate away from the basket after rebounding.</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Team Make Challenge</w:t>
            </w:r>
          </w:p>
        </w:tc>
        <w:tc>
          <w:tcPr>
            <w:tcW w:type="dxa" w:w="5429"/>
            <w:shd w:fill="F28C28"/>
            <w:tcMar>
              <w:top w:w="62" w:type="dxa"/>
              <w:start w:w="82" w:type="dxa"/>
              <w:bottom w:w="62" w:type="dxa"/>
              <w:end w:w="82" w:type="dxa"/>
            </w:tcMar>
          </w:tcPr>
          <w:p>
            <w:pPr>
              <w:jc w:val="center"/>
              <w:keepLines/>
              <w:keepNext/>
            </w:pPr>
            <w:r>
              <w:rPr>
                <w:b/>
                <w:i w:val="0"/>
                <w:color w:val="FFFFFF"/>
                <w:sz w:val="15"/>
              </w:rPr>
              <w:t>7 min | Small groups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small teams with one ball and a nearby basket or target.</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Teams work toward a shared number of makes. Every child takes turns, and the team celebrates progress toward the total.</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Everyone contributes.</w:t>
            </w:r>
          </w:p>
          <w:p>
            <w:pPr>
              <w:spacing w:after="0"/>
              <w:ind w:left="230" w:hanging="158"/>
              <w:keepLines/>
              <w:keepNext/>
            </w:pPr>
            <w:r>
              <w:rPr>
                <w:b/>
                <w:i w:val="0"/>
                <w:color w:val="0B5D4B"/>
                <w:sz w:val="14"/>
              </w:rPr>
              <w:t xml:space="preserve">• </w:t>
            </w:r>
            <w:r>
              <w:rPr>
                <w:b w:val="0"/>
                <w:i w:val="0"/>
                <w:color w:val="111111"/>
                <w:sz w:val="14"/>
              </w:rPr>
              <w:t>Choose a success distance.</w:t>
            </w:r>
          </w:p>
          <w:p>
            <w:pPr>
              <w:spacing w:after="0"/>
              <w:ind w:left="230" w:hanging="158"/>
              <w:keepLines/>
              <w:keepNext/>
            </w:pPr>
            <w:r>
              <w:rPr>
                <w:b/>
                <w:i w:val="0"/>
                <w:color w:val="0B5D4B"/>
                <w:sz w:val="14"/>
              </w:rPr>
              <w:t xml:space="preserve">• </w:t>
            </w:r>
            <w:r>
              <w:rPr>
                <w:b w:val="0"/>
                <w:i w:val="0"/>
                <w:color w:val="111111"/>
                <w:sz w:val="14"/>
              </w:rPr>
              <w:t>Rebound safely.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Balls and several close spots</w:t>
            </w:r>
          </w:p>
          <w:p>
            <w:pPr>
              <w:spacing w:after="0"/>
              <w:ind w:left="230" w:hanging="158"/>
              <w:keepLines/>
              <w:keepNext/>
            </w:pPr>
            <w:r>
              <w:rPr>
                <w:b/>
                <w:i w:val="0"/>
                <w:color w:val="0B5D4B"/>
                <w:sz w:val="14"/>
              </w:rPr>
              <w:t xml:space="preserve">• </w:t>
            </w:r>
            <w:r>
              <w:rPr>
                <w:b w:val="0"/>
                <w:i w:val="0"/>
                <w:color w:val="111111"/>
                <w:sz w:val="14"/>
              </w:rPr>
              <w:t>Basket area; small teams</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Lower the shared target.</w:t>
            </w:r>
          </w:p>
          <w:p>
            <w:pPr>
              <w:spacing w:after="0"/>
              <w:ind w:left="230" w:hanging="158"/>
              <w:keepLines/>
              <w:keepNext/>
            </w:pPr>
            <w:r>
              <w:rPr>
                <w:b/>
                <w:i w:val="0"/>
                <w:color w:val="0B5D4B"/>
                <w:sz w:val="14"/>
              </w:rPr>
              <w:t xml:space="preserve">• </w:t>
            </w:r>
            <w:r>
              <w:rPr>
                <w:b w:val="0"/>
                <w:i w:val="0"/>
                <w:color w:val="111111"/>
                <w:sz w:val="14"/>
              </w:rPr>
              <w:t>Count backboard hits as progress.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Use makes from two spots.</w:t>
            </w:r>
          </w:p>
          <w:p>
            <w:pPr>
              <w:spacing w:after="0"/>
              <w:ind w:left="230" w:hanging="158"/>
              <w:keepLines/>
              <w:keepNext/>
            </w:pPr>
            <w:r>
              <w:rPr>
                <w:b/>
                <w:i w:val="0"/>
                <w:color w:val="0B5D4B"/>
                <w:sz w:val="14"/>
              </w:rPr>
              <w:t xml:space="preserve">• </w:t>
            </w:r>
            <w:r>
              <w:rPr>
                <w:b w:val="0"/>
                <w:i w:val="0"/>
                <w:color w:val="111111"/>
                <w:sz w:val="14"/>
              </w:rPr>
              <w:t>Add a pass before the shot.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teams supporting every shooter?</w:t>
            </w:r>
          </w:p>
          <w:p>
            <w:pPr>
              <w:spacing w:after="0"/>
              <w:ind w:left="230" w:hanging="158"/>
              <w:keepLines/>
              <w:keepNext/>
            </w:pPr>
            <w:r>
              <w:rPr>
                <w:b/>
                <w:i w:val="0"/>
                <w:color w:val="0B5D4B"/>
                <w:sz w:val="14"/>
              </w:rPr>
              <w:t xml:space="preserve">• </w:t>
            </w:r>
            <w:r>
              <w:rPr>
                <w:b w:val="0"/>
                <w:i w:val="0"/>
                <w:color w:val="111111"/>
                <w:sz w:val="14"/>
              </w:rPr>
              <w:t>Is the target achievable for the whole group?</w:t>
            </w:r>
          </w:p>
          <w:p>
            <w:pPr>
              <w:spacing w:before="20" w:after="0"/>
              <w:keepLines/>
              <w:keepNext/>
            </w:pPr>
            <w:r>
              <w:rPr>
                <w:b/>
                <w:i w:val="0"/>
                <w:color w:val="F28C28"/>
                <w:sz w:val="14"/>
              </w:rPr>
              <w:t>SAFETY</w:t>
            </w:r>
          </w:p>
          <w:p>
            <w:pPr>
              <w:spacing w:after="0"/>
              <w:keepLines/>
            </w:pPr>
            <w:r>
              <w:rPr>
                <w:sz w:val="14"/>
              </w:rPr>
              <w:t>Keep queues short and use multiple targets where possible.</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Huddle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Gather players in a circle or semicircle where everyone can see and hear the coach.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brief closing question, recognise specific attitude or effort, preview the next session and finish with a team cheer.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Name specific behaviours.</w:t>
            </w:r>
          </w:p>
          <w:p>
            <w:pPr>
              <w:spacing w:after="0"/>
              <w:ind w:left="230" w:hanging="158"/>
              <w:keepLines/>
              <w:keepNext/>
            </w:pPr>
            <w:r>
              <w:rPr>
                <w:b/>
                <w:i w:val="0"/>
                <w:color w:val="0B5D4B"/>
                <w:sz w:val="14"/>
              </w:rPr>
              <w:t xml:space="preserve">• </w:t>
            </w:r>
            <w:r>
              <w:rPr>
                <w:b w:val="0"/>
                <w:i w:val="0"/>
                <w:color w:val="111111"/>
                <w:sz w:val="14"/>
              </w:rPr>
              <w:t>Finish positively.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Small gathering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Ask a question players can answer with one word or a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Invite one or two players to recognise a teammate’s effort or improvement.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has not yet been recognised?</w:t>
            </w:r>
          </w:p>
          <w:p>
            <w:pPr>
              <w:spacing w:after="0"/>
              <w:ind w:left="230" w:hanging="158"/>
              <w:keepLines/>
              <w:keepNext/>
            </w:pPr>
            <w:r>
              <w:rPr>
                <w:b/>
                <w:i w:val="0"/>
                <w:color w:val="0B5D4B"/>
                <w:sz w:val="14"/>
              </w:rPr>
              <w:t xml:space="preserve">• </w:t>
            </w:r>
            <w:r>
              <w:rPr>
                <w:b w:val="0"/>
                <w:i w:val="0"/>
                <w:color w:val="111111"/>
                <w:sz w:val="14"/>
              </w:rPr>
              <w:t>Is the group calm and included?</w:t>
            </w:r>
          </w:p>
          <w:p>
            <w:pPr>
              <w:spacing w:before="20" w:after="0"/>
              <w:keepLines/>
              <w:keepNext/>
            </w:pPr>
            <w:r>
              <w:rPr>
                <w:b/>
                <w:i w:val="0"/>
                <w:color w:val="F28C28"/>
                <w:sz w:val="14"/>
              </w:rPr>
              <w:t>SAFETY</w:t>
            </w:r>
          </w:p>
          <w:p>
            <w:pPr>
              <w:spacing w:after="0"/>
              <w:keepLines/>
            </w:pPr>
            <w:r>
              <w:rPr>
                <w:sz w:val="14"/>
              </w:rPr>
              <w:t>Keep players away from loose balls and equipment while gathered.</w:t>
            </w:r>
          </w:p>
        </w:tc>
      </w:tr>
    </w:tbl>
    <w:p>
      <w:pPr>
        <w:spacing w:after="0"/>
      </w:pPr>
    </w:p>
    <w:p>
      <w:r>
        <w:br w:type="page"/>
      </w:r>
    </w:p>
    <w:tbl>
      <w:tblPr>
        <w:tblW w:type="auto" w:w="0"/>
        <w:tblLayout w:type="fixed"/>
        <w:tblLook w:firstColumn="1" w:firstRow="1" w:lastColumn="0" w:lastRow="0" w:noHBand="0" w:noVBand="1" w:val="04A0"/>
      </w:tblPr>
      <w:tblGrid>
        <w:gridCol w:w="7488"/>
        <w:gridCol w:w="2880"/>
      </w:tblGrid>
      <w:tr>
        <w:tc>
          <w:tcPr>
            <w:tcW w:type="dxa" w:w="5429"/>
            <w:shd w:fill="111111"/>
            <w:tcMar>
              <w:top w:w="105" w:type="dxa"/>
              <w:start w:w="105" w:type="dxa"/>
              <w:bottom w:w="105" w:type="dxa"/>
              <w:end w:w="105" w:type="dxa"/>
            </w:tcMar>
          </w:tcPr>
          <w:p>
            <w:r>
              <w:rPr>
                <w:b/>
                <w:i w:val="0"/>
                <w:color w:val="FFFFFF"/>
                <w:sz w:val="30"/>
              </w:rPr>
              <w:t>CUBS WEEK 10: PROTECT THE BALL</w:t>
            </w:r>
          </w:p>
        </w:tc>
        <w:tc>
          <w:tcPr>
            <w:tcW w:type="dxa" w:w="5429"/>
            <w:shd w:fill="F28C28"/>
            <w:tcMar>
              <w:top w:w="105" w:type="dxa"/>
              <w:start w:w="105" w:type="dxa"/>
              <w:bottom w:w="105" w:type="dxa"/>
              <w:end w:w="105" w:type="dxa"/>
            </w:tcMar>
          </w:tcPr>
          <w:p>
            <w:pPr>
              <w:jc w:val="center"/>
            </w:pPr>
            <w:r>
              <w:rPr>
                <w:b/>
                <w:i w:val="0"/>
                <w:color w:val="FFFFFF"/>
                <w:sz w:val="20"/>
              </w:rPr>
              <w:t>PHASE 2</w:t>
            </w:r>
          </w:p>
        </w:tc>
      </w:tr>
    </w:tbl>
    <w:tbl>
      <w:tblPr>
        <w:tblStyle w:val="TableGrid"/>
        <w:tblW w:type="auto" w:w="0"/>
        <w:tblLook w:firstColumn="1" w:firstRow="1" w:lastColumn="0" w:lastRow="0" w:noHBand="0" w:noVBand="1" w:val="04A0"/>
      </w:tblPr>
      <w:tblGrid>
        <w:gridCol w:w="5429"/>
        <w:gridCol w:w="5429"/>
      </w:tblGrid>
      <w:tr>
        <w:trPr>
          <w:cantSplit/>
        </w:trPr>
        <w:tc>
          <w:tcPr>
            <w:tcW w:type="dxa" w:w="5429"/>
            <w:shd w:fill="F7F8F9"/>
            <w:tcMar>
              <w:top w:w="60" w:type="dxa"/>
              <w:start w:w="75" w:type="dxa"/>
              <w:bottom w:w="60" w:type="dxa"/>
              <w:end w:w="75" w:type="dxa"/>
            </w:tcMar>
          </w:tcPr>
          <w:p>
            <w:pPr>
              <w:keepLines/>
            </w:pPr>
            <w:r>
              <w:rPr>
                <w:b/>
                <w:i w:val="0"/>
                <w:color w:val="0B5D4B"/>
                <w:sz w:val="15"/>
              </w:rPr>
              <w:t>TODAY'S GOAL</w:t>
              <w:br/>
            </w:r>
            <w:r>
              <w:rPr>
                <w:b w:val="0"/>
                <w:i w:val="0"/>
                <w:color w:val="111111"/>
                <w:sz w:val="16"/>
              </w:rPr>
              <w:t>Use the body and direction changes to keep the ball safe.</w:t>
            </w:r>
          </w:p>
        </w:tc>
        <w:tc>
          <w:tcPr>
            <w:tcW w:type="dxa" w:w="5429"/>
            <w:shd w:fill="F7F8F9"/>
            <w:tcMar>
              <w:top w:w="60" w:type="dxa"/>
              <w:start w:w="75" w:type="dxa"/>
              <w:bottom w:w="60" w:type="dxa"/>
              <w:end w:w="75" w:type="dxa"/>
            </w:tcMar>
          </w:tcPr>
          <w:p>
            <w:pPr>
              <w:keepLines/>
            </w:pPr>
            <w:r>
              <w:rPr>
                <w:b/>
                <w:i w:val="0"/>
                <w:color w:val="0B5D4B"/>
                <w:sz w:val="15"/>
              </w:rPr>
              <w:t>BEHAVIOUR TO REINFORCE</w:t>
              <w:br/>
            </w:r>
            <w:r>
              <w:rPr>
                <w:b w:val="0"/>
                <w:i w:val="0"/>
                <w:color w:val="111111"/>
                <w:sz w:val="16"/>
              </w:rPr>
              <w:t>Recover calmly and keep trying.</w:t>
            </w:r>
          </w:p>
        </w:tc>
      </w:tr>
      <w:tr>
        <w:trPr>
          <w:cantSplit/>
        </w:trPr>
        <w:tc>
          <w:tcPr>
            <w:tcW w:type="dxa" w:w="5429"/>
            <w:shd w:fill="F7F8F9"/>
            <w:tcMar>
              <w:top w:w="60" w:type="dxa"/>
              <w:start w:w="75" w:type="dxa"/>
              <w:bottom w:w="60" w:type="dxa"/>
              <w:end w:w="75" w:type="dxa"/>
            </w:tcMar>
          </w:tcPr>
          <w:p>
            <w:pPr>
              <w:keepLines/>
            </w:pPr>
            <w:r>
              <w:rPr>
                <w:b/>
                <w:i w:val="0"/>
                <w:color w:val="0B5D4B"/>
                <w:sz w:val="15"/>
              </w:rPr>
              <w:t>LEARNING OBJECTIVES</w:t>
              <w:br/>
            </w:r>
            <w:r>
              <w:rPr>
                <w:b w:val="0"/>
                <w:i w:val="0"/>
                <w:color w:val="111111"/>
                <w:sz w:val="16"/>
              </w:rPr>
              <w:t>Turn the body to protect; move from light pressure; change direction and recover; respect personal space.</w:t>
            </w:r>
          </w:p>
        </w:tc>
        <w:tc>
          <w:tcPr>
            <w:tcW w:type="dxa" w:w="5429"/>
            <w:shd w:fill="F7F8F9"/>
            <w:tcMar>
              <w:top w:w="60" w:type="dxa"/>
              <w:start w:w="75" w:type="dxa"/>
              <w:bottom w:w="60" w:type="dxa"/>
              <w:end w:w="75" w:type="dxa"/>
            </w:tcMar>
          </w:tcPr>
          <w:p>
            <w:pPr>
              <w:keepLines/>
            </w:pPr>
            <w:r>
              <w:rPr>
                <w:b/>
                <w:i w:val="0"/>
                <w:color w:val="0B5D4B"/>
                <w:sz w:val="15"/>
              </w:rPr>
              <w:t>SESSION</w:t>
              <w:br/>
            </w:r>
            <w:r>
              <w:rPr>
                <w:b w:val="0"/>
                <w:i w:val="0"/>
                <w:color w:val="111111"/>
                <w:sz w:val="16"/>
              </w:rPr>
              <w:t>50 active minutes, from :05 to :55</w:t>
            </w:r>
          </w:p>
        </w:tc>
      </w:tr>
    </w:tbl>
    <w:p>
      <w:pPr>
        <w:spacing w:after="0"/>
      </w:pPr>
    </w:p>
    <w:tbl>
      <w:tblPr>
        <w:tblStyle w:val="TableGrid"/>
        <w:tblW w:type="auto" w:w="0"/>
        <w:tblLook w:firstColumn="1" w:firstRow="1" w:lastColumn="0" w:lastRow="0" w:noHBand="0" w:noVBand="1" w:val="04A0"/>
      </w:tblPr>
      <w:tblGrid>
        <w:gridCol w:w="2714"/>
        <w:gridCol w:w="2714"/>
        <w:gridCol w:w="2714"/>
        <w:gridCol w:w="2714"/>
      </w:tblGrid>
      <w:tr>
        <w:trPr>
          <w:tblHeader w:val="true"/>
          <w:cantSplit/>
        </w:trPr>
        <w:tc>
          <w:tcPr>
            <w:tcW w:type="dxa" w:w="1123"/>
            <w:shd w:fill="0B5D4B"/>
            <w:tcMar>
              <w:top w:w="50" w:type="dxa"/>
              <w:start w:w="50" w:type="dxa"/>
              <w:bottom w:w="50" w:type="dxa"/>
              <w:end w:w="50" w:type="dxa"/>
            </w:tcMar>
          </w:tcPr>
          <w:p>
            <w:pPr>
              <w:jc w:val="center"/>
            </w:pPr>
            <w:r>
              <w:rPr>
                <w:b/>
                <w:i w:val="0"/>
                <w:color w:val="FFFFFF"/>
                <w:sz w:val="14"/>
              </w:rPr>
              <w:t>Time</w:t>
            </w:r>
          </w:p>
        </w:tc>
        <w:tc>
          <w:tcPr>
            <w:tcW w:type="dxa" w:w="2477"/>
            <w:shd w:fill="0B5D4B"/>
            <w:tcMar>
              <w:top w:w="50" w:type="dxa"/>
              <w:start w:w="50" w:type="dxa"/>
              <w:bottom w:w="50" w:type="dxa"/>
              <w:end w:w="50" w:type="dxa"/>
            </w:tcMar>
          </w:tcPr>
          <w:p>
            <w:pPr>
              <w:jc w:val="center"/>
            </w:pPr>
            <w:r>
              <w:rPr>
                <w:b/>
                <w:i w:val="0"/>
                <w:color w:val="FFFFFF"/>
                <w:sz w:val="14"/>
              </w:rPr>
              <w:t>Activity</w:t>
            </w:r>
          </w:p>
        </w:tc>
        <w:tc>
          <w:tcPr>
            <w:tcW w:type="dxa" w:w="4104"/>
            <w:shd w:fill="0B5D4B"/>
            <w:tcMar>
              <w:top w:w="50" w:type="dxa"/>
              <w:start w:w="50" w:type="dxa"/>
              <w:bottom w:w="50" w:type="dxa"/>
              <w:end w:w="50" w:type="dxa"/>
            </w:tcMar>
          </w:tcPr>
          <w:p>
            <w:pPr>
              <w:jc w:val="center"/>
            </w:pPr>
            <w:r>
              <w:rPr>
                <w:b/>
                <w:i w:val="0"/>
                <w:color w:val="FFFFFF"/>
                <w:sz w:val="14"/>
              </w:rPr>
              <w:t>What players do</w:t>
            </w:r>
          </w:p>
        </w:tc>
        <w:tc>
          <w:tcPr>
            <w:tcW w:type="dxa" w:w="2563"/>
            <w:shd w:fill="0B5D4B"/>
            <w:tcMar>
              <w:top w:w="50" w:type="dxa"/>
              <w:start w:w="50" w:type="dxa"/>
              <w:bottom w:w="50" w:type="dxa"/>
              <w:end w:w="50" w:type="dxa"/>
            </w:tcMar>
          </w:tcPr>
          <w:p>
            <w:pPr>
              <w:jc w:val="center"/>
            </w:pPr>
            <w:r>
              <w:rPr>
                <w:b/>
                <w:i w:val="0"/>
                <w:color w:val="FFFFFF"/>
                <w:sz w:val="14"/>
              </w:rPr>
              <w:t>Coach focus</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5 min</w:t>
              <w:br/>
              <w:t>:05-:10</w:t>
            </w:r>
          </w:p>
        </w:tc>
        <w:tc>
          <w:tcPr>
            <w:tcW w:type="dxa" w:w="2477"/>
            <w:vAlign w:val="center"/>
            <w:tcMar>
              <w:top w:w="42" w:type="dxa"/>
              <w:start w:w="50" w:type="dxa"/>
              <w:bottom w:w="42" w:type="dxa"/>
              <w:end w:w="50" w:type="dxa"/>
            </w:tcMar>
            <w:shd w:fill="E9ECEF"/>
          </w:tcPr>
          <w:p>
            <w:pPr>
              <w:keepLines/>
            </w:pPr>
            <w:r>
              <w:rPr>
                <w:b/>
                <w:i w:val="0"/>
                <w:color w:val="111111"/>
                <w:sz w:val="14"/>
              </w:rPr>
              <w:t>Protect Your Treasure</w:t>
            </w:r>
          </w:p>
        </w:tc>
        <w:tc>
          <w:tcPr>
            <w:tcW w:type="dxa" w:w="4104"/>
            <w:vAlign w:val="center"/>
            <w:tcMar>
              <w:top w:w="42" w:type="dxa"/>
              <w:start w:w="50" w:type="dxa"/>
              <w:bottom w:w="42" w:type="dxa"/>
              <w:end w:w="50" w:type="dxa"/>
            </w:tcMar>
          </w:tcPr>
          <w:p>
            <w:pPr>
              <w:keepLines/>
            </w:pPr>
            <w:r>
              <w:rPr>
                <w:b w:val="0"/>
                <w:i w:val="0"/>
                <w:color w:val="111111"/>
                <w:sz w:val="14"/>
              </w:rPr>
              <w:t>Carry ball and turn body away from coach’s pointing hand.</w:t>
            </w:r>
          </w:p>
        </w:tc>
        <w:tc>
          <w:tcPr>
            <w:tcW w:type="dxa" w:w="2563"/>
            <w:vAlign w:val="center"/>
            <w:tcMar>
              <w:top w:w="42" w:type="dxa"/>
              <w:start w:w="50" w:type="dxa"/>
              <w:bottom w:w="42" w:type="dxa"/>
              <w:end w:w="50" w:type="dxa"/>
            </w:tcMar>
          </w:tcPr>
          <w:p>
            <w:pPr>
              <w:keepLines/>
            </w:pPr>
            <w:r>
              <w:rPr>
                <w:b w:val="0"/>
                <w:i w:val="0"/>
                <w:color w:val="111111"/>
                <w:sz w:val="14"/>
              </w:rPr>
              <w:t>Ball on safe side.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8 min</w:t>
              <w:br/>
              <w:t>:10-:18</w:t>
            </w:r>
          </w:p>
        </w:tc>
        <w:tc>
          <w:tcPr>
            <w:tcW w:type="dxa" w:w="2477"/>
            <w:vAlign w:val="center"/>
            <w:tcMar>
              <w:top w:w="42" w:type="dxa"/>
              <w:start w:w="50" w:type="dxa"/>
              <w:bottom w:w="42" w:type="dxa"/>
              <w:end w:w="50" w:type="dxa"/>
            </w:tcMar>
            <w:shd w:fill="E9ECEF"/>
          </w:tcPr>
          <w:p>
            <w:pPr>
              <w:keepLines/>
            </w:pPr>
            <w:r>
              <w:rPr>
                <w:b/>
                <w:i w:val="0"/>
                <w:color w:val="111111"/>
                <w:sz w:val="14"/>
              </w:rPr>
              <w:t>Shadow Dribble</w:t>
            </w:r>
          </w:p>
        </w:tc>
        <w:tc>
          <w:tcPr>
            <w:tcW w:type="dxa" w:w="4104"/>
            <w:vAlign w:val="center"/>
            <w:tcMar>
              <w:top w:w="42" w:type="dxa"/>
              <w:start w:w="50" w:type="dxa"/>
              <w:bottom w:w="42" w:type="dxa"/>
              <w:end w:w="50" w:type="dxa"/>
            </w:tcMar>
          </w:tcPr>
          <w:p>
            <w:pPr>
              <w:keepLines/>
            </w:pPr>
            <w:r>
              <w:rPr>
                <w:b w:val="0"/>
                <w:i w:val="0"/>
                <w:color w:val="111111"/>
                <w:sz w:val="14"/>
              </w:rPr>
              <w:t>Stationary dribble while partner shadows without stealing.</w:t>
            </w:r>
          </w:p>
        </w:tc>
        <w:tc>
          <w:tcPr>
            <w:tcW w:type="dxa" w:w="2563"/>
            <w:vAlign w:val="center"/>
            <w:tcMar>
              <w:top w:w="42" w:type="dxa"/>
              <w:start w:w="50" w:type="dxa"/>
              <w:bottom w:w="42" w:type="dxa"/>
              <w:end w:w="50" w:type="dxa"/>
            </w:tcMar>
          </w:tcPr>
          <w:p>
            <w:pPr>
              <w:keepLines/>
            </w:pPr>
            <w:r>
              <w:rPr>
                <w:b w:val="0"/>
                <w:i w:val="0"/>
                <w:color w:val="111111"/>
                <w:sz w:val="14"/>
              </w:rPr>
              <w:t>Light pressure; safe distance.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10 min</w:t>
              <w:br/>
              <w:t>:18-:28</w:t>
            </w:r>
          </w:p>
        </w:tc>
        <w:tc>
          <w:tcPr>
            <w:tcW w:type="dxa" w:w="2477"/>
            <w:vAlign w:val="center"/>
            <w:tcMar>
              <w:top w:w="42" w:type="dxa"/>
              <w:start w:w="50" w:type="dxa"/>
              <w:bottom w:w="42" w:type="dxa"/>
              <w:end w:w="50" w:type="dxa"/>
            </w:tcMar>
            <w:shd w:fill="E9ECEF"/>
          </w:tcPr>
          <w:p>
            <w:pPr>
              <w:keepLines/>
            </w:pPr>
            <w:r>
              <w:rPr>
                <w:b/>
                <w:i w:val="0"/>
                <w:color w:val="111111"/>
                <w:sz w:val="14"/>
              </w:rPr>
              <w:t>Protect Your Treasure</w:t>
            </w:r>
          </w:p>
        </w:tc>
        <w:tc>
          <w:tcPr>
            <w:tcW w:type="dxa" w:w="4104"/>
            <w:vAlign w:val="center"/>
            <w:tcMar>
              <w:top w:w="42" w:type="dxa"/>
              <w:start w:w="50" w:type="dxa"/>
              <w:bottom w:w="42" w:type="dxa"/>
              <w:end w:w="50" w:type="dxa"/>
            </w:tcMar>
          </w:tcPr>
          <w:p>
            <w:pPr>
              <w:keepLines/>
            </w:pPr>
            <w:r>
              <w:rPr>
                <w:b w:val="0"/>
                <w:i w:val="0"/>
                <w:color w:val="111111"/>
                <w:sz w:val="14"/>
              </w:rPr>
              <w:t>Dribble to cone, turn body and escape to another cone.</w:t>
            </w:r>
          </w:p>
        </w:tc>
        <w:tc>
          <w:tcPr>
            <w:tcW w:type="dxa" w:w="2563"/>
            <w:vAlign w:val="center"/>
            <w:tcMar>
              <w:top w:w="42" w:type="dxa"/>
              <w:start w:w="50" w:type="dxa"/>
              <w:bottom w:w="42" w:type="dxa"/>
              <w:end w:w="50" w:type="dxa"/>
            </w:tcMar>
          </w:tcPr>
          <w:p>
            <w:pPr>
              <w:keepLines/>
            </w:pPr>
            <w:r>
              <w:rPr>
                <w:b w:val="0"/>
                <w:i w:val="0"/>
                <w:color w:val="111111"/>
                <w:sz w:val="14"/>
              </w:rPr>
              <w:t>Use body between ball and pressure.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17 min</w:t>
              <w:br/>
              <w:t>:28-:45</w:t>
            </w:r>
          </w:p>
        </w:tc>
        <w:tc>
          <w:tcPr>
            <w:tcW w:type="dxa" w:w="2477"/>
            <w:vAlign w:val="center"/>
            <w:tcMar>
              <w:top w:w="42" w:type="dxa"/>
              <w:start w:w="50" w:type="dxa"/>
              <w:bottom w:w="42" w:type="dxa"/>
              <w:end w:w="50" w:type="dxa"/>
            </w:tcMar>
            <w:shd w:fill="E9ECEF"/>
          </w:tcPr>
          <w:p>
            <w:pPr>
              <w:keepLines/>
            </w:pPr>
            <w:r>
              <w:rPr>
                <w:b/>
                <w:i w:val="0"/>
                <w:color w:val="111111"/>
                <w:sz w:val="14"/>
              </w:rPr>
              <w:t>Protect Your Treasure</w:t>
            </w:r>
          </w:p>
        </w:tc>
        <w:tc>
          <w:tcPr>
            <w:tcW w:type="dxa" w:w="4104"/>
            <w:vAlign w:val="center"/>
            <w:tcMar>
              <w:top w:w="42" w:type="dxa"/>
              <w:start w:w="50" w:type="dxa"/>
              <w:bottom w:w="42" w:type="dxa"/>
              <w:end w:w="50" w:type="dxa"/>
            </w:tcMar>
          </w:tcPr>
          <w:p>
            <w:pPr>
              <w:keepLines/>
            </w:pPr>
            <w:r>
              <w:rPr>
                <w:b w:val="0"/>
                <w:i w:val="0"/>
                <w:color w:val="111111"/>
                <w:sz w:val="14"/>
              </w:rPr>
              <w:t>In marked boxes, dribble while a shadow defender follows; switch roles often.</w:t>
            </w:r>
          </w:p>
        </w:tc>
        <w:tc>
          <w:tcPr>
            <w:tcW w:type="dxa" w:w="2563"/>
            <w:vAlign w:val="center"/>
            <w:tcMar>
              <w:top w:w="42" w:type="dxa"/>
              <w:start w:w="50" w:type="dxa"/>
              <w:bottom w:w="42" w:type="dxa"/>
              <w:end w:w="50" w:type="dxa"/>
            </w:tcMar>
          </w:tcPr>
          <w:p>
            <w:pPr>
              <w:keepLines/>
            </w:pPr>
            <w:r>
              <w:rPr>
                <w:b w:val="0"/>
                <w:i w:val="0"/>
                <w:color w:val="111111"/>
                <w:sz w:val="14"/>
              </w:rPr>
              <w:t>No grabbing; recover and continue.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7 min</w:t>
              <w:br/>
              <w:t>:45-:52</w:t>
            </w:r>
          </w:p>
        </w:tc>
        <w:tc>
          <w:tcPr>
            <w:tcW w:type="dxa" w:w="2477"/>
            <w:vAlign w:val="center"/>
            <w:tcMar>
              <w:top w:w="42" w:type="dxa"/>
              <w:start w:w="50" w:type="dxa"/>
              <w:bottom w:w="42" w:type="dxa"/>
              <w:end w:w="50" w:type="dxa"/>
            </w:tcMar>
            <w:shd w:fill="E9ECEF"/>
          </w:tcPr>
          <w:p>
            <w:pPr>
              <w:keepLines/>
            </w:pPr>
            <w:r>
              <w:rPr>
                <w:b/>
                <w:i w:val="0"/>
                <w:color w:val="111111"/>
                <w:sz w:val="14"/>
              </w:rPr>
              <w:t>Safe Island Escape</w:t>
            </w:r>
          </w:p>
        </w:tc>
        <w:tc>
          <w:tcPr>
            <w:tcW w:type="dxa" w:w="4104"/>
            <w:vAlign w:val="center"/>
            <w:tcMar>
              <w:top w:w="42" w:type="dxa"/>
              <w:start w:w="50" w:type="dxa"/>
              <w:bottom w:w="42" w:type="dxa"/>
              <w:end w:w="50" w:type="dxa"/>
            </w:tcMar>
          </w:tcPr>
          <w:p>
            <w:pPr>
              <w:keepLines/>
            </w:pPr>
            <w:r>
              <w:rPr>
                <w:b w:val="0"/>
                <w:i w:val="0"/>
                <w:color w:val="111111"/>
                <w:sz w:val="14"/>
              </w:rPr>
              <w:t>Cross to an island while coaches provide gentle pressure.</w:t>
            </w:r>
          </w:p>
        </w:tc>
        <w:tc>
          <w:tcPr>
            <w:tcW w:type="dxa" w:w="2563"/>
            <w:vAlign w:val="center"/>
            <w:tcMar>
              <w:top w:w="42" w:type="dxa"/>
              <w:start w:w="50" w:type="dxa"/>
              <w:bottom w:w="42" w:type="dxa"/>
              <w:end w:w="50" w:type="dxa"/>
            </w:tcMar>
          </w:tcPr>
          <w:p>
            <w:pPr>
              <w:keepLines/>
            </w:pPr>
            <w:r>
              <w:rPr>
                <w:b w:val="0"/>
                <w:i w:val="0"/>
                <w:color w:val="111111"/>
                <w:sz w:val="14"/>
              </w:rPr>
              <w:t>Change direction, protect, smile.</w:t>
            </w:r>
          </w:p>
        </w:tc>
      </w:tr>
      <w:tr>
        <w:trPr>
          <w:cantSplit/>
        </w:trPr>
        <w:tc>
          <w:tcPr>
            <w:tcW w:type="dxa" w:w="1123"/>
            <w:vAlign w:val="center"/>
            <w:tcMar>
              <w:top w:w="42" w:type="dxa"/>
              <w:start w:w="50" w:type="dxa"/>
              <w:bottom w:w="42" w:type="dxa"/>
              <w:end w:w="50" w:type="dxa"/>
            </w:tcMar>
          </w:tcPr>
          <w:p>
            <w:pPr>
              <w:keepLines/>
            </w:pPr>
            <w:r>
              <w:rPr>
                <w:b w:val="0"/>
                <w:i w:val="0"/>
                <w:color w:val="111111"/>
                <w:sz w:val="14"/>
              </w:rPr>
              <w:t>3 min</w:t>
              <w:br/>
              <w:t>:52-:55</w:t>
            </w:r>
          </w:p>
        </w:tc>
        <w:tc>
          <w:tcPr>
            <w:tcW w:type="dxa" w:w="2477"/>
            <w:vAlign w:val="center"/>
            <w:tcMar>
              <w:top w:w="42" w:type="dxa"/>
              <w:start w:w="50" w:type="dxa"/>
              <w:bottom w:w="42" w:type="dxa"/>
              <w:end w:w="50" w:type="dxa"/>
            </w:tcMar>
            <w:shd w:fill="E9ECEF"/>
          </w:tcPr>
          <w:p>
            <w:pPr>
              <w:keepLines/>
            </w:pPr>
            <w:r>
              <w:rPr>
                <w:b/>
                <w:i w:val="0"/>
                <w:color w:val="111111"/>
                <w:sz w:val="14"/>
              </w:rPr>
              <w:t>Huddle</w:t>
            </w:r>
          </w:p>
        </w:tc>
        <w:tc>
          <w:tcPr>
            <w:tcW w:type="dxa" w:w="4104"/>
            <w:vAlign w:val="center"/>
            <w:tcMar>
              <w:top w:w="42" w:type="dxa"/>
              <w:start w:w="50" w:type="dxa"/>
              <w:bottom w:w="42" w:type="dxa"/>
              <w:end w:w="50" w:type="dxa"/>
            </w:tcMar>
          </w:tcPr>
          <w:p>
            <w:pPr>
              <w:keepLines/>
            </w:pPr>
            <w:r>
              <w:rPr>
                <w:b w:val="0"/>
                <w:i w:val="0"/>
                <w:color w:val="111111"/>
                <w:sz w:val="14"/>
              </w:rPr>
              <w:t>Recognise calm recovery.</w:t>
            </w:r>
          </w:p>
        </w:tc>
        <w:tc>
          <w:tcPr>
            <w:tcW w:type="dxa" w:w="2563"/>
            <w:vAlign w:val="center"/>
            <w:tcMar>
              <w:top w:w="42" w:type="dxa"/>
              <w:start w:w="50" w:type="dxa"/>
              <w:bottom w:w="42" w:type="dxa"/>
              <w:end w:w="50" w:type="dxa"/>
            </w:tcMar>
          </w:tcPr>
          <w:p>
            <w:pPr>
              <w:keepLines/>
            </w:pPr>
            <w:r>
              <w:rPr>
                <w:b w:val="0"/>
                <w:i w:val="0"/>
                <w:color w:val="111111"/>
                <w:sz w:val="14"/>
              </w:rPr>
              <w:t>How can your body help?</w:t>
            </w:r>
          </w:p>
        </w:tc>
      </w:tr>
    </w:tbl>
    <w:p>
      <w:pPr>
        <w:spacing w:after="0"/>
      </w:pPr>
    </w:p>
    <w:tbl>
      <w:tblPr>
        <w:tblStyle w:val="TableGrid"/>
        <w:tblW w:type="auto" w:w="0"/>
        <w:tblLook w:firstColumn="1" w:firstRow="1" w:lastColumn="0" w:lastRow="0" w:noHBand="0" w:noVBand="1" w:val="04A0"/>
      </w:tblPr>
      <w:tblGrid>
        <w:gridCol w:w="5429"/>
        <w:gridCol w:w="5429"/>
      </w:tblGrid>
      <w:tr>
        <w:trPr>
          <w:cantSplit/>
        </w:trPr>
        <w:tc>
          <w:tcPr>
            <w:tcW w:type="dxa" w:w="5429"/>
            <w:shd w:fill="E9ECEF"/>
            <w:tcMar>
              <w:top w:w="55" w:type="dxa"/>
              <w:start w:w="70" w:type="dxa"/>
              <w:bottom w:w="55" w:type="dxa"/>
              <w:end w:w="70" w:type="dxa"/>
            </w:tcMar>
          </w:tcPr>
          <w:p>
            <w:pPr>
              <w:keepLines/>
            </w:pPr>
            <w:r>
              <w:rPr>
                <w:b/>
                <w:i w:val="0"/>
                <w:color w:val="0B5D4B"/>
                <w:sz w:val="15"/>
              </w:rPr>
              <w:t>COACH'S EYES</w:t>
              <w:br/>
            </w:r>
            <w:r>
              <w:rPr>
                <w:b w:val="0"/>
                <w:i w:val="0"/>
                <w:color w:val="111111"/>
                <w:sz w:val="15"/>
              </w:rPr>
              <w:t>Are players using their body rather than pushing?</w:t>
              <w:br/>
              <w:t>Can they turn away and recover calmly?</w:t>
            </w:r>
          </w:p>
        </w:tc>
        <w:tc>
          <w:tcPr>
            <w:tcW w:type="dxa" w:w="5429"/>
            <w:shd w:fill="E9ECEF"/>
            <w:tcMar>
              <w:top w:w="55" w:type="dxa"/>
              <w:start w:w="70" w:type="dxa"/>
              <w:bottom w:w="55" w:type="dxa"/>
              <w:end w:w="70" w:type="dxa"/>
            </w:tcMar>
          </w:tcPr>
          <w:p>
            <w:pPr>
              <w:keepLines/>
            </w:pPr>
            <w:r>
              <w:rPr>
                <w:b/>
                <w:i w:val="0"/>
                <w:color w:val="0B5D4B"/>
                <w:sz w:val="15"/>
              </w:rPr>
              <w:t>ADJUST THE CHALLENGE</w:t>
              <w:br/>
            </w:r>
            <w:r>
              <w:rPr>
                <w:b w:val="0"/>
                <w:i w:val="0"/>
                <w:color w:val="111111"/>
                <w:sz w:val="15"/>
              </w:rPr>
              <w:t>Easier: Use shadow pressure with no attempts to steal.</w:t>
              <w:br/>
              <w:t>Harder: Add a live but gentle defender for short turns.</w:t>
            </w:r>
          </w:p>
        </w:tc>
      </w:tr>
      <w:tr>
        <w:trPr>
          <w:cantSplit/>
        </w:trPr>
        <w:tc>
          <w:tcPr>
            <w:tcW w:type="dxa" w:w="5429"/>
            <w:shd w:fill="E9ECEF"/>
            <w:tcMar>
              <w:top w:w="55" w:type="dxa"/>
              <w:start w:w="70" w:type="dxa"/>
              <w:bottom w:w="55" w:type="dxa"/>
              <w:end w:w="70" w:type="dxa"/>
            </w:tcMar>
          </w:tcPr>
          <w:p>
            <w:pPr>
              <w:keepLines/>
            </w:pPr>
            <w:r>
              <w:rPr>
                <w:b/>
                <w:i w:val="0"/>
                <w:color w:val="0B5D4B"/>
                <w:sz w:val="15"/>
              </w:rPr>
              <w:t>COURT LANGUAGE / RULE</w:t>
              <w:br/>
            </w:r>
            <w:r>
              <w:rPr>
                <w:b w:val="0"/>
                <w:i w:val="0"/>
                <w:color w:val="111111"/>
                <w:sz w:val="15"/>
              </w:rPr>
              <w:t>Protect personal space; no grabbing or reaching across.</w:t>
            </w:r>
          </w:p>
        </w:tc>
        <w:tc>
          <w:tcPr>
            <w:tcW w:type="dxa" w:w="5429"/>
            <w:shd w:fill="FFF3E6"/>
            <w:tcMar>
              <w:top w:w="55" w:type="dxa"/>
              <w:start w:w="70" w:type="dxa"/>
              <w:bottom w:w="55" w:type="dxa"/>
              <w:end w:w="70" w:type="dxa"/>
            </w:tcMar>
          </w:tcPr>
          <w:p>
            <w:pPr>
              <w:keepLines/>
            </w:pPr>
            <w:r>
              <w:rPr>
                <w:b/>
                <w:i w:val="0"/>
                <w:color w:val="F28C28"/>
                <w:sz w:val="15"/>
              </w:rPr>
              <w:t>CLOSING QUESTION</w:t>
              <w:br/>
            </w:r>
            <w:r>
              <w:rPr>
                <w:b w:val="0"/>
                <w:i w:val="0"/>
                <w:color w:val="111111"/>
                <w:sz w:val="15"/>
              </w:rPr>
              <w:t>How did you protect the ball?</w:t>
            </w:r>
          </w:p>
        </w:tc>
      </w:tr>
    </w:tbl>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1. Protect Your Treasure</w:t>
            </w:r>
          </w:p>
        </w:tc>
        <w:tc>
          <w:tcPr>
            <w:tcW w:type="dxa" w:w="5429"/>
            <w:shd w:fill="F28C28"/>
            <w:tcMar>
              <w:top w:w="62" w:type="dxa"/>
              <w:start w:w="82" w:type="dxa"/>
              <w:bottom w:w="62" w:type="dxa"/>
              <w:end w:w="82" w:type="dxa"/>
            </w:tcMar>
          </w:tcPr>
          <w:p>
            <w:pPr>
              <w:jc w:val="center"/>
              <w:keepLines/>
              <w:keepNext/>
            </w:pPr>
            <w:r>
              <w:rPr>
                <w:b/>
                <w:i w:val="0"/>
                <w:color w:val="FFFFFF"/>
                <w:sz w:val="15"/>
              </w:rPr>
              <w:t>5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Each player has a ball as their treasure. Begin with no defenders or with a coach providing passive pressure.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turn their body to keep the ball away from a nearby “pirate.” The pirate may point or gently reach toward the ball but should not wrestle for it.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Body between defender and ball.</w:t>
            </w:r>
          </w:p>
          <w:p>
            <w:pPr>
              <w:spacing w:after="0"/>
              <w:ind w:left="230" w:hanging="158"/>
              <w:keepLines/>
              <w:keepNext/>
            </w:pPr>
            <w:r>
              <w:rPr>
                <w:b/>
                <w:i w:val="0"/>
                <w:color w:val="0B5D4B"/>
                <w:sz w:val="14"/>
              </w:rPr>
              <w:t xml:space="preserve">• </w:t>
            </w:r>
            <w:r>
              <w:rPr>
                <w:b w:val="0"/>
                <w:i w:val="0"/>
                <w:color w:val="111111"/>
                <w:sz w:val="14"/>
              </w:rPr>
              <w:t>Turn into open space.</w:t>
            </w:r>
          </w:p>
          <w:p>
            <w:pPr>
              <w:spacing w:after="0"/>
              <w:ind w:left="230" w:hanging="158"/>
              <w:keepLines/>
              <w:keepNext/>
            </w:pPr>
            <w:r>
              <w:rPr>
                <w:b/>
                <w:i w:val="0"/>
                <w:color w:val="0B5D4B"/>
                <w:sz w:val="14"/>
              </w:rPr>
              <w:t xml:space="preserve">• </w:t>
            </w:r>
            <w:r>
              <w:rPr>
                <w:b w:val="0"/>
                <w:i w:val="0"/>
                <w:color w:val="111111"/>
                <w:sz w:val="14"/>
              </w:rPr>
              <w:t>Stay strong without pushing.</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player where available; Bibs; Soft objects or beanbags</w:t>
            </w:r>
          </w:p>
          <w:p>
            <w:pPr>
              <w:spacing w:after="0"/>
              <w:ind w:left="230" w:hanging="158"/>
              <w:keepLines/>
              <w:keepNext/>
            </w:pPr>
            <w:r>
              <w:rPr>
                <w:b/>
                <w:i w:val="0"/>
                <w:color w:val="0B5D4B"/>
                <w:sz w:val="14"/>
              </w:rPr>
              <w:t xml:space="preserve">• </w:t>
            </w:r>
            <w:r>
              <w:rPr>
                <w:b w:val="0"/>
                <w:i w:val="0"/>
                <w:color w:val="111111"/>
                <w:sz w:val="14"/>
              </w:rPr>
              <w:t>Marked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shadow defenders who cannot touch the ball.</w:t>
            </w:r>
          </w:p>
          <w:p>
            <w:pPr>
              <w:spacing w:after="0"/>
              <w:ind w:left="230" w:hanging="158"/>
              <w:keepLines/>
              <w:keepNext/>
            </w:pPr>
            <w:r>
              <w:rPr>
                <w:b/>
                <w:i w:val="0"/>
                <w:color w:val="0B5D4B"/>
                <w:sz w:val="14"/>
              </w:rPr>
              <w:t xml:space="preserve">• </w:t>
            </w:r>
            <w:r>
              <w:rPr>
                <w:b w:val="0"/>
                <w:i w:val="0"/>
                <w:color w:val="111111"/>
                <w:sz w:val="14"/>
              </w:rPr>
              <w:t>Players hold rather than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Allow light controlled steals.</w:t>
            </w:r>
          </w:p>
          <w:p>
            <w:pPr>
              <w:spacing w:after="0"/>
              <w:ind w:left="230" w:hanging="158"/>
              <w:keepLines/>
              <w:keepNext/>
            </w:pPr>
            <w:r>
              <w:rPr>
                <w:b/>
                <w:i w:val="0"/>
                <w:color w:val="0B5D4B"/>
                <w:sz w:val="14"/>
              </w:rPr>
              <w:t xml:space="preserve">• </w:t>
            </w:r>
            <w:r>
              <w:rPr>
                <w:b w:val="0"/>
                <w:i w:val="0"/>
                <w:color w:val="111111"/>
                <w:sz w:val="14"/>
              </w:rPr>
              <w:t>Add a dribble while protecting.</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children using their body rather than arms to push?</w:t>
            </w:r>
          </w:p>
          <w:p>
            <w:pPr>
              <w:spacing w:after="0"/>
              <w:ind w:left="230" w:hanging="158"/>
              <w:keepLines/>
              <w:keepNext/>
            </w:pPr>
            <w:r>
              <w:rPr>
                <w:b/>
                <w:i w:val="0"/>
                <w:color w:val="0B5D4B"/>
                <w:sz w:val="14"/>
              </w:rPr>
              <w:t xml:space="preserve">• </w:t>
            </w:r>
            <w:r>
              <w:rPr>
                <w:b w:val="0"/>
                <w:i w:val="0"/>
                <w:color w:val="111111"/>
                <w:sz w:val="14"/>
              </w:rPr>
              <w:t>Is the pressure appropriate for each player?</w:t>
            </w:r>
          </w:p>
          <w:p>
            <w:pPr>
              <w:spacing w:before="20" w:after="0"/>
              <w:keepLines/>
              <w:keepNext/>
            </w:pPr>
            <w:r>
              <w:rPr>
                <w:b/>
                <w:i w:val="0"/>
                <w:color w:val="F28C28"/>
                <w:sz w:val="14"/>
              </w:rPr>
              <w:t>SAFETY</w:t>
            </w:r>
          </w:p>
          <w:p>
            <w:pPr>
              <w:spacing w:after="0"/>
              <w:keepLines/>
            </w:pPr>
            <w:r>
              <w:rPr>
                <w:sz w:val="14"/>
              </w:rPr>
              <w:t>No grabbing, trapping arms or physical wrestling for the ball.</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2. Shadow Dribble</w:t>
            </w:r>
          </w:p>
        </w:tc>
        <w:tc>
          <w:tcPr>
            <w:tcW w:type="dxa" w:w="5429"/>
            <w:shd w:fill="F28C28"/>
            <w:tcMar>
              <w:top w:w="62" w:type="dxa"/>
              <w:start w:w="82" w:type="dxa"/>
              <w:bottom w:w="62" w:type="dxa"/>
              <w:end w:w="82" w:type="dxa"/>
            </w:tcMar>
          </w:tcPr>
          <w:p>
            <w:pPr>
              <w:jc w:val="center"/>
              <w:keepLines/>
              <w:keepNext/>
            </w:pPr>
            <w:r>
              <w:rPr>
                <w:b/>
                <w:i w:val="0"/>
                <w:color w:val="FFFFFF"/>
                <w:sz w:val="15"/>
              </w:rPr>
              <w:t>8 min | Pairs</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Pairs spread out. One player has a ball and leads; the other shadows at arm’s length.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The attacker dribbles slowly and changes direction. The defender follows using controlled footwork without stealing. Switch after each short round.</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Stay at a safe distance.</w:t>
            </w:r>
          </w:p>
          <w:p>
            <w:pPr>
              <w:spacing w:after="0"/>
              <w:ind w:left="230" w:hanging="158"/>
              <w:keepLines/>
              <w:keepNext/>
            </w:pPr>
            <w:r>
              <w:rPr>
                <w:b/>
                <w:i w:val="0"/>
                <w:color w:val="0B5D4B"/>
                <w:sz w:val="14"/>
              </w:rPr>
              <w:t xml:space="preserve">• </w:t>
            </w:r>
            <w:r>
              <w:rPr>
                <w:b w:val="0"/>
                <w:i w:val="0"/>
                <w:color w:val="111111"/>
                <w:sz w:val="14"/>
              </w:rPr>
              <w:t>Move your feet, not your hands.</w:t>
            </w:r>
          </w:p>
          <w:p>
            <w:pPr>
              <w:spacing w:after="0"/>
              <w:ind w:left="230" w:hanging="158"/>
              <w:keepLines/>
              <w:keepNext/>
            </w:pPr>
            <w:r>
              <w:rPr>
                <w:b/>
                <w:i w:val="0"/>
                <w:color w:val="0B5D4B"/>
                <w:sz w:val="14"/>
              </w:rPr>
              <w:t xml:space="preserve">• </w:t>
            </w:r>
            <w:r>
              <w:rPr>
                <w:b w:val="0"/>
                <w:i w:val="0"/>
                <w:color w:val="111111"/>
                <w:sz w:val="14"/>
              </w:rPr>
              <w:t>Attacker: protect and change direction.</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pair and cones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Attacker walks or carries the ball.</w:t>
            </w:r>
          </w:p>
          <w:p>
            <w:pPr>
              <w:spacing w:after="0"/>
              <w:ind w:left="230" w:hanging="158"/>
              <w:keepLines/>
              <w:keepNext/>
            </w:pPr>
            <w:r>
              <w:rPr>
                <w:b/>
                <w:i w:val="0"/>
                <w:color w:val="0B5D4B"/>
                <w:sz w:val="14"/>
              </w:rPr>
              <w:t xml:space="preserve">• </w:t>
            </w:r>
            <w:r>
              <w:rPr>
                <w:b w:val="0"/>
                <w:i w:val="0"/>
                <w:color w:val="111111"/>
                <w:sz w:val="14"/>
              </w:rPr>
              <w:t>Defender follows two steps behind.</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Add marked turning points.</w:t>
            </w:r>
          </w:p>
          <w:p>
            <w:pPr>
              <w:spacing w:after="0"/>
              <w:ind w:left="230" w:hanging="158"/>
              <w:keepLines/>
              <w:keepNext/>
            </w:pPr>
            <w:r>
              <w:rPr>
                <w:b/>
                <w:i w:val="0"/>
                <w:color w:val="0B5D4B"/>
                <w:sz w:val="14"/>
              </w:rPr>
              <w:t xml:space="preserve">• </w:t>
            </w:r>
            <w:r>
              <w:rPr>
                <w:b w:val="0"/>
                <w:i w:val="0"/>
                <w:color w:val="111111"/>
                <w:sz w:val="14"/>
              </w:rPr>
              <w:t>Allow one gentle ball tap per round.</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Is the defender maintaining space?</w:t>
            </w:r>
          </w:p>
          <w:p>
            <w:pPr>
              <w:spacing w:after="0"/>
              <w:ind w:left="230" w:hanging="158"/>
              <w:keepLines/>
              <w:keepNext/>
            </w:pPr>
            <w:r>
              <w:rPr>
                <w:b/>
                <w:i w:val="0"/>
                <w:color w:val="0B5D4B"/>
                <w:sz w:val="14"/>
              </w:rPr>
              <w:t xml:space="preserve">• </w:t>
            </w:r>
            <w:r>
              <w:rPr>
                <w:b w:val="0"/>
                <w:i w:val="0"/>
                <w:color w:val="111111"/>
                <w:sz w:val="14"/>
              </w:rPr>
              <w:t>Does the attacker stay calm when pressure appears?</w:t>
            </w:r>
          </w:p>
          <w:p>
            <w:pPr>
              <w:spacing w:before="20" w:after="0"/>
              <w:keepLines/>
              <w:keepNext/>
            </w:pPr>
            <w:r>
              <w:rPr>
                <w:b/>
                <w:i w:val="0"/>
                <w:color w:val="F28C28"/>
                <w:sz w:val="14"/>
              </w:rPr>
              <w:t>SAFETY</w:t>
            </w:r>
          </w:p>
          <w:p>
            <w:pPr>
              <w:spacing w:after="0"/>
              <w:keepLines/>
            </w:pPr>
            <w:r>
              <w:rPr>
                <w:sz w:val="14"/>
              </w:rPr>
              <w:t>No lunging or reaching across the attacker. Use separate working areas.</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3. Protect Your Treasure</w:t>
            </w:r>
          </w:p>
        </w:tc>
        <w:tc>
          <w:tcPr>
            <w:tcW w:type="dxa" w:w="5429"/>
            <w:shd w:fill="F28C28"/>
            <w:tcMar>
              <w:top w:w="62" w:type="dxa"/>
              <w:start w:w="82" w:type="dxa"/>
              <w:bottom w:w="62" w:type="dxa"/>
              <w:end w:w="82" w:type="dxa"/>
            </w:tcMar>
          </w:tcPr>
          <w:p>
            <w:pPr>
              <w:jc w:val="center"/>
              <w:keepLines/>
              <w:keepNext/>
            </w:pPr>
            <w:r>
              <w:rPr>
                <w:b/>
                <w:i w:val="0"/>
                <w:color w:val="FFFFFF"/>
                <w:sz w:val="15"/>
              </w:rPr>
              <w:t>10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Each player has a ball as their treasure. Begin with no defenders or with a coach providing passive pressure.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turn their body to keep the ball away from a nearby “pirate.” The pirate may point or gently reach toward the ball but should not wrestle for it.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Body between defender and ball.</w:t>
            </w:r>
          </w:p>
          <w:p>
            <w:pPr>
              <w:spacing w:after="0"/>
              <w:ind w:left="230" w:hanging="158"/>
              <w:keepLines/>
              <w:keepNext/>
            </w:pPr>
            <w:r>
              <w:rPr>
                <w:b/>
                <w:i w:val="0"/>
                <w:color w:val="0B5D4B"/>
                <w:sz w:val="14"/>
              </w:rPr>
              <w:t xml:space="preserve">• </w:t>
            </w:r>
            <w:r>
              <w:rPr>
                <w:b w:val="0"/>
                <w:i w:val="0"/>
                <w:color w:val="111111"/>
                <w:sz w:val="14"/>
              </w:rPr>
              <w:t>Turn into open space.</w:t>
            </w:r>
          </w:p>
          <w:p>
            <w:pPr>
              <w:spacing w:after="0"/>
              <w:ind w:left="230" w:hanging="158"/>
              <w:keepLines/>
              <w:keepNext/>
            </w:pPr>
            <w:r>
              <w:rPr>
                <w:b/>
                <w:i w:val="0"/>
                <w:color w:val="0B5D4B"/>
                <w:sz w:val="14"/>
              </w:rPr>
              <w:t xml:space="preserve">• </w:t>
            </w:r>
            <w:r>
              <w:rPr>
                <w:b w:val="0"/>
                <w:i w:val="0"/>
                <w:color w:val="111111"/>
                <w:sz w:val="14"/>
              </w:rPr>
              <w:t>Stay strong without pushing.</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player where available; Bibs; Soft objects or beanbags</w:t>
            </w:r>
          </w:p>
          <w:p>
            <w:pPr>
              <w:spacing w:after="0"/>
              <w:ind w:left="230" w:hanging="158"/>
              <w:keepLines/>
              <w:keepNext/>
            </w:pPr>
            <w:r>
              <w:rPr>
                <w:b/>
                <w:i w:val="0"/>
                <w:color w:val="0B5D4B"/>
                <w:sz w:val="14"/>
              </w:rPr>
              <w:t xml:space="preserve">• </w:t>
            </w:r>
            <w:r>
              <w:rPr>
                <w:b w:val="0"/>
                <w:i w:val="0"/>
                <w:color w:val="111111"/>
                <w:sz w:val="14"/>
              </w:rPr>
              <w:t>Marked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shadow defenders who cannot touch the ball.</w:t>
            </w:r>
          </w:p>
          <w:p>
            <w:pPr>
              <w:spacing w:after="0"/>
              <w:ind w:left="230" w:hanging="158"/>
              <w:keepLines/>
              <w:keepNext/>
            </w:pPr>
            <w:r>
              <w:rPr>
                <w:b/>
                <w:i w:val="0"/>
                <w:color w:val="0B5D4B"/>
                <w:sz w:val="14"/>
              </w:rPr>
              <w:t xml:space="preserve">• </w:t>
            </w:r>
            <w:r>
              <w:rPr>
                <w:b w:val="0"/>
                <w:i w:val="0"/>
                <w:color w:val="111111"/>
                <w:sz w:val="14"/>
              </w:rPr>
              <w:t>Players hold rather than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Allow light controlled steals.</w:t>
            </w:r>
          </w:p>
          <w:p>
            <w:pPr>
              <w:spacing w:after="0"/>
              <w:ind w:left="230" w:hanging="158"/>
              <w:keepLines/>
              <w:keepNext/>
            </w:pPr>
            <w:r>
              <w:rPr>
                <w:b/>
                <w:i w:val="0"/>
                <w:color w:val="0B5D4B"/>
                <w:sz w:val="14"/>
              </w:rPr>
              <w:t xml:space="preserve">• </w:t>
            </w:r>
            <w:r>
              <w:rPr>
                <w:b w:val="0"/>
                <w:i w:val="0"/>
                <w:color w:val="111111"/>
                <w:sz w:val="14"/>
              </w:rPr>
              <w:t>Add a dribble while protecting.</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children using their body rather than arms to push?</w:t>
            </w:r>
          </w:p>
          <w:p>
            <w:pPr>
              <w:spacing w:after="0"/>
              <w:ind w:left="230" w:hanging="158"/>
              <w:keepLines/>
              <w:keepNext/>
            </w:pPr>
            <w:r>
              <w:rPr>
                <w:b/>
                <w:i w:val="0"/>
                <w:color w:val="0B5D4B"/>
                <w:sz w:val="14"/>
              </w:rPr>
              <w:t xml:space="preserve">• </w:t>
            </w:r>
            <w:r>
              <w:rPr>
                <w:b w:val="0"/>
                <w:i w:val="0"/>
                <w:color w:val="111111"/>
                <w:sz w:val="14"/>
              </w:rPr>
              <w:t>Is the pressure appropriate for each player?</w:t>
            </w:r>
          </w:p>
          <w:p>
            <w:pPr>
              <w:spacing w:before="20" w:after="0"/>
              <w:keepLines/>
              <w:keepNext/>
            </w:pPr>
            <w:r>
              <w:rPr>
                <w:b/>
                <w:i w:val="0"/>
                <w:color w:val="F28C28"/>
                <w:sz w:val="14"/>
              </w:rPr>
              <w:t>SAFETY</w:t>
            </w:r>
          </w:p>
          <w:p>
            <w:pPr>
              <w:spacing w:after="0"/>
              <w:keepLines/>
            </w:pPr>
            <w:r>
              <w:rPr>
                <w:sz w:val="14"/>
              </w:rPr>
              <w:t>No grabbing, trapping arms or physical wrestling for the ball.</w:t>
            </w:r>
          </w:p>
        </w:tc>
      </w:tr>
    </w:tbl>
    <w:p>
      <w:pPr>
        <w:spacing w:after="0"/>
      </w:pPr>
    </w:p>
    <w:p>
      <w:r>
        <w:br w:type="page"/>
      </w: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4. Protect Your Treasure</w:t>
            </w:r>
          </w:p>
        </w:tc>
        <w:tc>
          <w:tcPr>
            <w:tcW w:type="dxa" w:w="5429"/>
            <w:shd w:fill="F28C28"/>
            <w:tcMar>
              <w:top w:w="62" w:type="dxa"/>
              <w:start w:w="82" w:type="dxa"/>
              <w:bottom w:w="62" w:type="dxa"/>
              <w:end w:w="82" w:type="dxa"/>
            </w:tcMar>
          </w:tcPr>
          <w:p>
            <w:pPr>
              <w:jc w:val="center"/>
              <w:keepLines/>
              <w:keepNext/>
            </w:pPr>
            <w:r>
              <w:rPr>
                <w:b/>
                <w:i w:val="0"/>
                <w:color w:val="FFFFFF"/>
                <w:sz w:val="15"/>
              </w:rPr>
              <w:t>17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Each player has a ball as their treasure. Begin with no defenders or with a coach providing passive pressure.</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turn their body to keep the ball away from a nearby “pirate.” The pirate may point or gently reach toward the ball but should not wrestle for it.</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Body between defender and ball.</w:t>
            </w:r>
          </w:p>
          <w:p>
            <w:pPr>
              <w:spacing w:after="0"/>
              <w:ind w:left="230" w:hanging="158"/>
              <w:keepLines/>
              <w:keepNext/>
            </w:pPr>
            <w:r>
              <w:rPr>
                <w:b/>
                <w:i w:val="0"/>
                <w:color w:val="0B5D4B"/>
                <w:sz w:val="14"/>
              </w:rPr>
              <w:t xml:space="preserve">• </w:t>
            </w:r>
            <w:r>
              <w:rPr>
                <w:b w:val="0"/>
                <w:i w:val="0"/>
                <w:color w:val="111111"/>
                <w:sz w:val="14"/>
              </w:rPr>
              <w:t>Turn into open space.</w:t>
            </w:r>
          </w:p>
          <w:p>
            <w:pPr>
              <w:spacing w:after="0"/>
              <w:ind w:left="230" w:hanging="158"/>
              <w:keepLines/>
              <w:keepNext/>
            </w:pPr>
            <w:r>
              <w:rPr>
                <w:b/>
                <w:i w:val="0"/>
                <w:color w:val="0B5D4B"/>
                <w:sz w:val="14"/>
              </w:rPr>
              <w:t xml:space="preserve">• </w:t>
            </w:r>
            <w:r>
              <w:rPr>
                <w:b w:val="0"/>
                <w:i w:val="0"/>
                <w:color w:val="111111"/>
                <w:sz w:val="14"/>
              </w:rPr>
              <w:t>Stay strong without pushing.</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One ball per player where available; Bibs; Soft objects or beanbags</w:t>
            </w:r>
          </w:p>
          <w:p>
            <w:pPr>
              <w:spacing w:after="0"/>
              <w:ind w:left="230" w:hanging="158"/>
              <w:keepLines/>
              <w:keepNext/>
            </w:pPr>
            <w:r>
              <w:rPr>
                <w:b/>
                <w:i w:val="0"/>
                <w:color w:val="0B5D4B"/>
                <w:sz w:val="14"/>
              </w:rPr>
              <w:t xml:space="preserve">• </w:t>
            </w:r>
            <w:r>
              <w:rPr>
                <w:b w:val="0"/>
                <w:i w:val="0"/>
                <w:color w:val="111111"/>
                <w:sz w:val="14"/>
              </w:rPr>
              <w:t>Marked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shadow defenders who cannot touch the ball.</w:t>
            </w:r>
          </w:p>
          <w:p>
            <w:pPr>
              <w:spacing w:after="0"/>
              <w:ind w:left="230" w:hanging="158"/>
              <w:keepLines/>
              <w:keepNext/>
            </w:pPr>
            <w:r>
              <w:rPr>
                <w:b/>
                <w:i w:val="0"/>
                <w:color w:val="0B5D4B"/>
                <w:sz w:val="14"/>
              </w:rPr>
              <w:t xml:space="preserve">• </w:t>
            </w:r>
            <w:r>
              <w:rPr>
                <w:b w:val="0"/>
                <w:i w:val="0"/>
                <w:color w:val="111111"/>
                <w:sz w:val="14"/>
              </w:rPr>
              <w:t>Players hold rather than dribble.</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Allow light controlled steals.</w:t>
            </w:r>
          </w:p>
          <w:p>
            <w:pPr>
              <w:spacing w:after="0"/>
              <w:ind w:left="230" w:hanging="158"/>
              <w:keepLines/>
              <w:keepNext/>
            </w:pPr>
            <w:r>
              <w:rPr>
                <w:b/>
                <w:i w:val="0"/>
                <w:color w:val="0B5D4B"/>
                <w:sz w:val="14"/>
              </w:rPr>
              <w:t xml:space="preserve">• </w:t>
            </w:r>
            <w:r>
              <w:rPr>
                <w:b w:val="0"/>
                <w:i w:val="0"/>
                <w:color w:val="111111"/>
                <w:sz w:val="14"/>
              </w:rPr>
              <w:t>Add a dribble while protecting.</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children using their body rather than arms to push?</w:t>
            </w:r>
          </w:p>
          <w:p>
            <w:pPr>
              <w:spacing w:after="0"/>
              <w:ind w:left="230" w:hanging="158"/>
              <w:keepLines/>
              <w:keepNext/>
            </w:pPr>
            <w:r>
              <w:rPr>
                <w:b/>
                <w:i w:val="0"/>
                <w:color w:val="0B5D4B"/>
                <w:sz w:val="14"/>
              </w:rPr>
              <w:t xml:space="preserve">• </w:t>
            </w:r>
            <w:r>
              <w:rPr>
                <w:b w:val="0"/>
                <w:i w:val="0"/>
                <w:color w:val="111111"/>
                <w:sz w:val="14"/>
              </w:rPr>
              <w:t>Is the pressure appropriate for each player?</w:t>
            </w:r>
          </w:p>
          <w:p>
            <w:pPr>
              <w:spacing w:before="20" w:after="0"/>
              <w:keepLines/>
              <w:keepNext/>
            </w:pPr>
            <w:r>
              <w:rPr>
                <w:b/>
                <w:i w:val="0"/>
                <w:color w:val="F28C28"/>
                <w:sz w:val="14"/>
              </w:rPr>
              <w:t>SAFETY</w:t>
            </w:r>
          </w:p>
          <w:p>
            <w:pPr>
              <w:spacing w:after="0"/>
              <w:keepLines/>
            </w:pPr>
            <w:r>
              <w:rPr>
                <w:sz w:val="14"/>
              </w:rPr>
              <w:t>No grabbing, trapping arms or physical wrestling for the ball.</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5. Safe Island Escape</w:t>
            </w:r>
          </w:p>
        </w:tc>
        <w:tc>
          <w:tcPr>
            <w:tcW w:type="dxa" w:w="5429"/>
            <w:shd w:fill="F28C28"/>
            <w:tcMar>
              <w:top w:w="62" w:type="dxa"/>
              <w:start w:w="82" w:type="dxa"/>
              <w:bottom w:w="62" w:type="dxa"/>
              <w:end w:w="82" w:type="dxa"/>
            </w:tcMar>
          </w:tcPr>
          <w:p>
            <w:pPr>
              <w:jc w:val="center"/>
              <w:keepLines/>
              <w:keepNext/>
            </w:pPr>
            <w:r>
              <w:rPr>
                <w:b/>
                <w:i w:val="0"/>
                <w:color w:val="FFFFFF"/>
                <w:sz w:val="15"/>
              </w:rPr>
              <w:t>7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Create several safe islands. Players start in open space with a ball; coaches or designated shadows move slowly between islands.</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Players travel to a new island while protecting the ball and avoiding light pressure. On an island, they pause, scan and choose the next route.</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Protect the ball.</w:t>
            </w:r>
          </w:p>
          <w:p>
            <w:pPr>
              <w:spacing w:after="0"/>
              <w:ind w:left="230" w:hanging="158"/>
              <w:keepLines/>
              <w:keepNext/>
            </w:pPr>
            <w:r>
              <w:rPr>
                <w:b/>
                <w:i w:val="0"/>
                <w:color w:val="0B5D4B"/>
                <w:sz w:val="14"/>
              </w:rPr>
              <w:t xml:space="preserve">• </w:t>
            </w:r>
            <w:r>
              <w:rPr>
                <w:b w:val="0"/>
                <w:i w:val="0"/>
                <w:color w:val="111111"/>
                <w:sz w:val="14"/>
              </w:rPr>
              <w:t>Change direction when space closes.</w:t>
            </w:r>
          </w:p>
          <w:p>
            <w:pPr>
              <w:spacing w:after="0"/>
              <w:ind w:left="230" w:hanging="158"/>
              <w:keepLines/>
              <w:keepNext/>
            </w:pPr>
            <w:r>
              <w:rPr>
                <w:b/>
                <w:i w:val="0"/>
                <w:color w:val="0B5D4B"/>
                <w:sz w:val="14"/>
              </w:rPr>
              <w:t xml:space="preserve">• </w:t>
            </w:r>
            <w:r>
              <w:rPr>
                <w:b w:val="0"/>
                <w:i w:val="0"/>
                <w:color w:val="111111"/>
                <w:sz w:val="14"/>
              </w:rPr>
              <w:t>Choose a safe island.</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Hoops or spots, balls and cones</w:t>
            </w:r>
          </w:p>
          <w:p>
            <w:pPr>
              <w:spacing w:after="0"/>
              <w:ind w:left="230" w:hanging="158"/>
              <w:keepLines/>
              <w:keepNext/>
            </w:pPr>
            <w:r>
              <w:rPr>
                <w:b/>
                <w:i w:val="0"/>
                <w:color w:val="0B5D4B"/>
                <w:sz w:val="14"/>
              </w:rPr>
              <w:t xml:space="preserve">• </w:t>
            </w:r>
            <w:r>
              <w:rPr>
                <w:b w:val="0"/>
                <w:i w:val="0"/>
                <w:color w:val="111111"/>
                <w:sz w:val="14"/>
              </w:rPr>
              <w:t>Half court</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Use no defenders.</w:t>
            </w:r>
          </w:p>
          <w:p>
            <w:pPr>
              <w:spacing w:after="0"/>
              <w:ind w:left="230" w:hanging="158"/>
              <w:keepLines/>
              <w:keepNext/>
            </w:pPr>
            <w:r>
              <w:rPr>
                <w:b/>
                <w:i w:val="0"/>
                <w:color w:val="0B5D4B"/>
                <w:sz w:val="14"/>
              </w:rPr>
              <w:t xml:space="preserve">• </w:t>
            </w:r>
            <w:r>
              <w:rPr>
                <w:b w:val="0"/>
                <w:i w:val="0"/>
                <w:color w:val="111111"/>
                <w:sz w:val="14"/>
              </w:rPr>
              <w:t>Allow carrying.</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Reduce the number of islands.</w:t>
            </w:r>
          </w:p>
          <w:p>
            <w:pPr>
              <w:spacing w:after="0"/>
              <w:ind w:left="230" w:hanging="158"/>
              <w:keepLines/>
              <w:keepNext/>
            </w:pPr>
            <w:r>
              <w:rPr>
                <w:b/>
                <w:i w:val="0"/>
                <w:color w:val="0B5D4B"/>
                <w:sz w:val="14"/>
              </w:rPr>
              <w:t xml:space="preserve">• </w:t>
            </w:r>
            <w:r>
              <w:rPr>
                <w:b w:val="0"/>
                <w:i w:val="0"/>
                <w:color w:val="111111"/>
                <w:sz w:val="14"/>
              </w:rPr>
              <w:t>Use player defenders with strict no-steal rules.</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Are children scanning before leaving?</w:t>
            </w:r>
          </w:p>
          <w:p>
            <w:pPr>
              <w:spacing w:after="0"/>
              <w:ind w:left="230" w:hanging="158"/>
              <w:keepLines/>
              <w:keepNext/>
            </w:pPr>
            <w:r>
              <w:rPr>
                <w:b/>
                <w:i w:val="0"/>
                <w:color w:val="0B5D4B"/>
                <w:sz w:val="14"/>
              </w:rPr>
              <w:t xml:space="preserve">• </w:t>
            </w:r>
            <w:r>
              <w:rPr>
                <w:b w:val="0"/>
                <w:i w:val="0"/>
                <w:color w:val="111111"/>
                <w:sz w:val="14"/>
              </w:rPr>
              <w:t>Does pressure remain playful and safe?</w:t>
            </w:r>
          </w:p>
          <w:p>
            <w:pPr>
              <w:spacing w:before="20" w:after="0"/>
              <w:keepLines/>
              <w:keepNext/>
            </w:pPr>
            <w:r>
              <w:rPr>
                <w:b/>
                <w:i w:val="0"/>
                <w:color w:val="F28C28"/>
                <w:sz w:val="14"/>
              </w:rPr>
              <w:t>SAFETY</w:t>
            </w:r>
          </w:p>
          <w:p>
            <w:pPr>
              <w:spacing w:after="0"/>
              <w:keepLines/>
            </w:pPr>
            <w:r>
              <w:rPr>
                <w:sz w:val="14"/>
              </w:rPr>
              <w:t>No trapping players against boundaries. Defenders must leave a clear escape route.</w:t>
            </w:r>
          </w:p>
        </w:tc>
      </w:tr>
    </w:tbl>
    <w:p>
      <w:pPr>
        <w:spacing w:after="0"/>
      </w:pPr>
    </w:p>
    <w:tbl>
      <w:tblPr>
        <w:tblW w:type="auto" w:w="0"/>
        <w:tblLayout w:type="fixed"/>
        <w:tblLook w:firstColumn="1" w:firstRow="1" w:lastColumn="0" w:lastRow="0" w:noHBand="0" w:noVBand="1" w:val="04A0"/>
      </w:tblPr>
      <w:tblGrid>
        <w:gridCol w:w="6739"/>
        <w:gridCol w:w="3629"/>
      </w:tblGrid>
      <w:tr>
        <w:trPr>
          <w:cantSplit/>
        </w:trPr>
        <w:tc>
          <w:tcPr>
            <w:tcW w:type="dxa" w:w="5429"/>
            <w:shd w:fill="0B5D4B"/>
            <w:tcMar>
              <w:top w:w="62" w:type="dxa"/>
              <w:start w:w="82" w:type="dxa"/>
              <w:bottom w:w="62" w:type="dxa"/>
              <w:end w:w="82" w:type="dxa"/>
            </w:tcMar>
          </w:tcPr>
          <w:p>
            <w:pPr>
              <w:keepLines/>
              <w:keepNext/>
            </w:pPr>
            <w:r>
              <w:rPr>
                <w:b/>
                <w:i w:val="0"/>
                <w:color w:val="FFFFFF"/>
                <w:sz w:val="20"/>
              </w:rPr>
              <w:t>6. Huddle</w:t>
            </w:r>
          </w:p>
        </w:tc>
        <w:tc>
          <w:tcPr>
            <w:tcW w:type="dxa" w:w="5429"/>
            <w:shd w:fill="F28C28"/>
            <w:tcMar>
              <w:top w:w="62" w:type="dxa"/>
              <w:start w:w="82" w:type="dxa"/>
              <w:bottom w:w="62" w:type="dxa"/>
              <w:end w:w="82" w:type="dxa"/>
            </w:tcMar>
          </w:tcPr>
          <w:p>
            <w:pPr>
              <w:jc w:val="center"/>
              <w:keepLines/>
              <w:keepNext/>
            </w:pPr>
            <w:r>
              <w:rPr>
                <w:b/>
                <w:i w:val="0"/>
                <w:color w:val="FFFFFF"/>
                <w:sz w:val="15"/>
              </w:rPr>
              <w:t>3 min | Whole group / individual</w:t>
            </w:r>
          </w:p>
        </w:tc>
      </w:tr>
      <w:tr>
        <w:trPr>
          <w:cantSplit/>
        </w:trPr>
        <w:tc>
          <w:tcPr>
            <w:tcW w:type="dxa" w:w="5429"/>
            <w:shd w:fill="E9ECEF"/>
            <w:tcMar>
              <w:top w:w="62" w:type="dxa"/>
              <w:start w:w="82" w:type="dxa"/>
              <w:bottom w:w="62" w:type="dxa"/>
              <w:end w:w="82" w:type="dxa"/>
            </w:tcMar>
          </w:tcPr>
          <w:p>
            <w:pPr>
              <w:keepLines/>
              <w:keepNext/>
            </w:pPr>
            <w:r>
              <w:rPr>
                <w:b/>
                <w:i w:val="0"/>
                <w:color w:val="0B5D4B"/>
                <w:sz w:val="14"/>
              </w:rPr>
              <w:t>SETUP</w:t>
            </w:r>
          </w:p>
          <w:p>
            <w:pPr>
              <w:spacing w:after="20"/>
              <w:keepLines/>
              <w:keepNext/>
            </w:pPr>
            <w:r>
              <w:rPr>
                <w:sz w:val="14"/>
              </w:rPr>
              <w:t>Gather players in a circle or semicircle where everyone can see and hear the coach.</w:t>
            </w:r>
          </w:p>
          <w:p>
            <w:pPr>
              <w:spacing w:before="20" w:after="0"/>
              <w:keepLines/>
              <w:keepNext/>
            </w:pPr>
            <w:r>
              <w:rPr>
                <w:b/>
                <w:i w:val="0"/>
                <w:color w:val="0B5D4B"/>
                <w:sz w:val="14"/>
              </w:rPr>
              <w:t>HOW TO RUN IT</w:t>
            </w:r>
          </w:p>
          <w:p>
            <w:pPr>
              <w:spacing w:after="0"/>
              <w:ind w:left="230" w:hanging="158"/>
              <w:keepLines/>
              <w:keepNext/>
            </w:pPr>
            <w:r>
              <w:rPr>
                <w:b/>
                <w:i w:val="0"/>
                <w:color w:val="0B5D4B"/>
                <w:sz w:val="14"/>
              </w:rPr>
              <w:t xml:space="preserve">• </w:t>
            </w:r>
            <w:r>
              <w:rPr>
                <w:b w:val="0"/>
                <w:i w:val="0"/>
                <w:color w:val="111111"/>
                <w:sz w:val="14"/>
              </w:rPr>
              <w:t>Ask one brief closing question, recognise specific attitude or effort, preview the next session and finish with a team cheer.</w:t>
            </w:r>
          </w:p>
          <w:p>
            <w:pPr>
              <w:spacing w:before="20" w:after="0"/>
              <w:keepLines/>
              <w:keepNext/>
            </w:pPr>
            <w:r>
              <w:rPr>
                <w:b/>
                <w:i w:val="0"/>
                <w:color w:val="0B5D4B"/>
                <w:sz w:val="14"/>
              </w:rPr>
              <w:t>COACHING CUES</w:t>
            </w:r>
          </w:p>
          <w:p>
            <w:pPr>
              <w:spacing w:after="0"/>
              <w:ind w:left="230" w:hanging="158"/>
              <w:keepLines/>
              <w:keepNext/>
            </w:pPr>
            <w:r>
              <w:rPr>
                <w:b/>
                <w:i w:val="0"/>
                <w:color w:val="0B5D4B"/>
                <w:sz w:val="14"/>
              </w:rPr>
              <w:t xml:space="preserve">• </w:t>
            </w:r>
            <w:r>
              <w:rPr>
                <w:b w:val="0"/>
                <w:i w:val="0"/>
                <w:color w:val="111111"/>
                <w:sz w:val="14"/>
              </w:rPr>
              <w:t>Keep it brief.</w:t>
            </w:r>
          </w:p>
          <w:p>
            <w:pPr>
              <w:spacing w:after="0"/>
              <w:ind w:left="230" w:hanging="158"/>
              <w:keepLines/>
              <w:keepNext/>
            </w:pPr>
            <w:r>
              <w:rPr>
                <w:b/>
                <w:i w:val="0"/>
                <w:color w:val="0B5D4B"/>
                <w:sz w:val="14"/>
              </w:rPr>
              <w:t xml:space="preserve">• </w:t>
            </w:r>
            <w:r>
              <w:rPr>
                <w:b w:val="0"/>
                <w:i w:val="0"/>
                <w:color w:val="111111"/>
                <w:sz w:val="14"/>
              </w:rPr>
              <w:t>Name specific behaviours.</w:t>
            </w:r>
          </w:p>
          <w:p>
            <w:pPr>
              <w:spacing w:after="0"/>
              <w:ind w:left="230" w:hanging="158"/>
              <w:keepLines/>
              <w:keepNext/>
            </w:pPr>
            <w:r>
              <w:rPr>
                <w:b/>
                <w:i w:val="0"/>
                <w:color w:val="0B5D4B"/>
                <w:sz w:val="14"/>
              </w:rPr>
              <w:t xml:space="preserve">• </w:t>
            </w:r>
            <w:r>
              <w:rPr>
                <w:b w:val="0"/>
                <w:i w:val="0"/>
                <w:color w:val="111111"/>
                <w:sz w:val="14"/>
              </w:rPr>
              <w:t>Finish positively.</w:t>
            </w:r>
          </w:p>
        </w:tc>
        <w:tc>
          <w:tcPr>
            <w:tcW w:type="dxa" w:w="5429"/>
            <w:shd w:fill="F7F8F9"/>
            <w:tcMar>
              <w:top w:w="62" w:type="dxa"/>
              <w:start w:w="82" w:type="dxa"/>
              <w:bottom w:w="62" w:type="dxa"/>
              <w:end w:w="82" w:type="dxa"/>
            </w:tcMar>
          </w:tcPr>
          <w:p>
            <w:pPr>
              <w:keepLines/>
              <w:keepNext/>
            </w:pPr>
            <w:r>
              <w:rPr>
                <w:b/>
                <w:i w:val="0"/>
                <w:color w:val="0B5D4B"/>
                <w:sz w:val="14"/>
              </w:rPr>
              <w:t>EQUIPMENT / SPACE</w:t>
            </w:r>
          </w:p>
          <w:p>
            <w:pPr>
              <w:spacing w:after="0"/>
              <w:ind w:left="230" w:hanging="158"/>
              <w:keepLines/>
              <w:keepNext/>
            </w:pPr>
            <w:r>
              <w:rPr>
                <w:b/>
                <w:i w:val="0"/>
                <w:color w:val="0B5D4B"/>
                <w:sz w:val="14"/>
              </w:rPr>
              <w:t xml:space="preserve">• </w:t>
            </w:r>
            <w:r>
              <w:rPr>
                <w:b w:val="0"/>
                <w:i w:val="0"/>
                <w:color w:val="111111"/>
                <w:sz w:val="14"/>
              </w:rPr>
              <w:t>None</w:t>
            </w:r>
          </w:p>
          <w:p>
            <w:pPr>
              <w:spacing w:after="0"/>
              <w:ind w:left="230" w:hanging="158"/>
              <w:keepLines/>
              <w:keepNext/>
            </w:pPr>
            <w:r>
              <w:rPr>
                <w:b/>
                <w:i w:val="0"/>
                <w:color w:val="0B5D4B"/>
                <w:sz w:val="14"/>
              </w:rPr>
              <w:t xml:space="preserve">• </w:t>
            </w:r>
            <w:r>
              <w:rPr>
                <w:b w:val="0"/>
                <w:i w:val="0"/>
                <w:color w:val="111111"/>
                <w:sz w:val="14"/>
              </w:rPr>
              <w:t>Small gathering area</w:t>
            </w:r>
          </w:p>
          <w:p>
            <w:pPr>
              <w:spacing w:before="20" w:after="0"/>
              <w:keepLines/>
              <w:keepNext/>
            </w:pPr>
            <w:r>
              <w:rPr>
                <w:b/>
                <w:i w:val="0"/>
                <w:color w:val="0B5D4B"/>
                <w:sz w:val="14"/>
              </w:rPr>
              <w:t>MAKE IT EASIER</w:t>
            </w:r>
          </w:p>
          <w:p>
            <w:pPr>
              <w:spacing w:after="0"/>
              <w:ind w:left="230" w:hanging="158"/>
              <w:keepLines/>
              <w:keepNext/>
            </w:pPr>
            <w:r>
              <w:rPr>
                <w:b/>
                <w:i w:val="0"/>
                <w:color w:val="0B5D4B"/>
                <w:sz w:val="14"/>
              </w:rPr>
              <w:t xml:space="preserve">• </w:t>
            </w:r>
            <w:r>
              <w:rPr>
                <w:b w:val="0"/>
                <w:i w:val="0"/>
                <w:color w:val="111111"/>
                <w:sz w:val="14"/>
              </w:rPr>
              <w:t>Ask a question players can answer with one word or a show of hands.</w:t>
            </w:r>
          </w:p>
          <w:p>
            <w:pPr>
              <w:spacing w:before="20" w:after="0"/>
              <w:keepLines/>
              <w:keepNext/>
            </w:pPr>
            <w:r>
              <w:rPr>
                <w:b/>
                <w:i w:val="0"/>
                <w:color w:val="0B5D4B"/>
                <w:sz w:val="14"/>
              </w:rPr>
              <w:t>MAKE IT HARDER</w:t>
            </w:r>
          </w:p>
          <w:p>
            <w:pPr>
              <w:spacing w:after="0"/>
              <w:ind w:left="230" w:hanging="158"/>
              <w:keepLines/>
              <w:keepNext/>
            </w:pPr>
            <w:r>
              <w:rPr>
                <w:b/>
                <w:i w:val="0"/>
                <w:color w:val="0B5D4B"/>
                <w:sz w:val="14"/>
              </w:rPr>
              <w:t xml:space="preserve">• </w:t>
            </w:r>
            <w:r>
              <w:rPr>
                <w:b w:val="0"/>
                <w:i w:val="0"/>
                <w:color w:val="111111"/>
                <w:sz w:val="14"/>
              </w:rPr>
              <w:t>Invite one or two players to recognise a teammate’s effort or improvement.</w:t>
            </w:r>
          </w:p>
          <w:p>
            <w:pPr>
              <w:spacing w:before="20" w:after="0"/>
              <w:keepLines/>
              <w:keepNext/>
            </w:pPr>
            <w:r>
              <w:rPr>
                <w:b/>
                <w:i w:val="0"/>
                <w:color w:val="0B5D4B"/>
                <w:sz w:val="14"/>
              </w:rPr>
              <w:t>COACH'S EYES</w:t>
            </w:r>
          </w:p>
          <w:p>
            <w:pPr>
              <w:spacing w:after="0"/>
              <w:ind w:left="230" w:hanging="158"/>
              <w:keepLines/>
              <w:keepNext/>
            </w:pPr>
            <w:r>
              <w:rPr>
                <w:b/>
                <w:i w:val="0"/>
                <w:color w:val="0B5D4B"/>
                <w:sz w:val="14"/>
              </w:rPr>
              <w:t xml:space="preserve">• </w:t>
            </w:r>
            <w:r>
              <w:rPr>
                <w:b w:val="0"/>
                <w:i w:val="0"/>
                <w:color w:val="111111"/>
                <w:sz w:val="14"/>
              </w:rPr>
              <w:t>Who has not yet been recognised?</w:t>
            </w:r>
          </w:p>
          <w:p>
            <w:pPr>
              <w:spacing w:after="0"/>
              <w:ind w:left="230" w:hanging="158"/>
              <w:keepLines/>
              <w:keepNext/>
            </w:pPr>
            <w:r>
              <w:rPr>
                <w:b/>
                <w:i w:val="0"/>
                <w:color w:val="0B5D4B"/>
                <w:sz w:val="14"/>
              </w:rPr>
              <w:t xml:space="preserve">• </w:t>
            </w:r>
            <w:r>
              <w:rPr>
                <w:b w:val="0"/>
                <w:i w:val="0"/>
                <w:color w:val="111111"/>
                <w:sz w:val="14"/>
              </w:rPr>
              <w:t>Is the group calm and included?</w:t>
            </w:r>
          </w:p>
          <w:p>
            <w:pPr>
              <w:spacing w:before="20" w:after="0"/>
              <w:keepLines/>
              <w:keepNext/>
            </w:pPr>
            <w:r>
              <w:rPr>
                <w:b/>
                <w:i w:val="0"/>
                <w:color w:val="F28C28"/>
                <w:sz w:val="14"/>
              </w:rPr>
              <w:t>SAFETY</w:t>
            </w:r>
          </w:p>
          <w:p>
            <w:pPr>
              <w:spacing w:after="0"/>
              <w:keepLines/>
            </w:pPr>
            <w:r>
              <w:rPr>
                <w:sz w:val="14"/>
              </w:rPr>
              <w:t>Keep players away from loose balls and equipment while gathered.</w:t>
            </w:r>
          </w:p>
        </w:tc>
      </w:tr>
    </w:tbl>
    <w:p>
      <w:pPr>
        <w:spacing w:after="0"/>
      </w:pPr>
    </w:p>
    <w:sectPr w:rsidR="00FC693F" w:rsidRPr="0006063C" w:rsidSect="00034616">
      <w:footerReference w:type="default" r:id="rId9"/>
      <w:pgSz w:w="12240" w:h="15840"/>
      <w:pgMar w:top="547" w:right="691" w:bottom="605" w:left="69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b w:val="0"/>
        <w:i w:val="0"/>
        <w:color w:val="6B7280"/>
        <w:sz w:val="15"/>
      </w:rPr>
      <w:t>South Galway Stormers Basketball | Cubs Phase 2 Practice Pack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