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U14 PRACTICE PACK</w:t>
            </w:r>
          </w:p>
          <w:p>
            <w:pPr>
              <w:jc w:val="center"/>
            </w:pPr>
            <w:r>
              <w:rPr>
                <w:b/>
                <w:i w:val="0"/>
                <w:color w:val="FFFFFF"/>
                <w:sz w:val="30"/>
              </w:rPr>
              <w:t>Phase 2: Develop Individual and Two-Player Reads</w:t>
            </w:r>
          </w:p>
          <w:p>
            <w:pPr>
              <w:jc w:val="center"/>
            </w:pPr>
            <w:r>
              <w:rPr>
                <w:b/>
                <w:i w:val="0"/>
                <w:color w:val="F28C28"/>
                <w:sz w:val="22"/>
              </w:rPr>
              <w:t>Weeks 7–12</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7: ATTACK THE CLOSEOUT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attack the closeout.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attack the closeout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attack the closeout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attack the closeout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Attack the Closeout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attack the closeout.</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Attack the Closeout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attack the closeout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Attack the Closeout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attack the closeout.</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Attack the Closeout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attack the closeout.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Attack the Closeout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attack the closeout.</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Attack the Closeout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attack the closeout,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7: ATTACK THE CLOSEOUT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attack the closeout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attack the closeout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Attack the Closeout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attack the closeout.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attack the closeout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attack the closeout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Attack the Closeout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attack the closeout.</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Attack the Closeout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attack the closeout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Attack the Closeout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attack the closeout.</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Attack the Closeout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attack the closeout.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Attack the Closeout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attack the closeout.</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Attack the Closeout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attack the closeout,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8: PASS, CUT AND REPLACE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pass, cut and replace.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 cut and replace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 cut and replace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 cut and replace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 Cut and Replace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pass, cut and replace.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Cut and Replace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pass, cut and replace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Cut and Replace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pass, cut and replace.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Cut and Replace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pass, cut and replace.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 Cut and Replace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pass, cut and replace.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 Cut and Replace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pass, cut and replace,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8: PASS, CUT AND REPLACE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pass, cut and replace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 cut and replace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pass, cut and replace.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 cut and replace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 cut and replace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 Cut and Replace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pass, cut and replace.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Cut and Replace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pass, cut and replace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Cut and Replace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pass, cut and replace.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Cut and Replace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pass, cut and replace.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 Cut and Replace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pass, cut and replace.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 Cut and Replace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pass, cut and replace,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9: SCREENING AND USING SCREENS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screening and using screens.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screening and using screens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screening and using screens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screening and using screens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Screening and Using Screens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screening and using screens.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Screening and Using Screens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screening and using screens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Screening and Using Screens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screening and using screens.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Screening and Using Screens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screening and using screens.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Screening and Using Screens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screening and using screens.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Screening and Using Screens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screening and using screens,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9: SCREENING AND USING SCREENS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screening and using screens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screening and using screens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Screening and Using Screens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screening and using screens.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screening and using screens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screening and using screens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Screening and Using Screens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screening and using screens.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Screening and Using Screens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screening and using screens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Screening and Using Screens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screening and using screens.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Screening and Using Screens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screening and using screens.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Screening and Using Screens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screening and using screens.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Screening and Using Screens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screening and using screens,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10: DRIVE, DRAW AND PASS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drive, draw and pass.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drive, draw and pass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drive, draw and pass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drive, draw and pass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Drive, Draw and Pass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drive, draw and pass.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Drive, Draw and Pass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drive, draw and pass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Drive, Draw and Pass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drive, draw and pass.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Drive, Draw and Pass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drive, draw and pass.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Drive, Draw and Pass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drive, draw and pass.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Drive, Draw and Pass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drive, draw and pass,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10: DRIVE, DRAW AND PASS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drive, draw and pass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drive, draw and pass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Drive, Draw and Pass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drive, draw and pass.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drive, draw and pass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drive, draw and pass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Drive, Draw and Pass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drive, draw and pass.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Drive, Draw and Pass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drive, draw and pass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Drive, Draw and Pass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drive, draw and pass.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Drive, Draw and Pass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drive, draw and pass.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Drive, Draw and Pass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drive, draw and pass.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Drive, Draw and Pass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drive, draw and pass,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11: HELP, RECOVER AND COMMUNICATE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help, recover and communicate.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help, recover and communicate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help, recover and communicate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help, recover and communicate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Help, Recover and Communicate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help, recover and communicate.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 Recover and Communicate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help, recover and communicate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Help, Recover and Communicate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help, recover and communicate.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Help, Recover and Communicate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help, recover and communicate.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Help, Recover and Communicate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help, recover and communicate.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Help, Recover and Communicate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help, recover and communicate,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11: HELP, RECOVER AND COMMUNICATE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help, recover and communicate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help, recover and communicate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Help, Recover and Communicate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help, recover and communicate.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help, recover and communicate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help, recover and communicate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Help, Recover and Communicate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help, recover and communicate.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 Recover and Communicate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help, recover and communicate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Help, Recover and Communicate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help, recover and communicate.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Help, Recover and Communicate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help, recover and communicate.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Help, Recover and Communicate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help, recover and communicate.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Help, Recover and Communicate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help, recover and communicate,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12: TWO-PLAYER READS REVIEW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two-player reads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two-player reads review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two-player reads review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two-player reads review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Two-Player Reads Review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two-player reads review.</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Two-Player Reads Review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two-player reads review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Two-Player Reads Review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two-player reads review.</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Two-Player Reads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two-player reads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Two-Player Reads Review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two-player reads review.</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Two-Player Reads Review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two-player reads review,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12: TWO-PLAYER READS REVIEW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two-player reads review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two-player reads review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Two-Player Reads Review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two-player reads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two-player reads review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two-player reads review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Two-Player Reads Review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two-player reads review.</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Two-Player Reads Review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two-player reads review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Two-Player Reads Review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two-player reads review.</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Two-Player Reads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two-player reads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Two-Player Reads Review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two-player reads review.</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Two-Player Reads Review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two-player reads review,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U14 Phase 2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