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U18 PRACTICE PACK</w:t>
            </w:r>
          </w:p>
          <w:p>
            <w:pPr>
              <w:jc w:val="center"/>
            </w:pPr>
            <w:r>
              <w:rPr>
                <w:b/>
                <w:i w:val="0"/>
                <w:color w:val="FFFFFF"/>
                <w:sz w:val="30"/>
              </w:rPr>
              <w:t>Phase 2: Develop Game Management</w:t>
            </w:r>
          </w:p>
          <w:p>
            <w:pPr>
              <w:jc w:val="center"/>
            </w:pPr>
            <w:r>
              <w:rPr>
                <w:b/>
                <w:i w:val="0"/>
                <w:color w:val="F28C28"/>
                <w:sz w:val="22"/>
              </w:rPr>
              <w:t>Weeks 7–12</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7: POSSESSION AND TEMPO CONTROL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possession and tempo control.</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possession and tempo control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possession and tempo control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possession and tempo control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Possession and Tempo Control: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possession and tempo control.</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Possession and Tempo Control: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possession and tempo control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Possession and Tempo Control: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possession and tempo control.</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Possession and Tempo Control: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possession and tempo control.</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Possession and Tempo Control: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possession and tempo control.</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Possession and Tempo Control: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possession and tempo control.</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7: POSSESSION AND TEMPO CONTROL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possession and tempo control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possession and tempo control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Possession and Tempo Control: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possession and tempo control.</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possession and tempo control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possession and tempo control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Possession and Tempo Control: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possession and tempo control.</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Possession and Tempo Control: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possession and tempo control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Possession and Tempo Control: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possession and tempo control.</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Possession and Tempo Control: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possession and tempo control.</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Possession and Tempo Control: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possession and tempo control.</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Possession and Tempo Control: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possession and tempo control.</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8: END-OF-QUARTER SITUATIONS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end-of-quarter situations.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end-of-quarter situations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end-of-quarter situations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end-of-quarter situations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End-of-Quarter Situations: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end-of-quarter situations.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End-of-Quarter Situations: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end-of-quarter situations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End-of-Quarter Situations: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end-of-quarter situations.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End-of-Quarter Situations: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end-of-quarter situations.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End-of-Quarter Situations: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end-of-quarter situations.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End-of-Quarter Situations: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end-of-quarter situations.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8: END-OF-QUARTER SITUATIONS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end-of-quarter situations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end-of-quarter situations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End-of-Quarter Situations: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end-of-quarter situations.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end-of-quarter situations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end-of-quarter situations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End-of-Quarter Situations: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end-of-quarter situations.</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End-of-Quarter Situations: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end-of-quarter situations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End-of-Quarter Situations: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end-of-quarter situations.</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End-of-Quarter Situations: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end-of-quarter situations.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End-of-Quarter Situations: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end-of-quarter situations.</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End-of-Quarter Situations: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end-of-quarter situations.</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9: LATE-GAME OFFENCE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late-game offence.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late-game offence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Late-Game Offence: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Late-Game Offence: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Late-Game Offence: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Late-Game Offence: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Late-Game Offence: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Late-Game Offence: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late-game offence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late-game offence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Late-Game Offence: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late-game offence.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Late-Game Offence: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late-game offence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Late-Game Offence: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late-game offence.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Late-Game Offence: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late-game offence.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Late-Game Offence: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late-game offence.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Late-Game Offence: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late-game offence.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9: LATE-GAME OFFENCE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late-game offence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late-game offence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Late-Game Offence: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Late-Game Offence: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Late-Game Offence: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Late-Game Offence: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Late-Game Offence: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Late-Game Offence: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late-game offence.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late-game offence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late-game offence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Late-Game Offence: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late-game offence.</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Late-Game Offence: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late-game offence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Late-Game Offence: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late-game offence.</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Late-Game Offence: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late-game offence.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Late-Game Offence: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late-game offence.</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Late-Game Offence: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late-game offence.</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10: LATE-GAME DEFENCE AND FOULING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late-game defence and fouling.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late-game defence and fouling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late-game defence and fouling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late-game defence and fouling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Late-Game Defence and Fouling: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late-game defence and fouling.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Late-Game Defence and Fouling: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late-game defence and fouling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Late-Game Defence and Fouling: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late-game defence and fouling.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Late-Game Defence and Fouling: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late-game defence and fouling.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Late-Game Defence and Fouling: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late-game defence and fouling.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Late-Game Defence and Fouling: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late-game defence and fouling.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10: LATE-GAME DEFENCE AND FOULING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late-game defence and fouling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late-game defence and fouling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Late-Game Defence and Fouling: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late-game defence and fouling.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late-game defence and fouling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late-game defence and fouling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Late-Game Defence and Fouling: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late-game defence and fouling.</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Late-Game Defence and Fouling: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late-game defence and fouling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Late-Game Defence and Fouling: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late-game defence and fouling.</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Late-Game Defence and Fouling: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late-game defence and fouling.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Late-Game Defence and Fouling: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late-game defence and fouling.</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Late-Game Defence and Fouling: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late-game defence and fouling.</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11: TIMEOUT AND RESTART EXECUTION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timeout and restart execution.</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timeout and restart execution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timeout and restart execution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timeout and restart execution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Timeout and Restart Execution: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timeout and restart execution.</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Timeout and Restart Execution: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timeout and restart execution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Timeout and Restart Execution: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timeout and restart execution.</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Timeout and Restart Execution: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timeout and restart execution.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Timeout and Restart Execution: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timeout and restart execution.</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Timeout and Restart Execution: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timeout and restart execution.</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11: TIMEOUT AND RESTART EXECUTION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timeout and restart execution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timeout and restart execution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Timeout and Restart Execution: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timeout and restart execution.</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timeout and restart execution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timeout and restart execution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Timeout and Restart Execution: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timeout and restart execution.</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Timeout and Restart Execution: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timeout and restart execution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Timeout and Restart Execution: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timeout and restart execution.</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Timeout and Restart Execution: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timeout and restart execution.</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Timeout and Restart Execution: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timeout and restart execution.</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Timeout and Restart Execution: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timeout and restart execution.</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12: GAME MANAGEMENT REVIEW - DEVELOP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reliable technique, language and decisions for game management review.</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communicate early and respond positively to correction.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game management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game management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game management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Game Management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game management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develop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Game Management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game management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Game Management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game management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Game Management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game management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Game Management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game management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Game Management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game management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U18 WEEK 12: GAME MANAGEMENT REVIEW - APPLY</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game management review under realistic pressure, role and game conditions.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accept responsibility and respond on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game management review at game speed; recognise the relevant cue; communicate role and coverage; connect the action to the next team decision.</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Performance Preparation</w:t>
            </w:r>
          </w:p>
        </w:tc>
        <w:tc>
          <w:tcPr>
            <w:tcW w:type="dxa" w:w="4104"/>
            <w:vAlign w:val="center"/>
            <w:tcMar>
              <w:top w:w="42" w:type="dxa"/>
              <w:start w:w="50" w:type="dxa"/>
              <w:bottom w:w="42" w:type="dxa"/>
              <w:end w:w="50" w:type="dxa"/>
            </w:tcMar>
          </w:tcPr>
          <w:p>
            <w:pPr>
              <w:keepLines/>
            </w:pPr>
            <w:r>
              <w:rPr>
                <w:b w:val="0"/>
                <w:i w:val="0"/>
                <w:color w:val="111111"/>
                <w:sz w:val="14"/>
              </w:rPr>
              <w:t>Complete the performance preparation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Technical Execution</w:t>
            </w:r>
          </w:p>
        </w:tc>
        <w:tc>
          <w:tcPr>
            <w:tcW w:type="dxa" w:w="4104"/>
            <w:vAlign w:val="center"/>
            <w:tcMar>
              <w:top w:w="42" w:type="dxa"/>
              <w:start w:w="50" w:type="dxa"/>
              <w:bottom w:w="42" w:type="dxa"/>
              <w:end w:w="50" w:type="dxa"/>
            </w:tcMar>
          </w:tcPr>
          <w:p>
            <w:pPr>
              <w:keepLines/>
            </w:pPr>
            <w:r>
              <w:rPr>
                <w:b w:val="0"/>
                <w:i w:val="0"/>
                <w:color w:val="111111"/>
                <w:sz w:val="14"/>
              </w:rPr>
              <w:t>Complete the technical execution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Guided Decision</w:t>
            </w:r>
          </w:p>
        </w:tc>
        <w:tc>
          <w:tcPr>
            <w:tcW w:type="dxa" w:w="4104"/>
            <w:vAlign w:val="center"/>
            <w:tcMar>
              <w:top w:w="42" w:type="dxa"/>
              <w:start w:w="50" w:type="dxa"/>
              <w:bottom w:w="42" w:type="dxa"/>
              <w:end w:w="50" w:type="dxa"/>
            </w:tcMar>
          </w:tcPr>
          <w:p>
            <w:pPr>
              <w:keepLines/>
            </w:pPr>
            <w:r>
              <w:rPr>
                <w:b w:val="0"/>
                <w:i w:val="0"/>
                <w:color w:val="111111"/>
                <w:sz w:val="14"/>
              </w:rPr>
              <w:t>Complete the guided decision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Competitive Scenario</w:t>
            </w:r>
          </w:p>
        </w:tc>
        <w:tc>
          <w:tcPr>
            <w:tcW w:type="dxa" w:w="4104"/>
            <w:vAlign w:val="center"/>
            <w:tcMar>
              <w:top w:w="42" w:type="dxa"/>
              <w:start w:w="50" w:type="dxa"/>
              <w:bottom w:w="42" w:type="dxa"/>
              <w:end w:w="50" w:type="dxa"/>
            </w:tcMar>
          </w:tcPr>
          <w:p>
            <w:pPr>
              <w:keepLines/>
            </w:pPr>
            <w:r>
              <w:rPr>
                <w:b w:val="0"/>
                <w:i w:val="0"/>
                <w:color w:val="111111"/>
                <w:sz w:val="14"/>
              </w:rPr>
              <w:t>Complete the competitive scenario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Game Management Review: Review and Ownership</w:t>
            </w:r>
          </w:p>
        </w:tc>
        <w:tc>
          <w:tcPr>
            <w:tcW w:type="dxa" w:w="4104"/>
            <w:vAlign w:val="center"/>
            <w:tcMar>
              <w:top w:w="42" w:type="dxa"/>
              <w:start w:w="50" w:type="dxa"/>
              <w:bottom w:w="42" w:type="dxa"/>
              <w:end w:w="50" w:type="dxa"/>
            </w:tcMar>
          </w:tcPr>
          <w:p>
            <w:pPr>
              <w:keepLines/>
            </w:pPr>
            <w:r>
              <w:rPr>
                <w:b w:val="0"/>
                <w:i w:val="0"/>
                <w:color w:val="111111"/>
                <w:sz w:val="14"/>
              </w:rPr>
              <w:t>Complete the review and ownership linked to game management review.</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game management review with sound technique, useful decisions, role discipline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simplify the read and allow a controlled reset.</w:t>
              <w:br/>
              <w:t>Harder: Reduce space, add live pressure, require a counter, or add score, clock and role consequences.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role, coverage, next action, next play and team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game management review help the team, and what will you improve in the next session?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Game Management Review: Performance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place basketballs where players can begin immediately. Use movement lanes or stations that match the actions required later in the practice.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Build a progressive warm-up around game management review.</w:t>
            </w:r>
          </w:p>
          <w:p>
            <w:pPr>
              <w:spacing w:after="0"/>
              <w:ind w:left="230" w:hanging="158"/>
              <w:keepLines/>
              <w:keepNext/>
            </w:pPr>
            <w:r>
              <w:rPr>
                <w:b/>
                <w:i w:val="0"/>
                <w:color w:val="0B5D4B"/>
                <w:sz w:val="14"/>
              </w:rPr>
              <w:t xml:space="preserve">• </w:t>
            </w:r>
            <w:r>
              <w:rPr>
                <w:b w:val="0"/>
                <w:i w:val="0"/>
                <w:color w:val="111111"/>
                <w:sz w:val="14"/>
              </w:rPr>
              <w:t>Begin with movement quality and mobility, add the ball, then add a reaction or communication cue.</w:t>
            </w:r>
          </w:p>
          <w:p>
            <w:pPr>
              <w:spacing w:after="0"/>
              <w:ind w:left="230" w:hanging="158"/>
              <w:keepLines/>
              <w:keepNext/>
            </w:pPr>
            <w:r>
              <w:rPr>
                <w:b/>
                <w:i w:val="0"/>
                <w:color w:val="0B5D4B"/>
                <w:sz w:val="14"/>
              </w:rPr>
              <w:t xml:space="preserve">• </w:t>
            </w:r>
            <w:r>
              <w:rPr>
                <w:b w:val="0"/>
                <w:i w:val="0"/>
                <w:color w:val="111111"/>
                <w:sz w:val="14"/>
              </w:rPr>
              <w:t>In the apply session, finish with a short live or timed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finish each movement in balance</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Reduce speed, remove the ball or simplify the movement sequence.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reaction cues, a second ball action, a defender shadow or a time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physically and mentally ready? Are movement quality and communication improving as speed rises?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Game Management Review: Technical Execution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pairs, baskets or short stations with enough basketballs to minimise waiting. Define the starting footwork, target area and required finish before repetitions begin.</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execution details for game management review through short, purposeful repetitions.</w:t>
            </w:r>
          </w:p>
          <w:p>
            <w:pPr>
              <w:spacing w:after="0"/>
              <w:ind w:left="230" w:hanging="158"/>
              <w:keepLines/>
              <w:keepNext/>
            </w:pPr>
            <w:r>
              <w:rPr>
                <w:b/>
                <w:i w:val="0"/>
                <w:color w:val="0B5D4B"/>
                <w:sz w:val="14"/>
              </w:rPr>
              <w:t xml:space="preserve">• </w:t>
            </w:r>
            <w:r>
              <w:rPr>
                <w:b w:val="0"/>
                <w:i w:val="0"/>
                <w:color w:val="111111"/>
                <w:sz w:val="14"/>
              </w:rPr>
              <w:t>Start without pressure, then add pace, a second action or passive resistance.</w:t>
            </w:r>
          </w:p>
          <w:p>
            <w:pPr>
              <w:spacing w:after="0"/>
              <w:ind w:left="230" w:hanging="158"/>
              <w:keepLines/>
              <w:keepNext/>
            </w:pPr>
            <w:r>
              <w:rPr>
                <w:b/>
                <w:i w:val="0"/>
                <w:color w:val="0B5D4B"/>
                <w:sz w:val="14"/>
              </w:rPr>
              <w:t xml:space="preserve">• </w:t>
            </w:r>
            <w:r>
              <w:rPr>
                <w:b w:val="0"/>
                <w:i w:val="0"/>
                <w:color w:val="111111"/>
                <w:sz w:val="14"/>
              </w:rPr>
              <w:t>Require players to finish every repetition ready for the next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before volume</w:t>
            </w:r>
          </w:p>
          <w:p>
            <w:pPr>
              <w:spacing w:after="0"/>
              <w:ind w:left="230" w:hanging="158"/>
              <w:keepLines/>
              <w:keepNext/>
            </w:pPr>
            <w:r>
              <w:rPr>
                <w:b/>
                <w:i w:val="0"/>
                <w:color w:val="0B5D4B"/>
                <w:sz w:val="14"/>
              </w:rPr>
              <w:t xml:space="preserve">• </w:t>
            </w:r>
            <w:r>
              <w:rPr>
                <w:b w:val="0"/>
                <w:i w:val="0"/>
                <w:color w:val="111111"/>
                <w:sz w:val="14"/>
              </w:rPr>
              <w:t>see the target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balanced</w:t>
            </w:r>
          </w:p>
          <w:p>
            <w:pPr>
              <w:spacing w:after="0"/>
              <w:ind w:left="230" w:hanging="158"/>
              <w:keepLines/>
              <w:keepNext/>
            </w:pPr>
            <w:r>
              <w:rPr>
                <w:b/>
                <w:i w:val="0"/>
                <w:color w:val="0B5D4B"/>
                <w:sz w:val="14"/>
              </w:rPr>
              <w:t xml:space="preserve">• </w:t>
            </w:r>
            <w:r>
              <w:rPr>
                <w:b w:val="0"/>
                <w:i w:val="0"/>
                <w:color w:val="111111"/>
                <w:sz w:val="14"/>
              </w:rPr>
              <w:t>recover quickly for the next repetition.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pace or isolate one part of the skill.</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a decision cue, a weaker-side requirement or a time limit.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Does technique remain reliable at game speed? Are players self-correcting between repetitions?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Game Management Review: Guided Decision</w:t>
            </w:r>
          </w:p>
        </w:tc>
        <w:tc>
          <w:tcPr>
            <w:tcW w:type="dxa" w:w="5429"/>
            <w:shd w:fill="F28C28"/>
            <w:tcMar>
              <w:top w:w="62" w:type="dxa"/>
              <w:start w:w="82" w:type="dxa"/>
              <w:bottom w:w="62" w:type="dxa"/>
              <w:end w:w="82" w:type="dxa"/>
            </w:tcMar>
          </w:tcPr>
          <w:p>
            <w:pPr>
              <w:jc w:val="center"/>
              <w:keepLines/>
              <w:keepNext/>
            </w:pPr>
            <w:r>
              <w:rPr>
                <w:b/>
                <w:i w:val="0"/>
                <w:color w:val="FFFFFF"/>
                <w:sz w:val="15"/>
              </w:rPr>
              <w:t>10 min | Groups of three or four</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a clear advantage or defender cue in a confined area. Explain the two or three realistic choices, then rotate offensive, defensive and support roles frequently.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guided read connected to game management review.</w:t>
            </w:r>
          </w:p>
          <w:p>
            <w:pPr>
              <w:spacing w:after="0"/>
              <w:ind w:left="230" w:hanging="158"/>
              <w:keepLines/>
              <w:keepNext/>
            </w:pPr>
            <w:r>
              <w:rPr>
                <w:b/>
                <w:i w:val="0"/>
                <w:color w:val="0B5D4B"/>
                <w:sz w:val="14"/>
              </w:rPr>
              <w:t xml:space="preserve">• </w:t>
            </w:r>
            <w:r>
              <w:rPr>
                <w:b w:val="0"/>
                <w:i w:val="0"/>
                <w:color w:val="111111"/>
                <w:sz w:val="14"/>
              </w:rPr>
              <w:t>The defender or coach presents a visible cue and the ball-handler or unit must recognise it, communicate and choose.</w:t>
            </w:r>
          </w:p>
          <w:p>
            <w:pPr>
              <w:spacing w:after="0"/>
              <w:ind w:left="230" w:hanging="158"/>
              <w:keepLines/>
              <w:keepNext/>
            </w:pPr>
            <w:r>
              <w:rPr>
                <w:b/>
                <w:i w:val="0"/>
                <w:color w:val="0B5D4B"/>
                <w:sz w:val="14"/>
              </w:rPr>
              <w:t xml:space="preserve">• </w:t>
            </w:r>
            <w:r>
              <w:rPr>
                <w:b w:val="0"/>
                <w:i w:val="0"/>
                <w:color w:val="111111"/>
                <w:sz w:val="14"/>
              </w:rPr>
              <w:t>Progress from guided opposition to live play without adding unnecessary rules.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before acting</w:t>
            </w:r>
          </w:p>
          <w:p>
            <w:pPr>
              <w:spacing w:after="0"/>
              <w:ind w:left="230" w:hanging="158"/>
              <w:keepLines/>
              <w:keepNext/>
            </w:pPr>
            <w:r>
              <w:rPr>
                <w:b/>
                <w:i w:val="0"/>
                <w:color w:val="0B5D4B"/>
                <w:sz w:val="14"/>
              </w:rPr>
              <w:t xml:space="preserve">• </w:t>
            </w:r>
            <w:r>
              <w:rPr>
                <w:b w:val="0"/>
                <w:i w:val="0"/>
                <w:color w:val="111111"/>
                <w:sz w:val="14"/>
              </w:rPr>
              <w:t>communicate the read</w:t>
            </w:r>
          </w:p>
          <w:p>
            <w:pPr>
              <w:spacing w:after="0"/>
              <w:ind w:left="230" w:hanging="158"/>
              <w:keepLines/>
              <w:keepNext/>
            </w:pPr>
            <w:r>
              <w:rPr>
                <w:b/>
                <w:i w:val="0"/>
                <w:color w:val="0B5D4B"/>
                <w:sz w:val="14"/>
              </w:rPr>
              <w:t xml:space="preserve">• </w:t>
            </w:r>
            <w:r>
              <w:rPr>
                <w:b w:val="0"/>
                <w:i w:val="0"/>
                <w:color w:val="111111"/>
                <w:sz w:val="14"/>
              </w:rPr>
              <w:t>choose and commit</w:t>
            </w:r>
          </w:p>
          <w:p>
            <w:pPr>
              <w:spacing w:after="0"/>
              <w:ind w:left="230" w:hanging="158"/>
              <w:keepLines/>
              <w:keepNext/>
            </w:pPr>
            <w:r>
              <w:rPr>
                <w:b/>
                <w:i w:val="0"/>
                <w:color w:val="0B5D4B"/>
                <w:sz w:val="14"/>
              </w:rPr>
              <w:t xml:space="preserve">• </w:t>
            </w:r>
            <w:r>
              <w:rPr>
                <w:b w:val="0"/>
                <w:i w:val="0"/>
                <w:color w:val="111111"/>
                <w:sz w:val="14"/>
              </w:rPr>
              <w:t>make the next pass or rotation early.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the cue earlier, increase space or limit the defender to one response.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Make the cue later, add a second defender, reduce time or require a counter.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reading the situation or guessing? Do off-ball players move and communicate with the decision?</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Game Management Review: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two or more short courts or a controlled half-court game. Use 2v2, 3v3 or 4v4 based on the theme and numbers. Prepare quick restarts and brief substitutions.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repeated small-sided rounds that reward effective use of game management review.</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Coach between rounds rather than interrupting every possession.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and keep spacing</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connect actions</w:t>
            </w:r>
          </w:p>
          <w:p>
            <w:pPr>
              <w:spacing w:after="0"/>
              <w:ind w:left="230" w:hanging="158"/>
              <w:keepLines/>
              <w:keepNext/>
            </w:pPr>
            <w:r>
              <w:rPr>
                <w:b/>
                <w:i w:val="0"/>
                <w:color w:val="0B5D4B"/>
                <w:sz w:val="14"/>
              </w:rPr>
              <w:t xml:space="preserve">• </w:t>
            </w:r>
            <w:r>
              <w:rPr>
                <w:b w:val="0"/>
                <w:i w:val="0"/>
                <w:color w:val="111111"/>
                <w:sz w:val="14"/>
              </w:rPr>
              <w:t>communicate on both sides of the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defenders, more space or a protected first action.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time or dribbles, add a transition requirement or remove the scoring bonus.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practice theme appearing naturally in play? Are all players involved in decisions and recovery actions?</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Game Management Review: Competitive Scenario</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balanced teams, identify the score and clock, and state one scenario or performance condition. Keep substitutes and spare balls ready so play restarts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centred on game management review.</w:t>
            </w:r>
          </w:p>
          <w:p>
            <w:pPr>
              <w:spacing w:after="0"/>
              <w:ind w:left="230" w:hanging="158"/>
              <w:keepLines/>
              <w:keepNext/>
            </w:pPr>
            <w:r>
              <w:rPr>
                <w:b/>
                <w:i w:val="0"/>
                <w:color w:val="0B5D4B"/>
                <w:sz w:val="14"/>
              </w:rPr>
              <w:t xml:space="preserve">• </w:t>
            </w:r>
            <w:r>
              <w:rPr>
                <w:b w:val="0"/>
                <w:i w:val="0"/>
                <w:color w:val="111111"/>
                <w:sz w:val="14"/>
              </w:rPr>
              <w:t>Include a realistic score, clock, possession or role condition.</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condition if it begins to distort normal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the situation</w:t>
            </w:r>
          </w:p>
          <w:p>
            <w:pPr>
              <w:spacing w:after="0"/>
              <w:ind w:left="230" w:hanging="158"/>
              <w:keepLines/>
              <w:keepNext/>
            </w:pPr>
            <w:r>
              <w:rPr>
                <w:b/>
                <w:i w:val="0"/>
                <w:color w:val="0B5D4B"/>
                <w:sz w:val="14"/>
              </w:rPr>
              <w:t xml:space="preserve">• </w:t>
            </w:r>
            <w:r>
              <w:rPr>
                <w:b w:val="0"/>
                <w:i w:val="0"/>
                <w:color w:val="111111"/>
                <w:sz w:val="14"/>
              </w:rPr>
              <w:t>execute the role</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the next possession</w:t>
            </w:r>
          </w:p>
          <w:p>
            <w:pPr>
              <w:spacing w:after="0"/>
              <w:ind w:left="230" w:hanging="158"/>
              <w:keepLines/>
              <w:keepNext/>
            </w:pPr>
            <w:r>
              <w:rPr>
                <w:b/>
                <w:i w:val="0"/>
                <w:color w:val="0B5D4B"/>
                <w:sz w:val="14"/>
              </w:rPr>
              <w:t xml:space="preserve">• </w:t>
            </w:r>
            <w:r>
              <w:rPr>
                <w:b w:val="0"/>
                <w:i w:val="0"/>
                <w:color w:val="111111"/>
                <w:sz w:val="14"/>
              </w:rPr>
              <w:t>respond rather than react.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neutral score, longer clock or one clear condition.</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foul context, possession consequences, opponent tendencies or a shorter decision window.</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Do players understand the situation without repeated coach direction? Does execution hold up after mistakes and fatigue?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Game Management Review: Review and Ownership</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away from live equipment. Keep the review brief and connect it directly to the next practice or game.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focused question about game management review.</w:t>
            </w:r>
          </w:p>
          <w:p>
            <w:pPr>
              <w:spacing w:after="0"/>
              <w:ind w:left="230" w:hanging="158"/>
              <w:keepLines/>
              <w:keepNext/>
            </w:pPr>
            <w:r>
              <w:rPr>
                <w:b/>
                <w:i w:val="0"/>
                <w:color w:val="0B5D4B"/>
                <w:sz w:val="14"/>
              </w:rPr>
              <w:t xml:space="preserve">• </w:t>
            </w:r>
            <w:r>
              <w:rPr>
                <w:b w:val="0"/>
                <w:i w:val="0"/>
                <w:color w:val="111111"/>
                <w:sz w:val="14"/>
              </w:rPr>
              <w:t>Invite players to identify one successful behaviour, one decision that needs work and one action they will carry forward.</w:t>
            </w:r>
          </w:p>
          <w:p>
            <w:pPr>
              <w:spacing w:after="0"/>
              <w:ind w:left="230" w:hanging="158"/>
              <w:keepLines/>
              <w:keepNext/>
            </w:pPr>
            <w:r>
              <w:rPr>
                <w:b/>
                <w:i w:val="0"/>
                <w:color w:val="0B5D4B"/>
                <w:sz w:val="14"/>
              </w:rPr>
              <w:t xml:space="preserve">• </w:t>
            </w:r>
            <w:r>
              <w:rPr>
                <w:b w:val="0"/>
                <w:i w:val="0"/>
                <w:color w:val="111111"/>
                <w:sz w:val="14"/>
              </w:rPr>
              <w:t>Confirm any role, preparation or communication expectation before dismissal.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own the next step</w:t>
            </w:r>
          </w:p>
          <w:p>
            <w:pPr>
              <w:spacing w:after="0"/>
              <w:ind w:left="230" w:hanging="158"/>
              <w:keepLines/>
              <w:keepNext/>
            </w:pPr>
            <w:r>
              <w:rPr>
                <w:b/>
                <w:i w:val="0"/>
                <w:color w:val="0B5D4B"/>
                <w:sz w:val="14"/>
              </w:rPr>
              <w:t xml:space="preserve">• </w:t>
            </w:r>
            <w:r>
              <w:rPr>
                <w:b w:val="0"/>
                <w:i w:val="0"/>
                <w:color w:val="111111"/>
                <w:sz w:val="14"/>
              </w:rPr>
              <w:t>recognise a teammate</w:t>
            </w:r>
          </w:p>
          <w:p>
            <w:pPr>
              <w:spacing w:after="0"/>
              <w:ind w:left="230" w:hanging="158"/>
              <w:keepLines/>
              <w:keepNext/>
            </w:pPr>
            <w:r>
              <w:rPr>
                <w:b/>
                <w:i w:val="0"/>
                <w:color w:val="0B5D4B"/>
                <w:sz w:val="14"/>
              </w:rPr>
              <w:t xml:space="preserve">• </w:t>
            </w:r>
            <w:r>
              <w:rPr>
                <w:b w:val="0"/>
                <w:i w:val="0"/>
                <w:color w:val="111111"/>
                <w:sz w:val="14"/>
              </w:rPr>
              <w:t>connect reflection to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bibs and a visible clock or scoreboard as needed</w:t>
            </w:r>
          </w:p>
          <w:p>
            <w:pPr>
              <w:spacing w:after="0"/>
              <w:ind w:left="230" w:hanging="158"/>
              <w:keepLines/>
              <w:keepNext/>
            </w:pPr>
            <w:r>
              <w:rPr>
                <w:b/>
                <w:i w:val="0"/>
                <w:color w:val="0B5D4B"/>
                <w:sz w:val="14"/>
              </w:rPr>
              <w:t xml:space="preserve">• </w:t>
            </w:r>
            <w:r>
              <w:rPr>
                <w:b w:val="0"/>
                <w:i w:val="0"/>
                <w:color w:val="111111"/>
                <w:sz w:val="14"/>
              </w:rPr>
              <w:t>Half or full court depending on numbers and the activity</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choice or ask players to name only one success.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a player or unit to explain the tactical reason and propose the next adjustment.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honest, specific and increasingly independent in reviewing performance?</w:t>
            </w:r>
          </w:p>
          <w:p>
            <w:pPr>
              <w:spacing w:before="20" w:after="0"/>
              <w:keepLines/>
              <w:keepNext/>
            </w:pPr>
            <w:r>
              <w:rPr>
                <w:b/>
                <w:i w:val="0"/>
                <w:color w:val="F28C28"/>
                <w:sz w:val="14"/>
              </w:rPr>
              <w:t>SAFETY</w:t>
            </w:r>
          </w:p>
          <w:p>
            <w:pPr>
              <w:spacing w:after="0"/>
              <w:keepLines/>
            </w:pPr>
            <w:r>
              <w:rPr>
                <w:sz w:val="14"/>
              </w:rPr>
              <w:t>Use clear court boundaries, controlled contact and immediate stoppage for unsafe play. Keep unused basketballs and equipment outside active lanes and match physicality to player readiness.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U18 Phase 2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