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tblPr>
      <w:tblGrid>
        <w:gridCol w:w="10858"/>
      </w:tblGrid>
      <w:tr>
        <w:tc>
          <w:tcPr>
            <w:tcW w:type="dxa" w:w="10858"/>
            <w:shd w:fill="111111"/>
            <w:tcMar>
              <w:top w:w="220" w:type="dxa"/>
              <w:start w:w="180" w:type="dxa"/>
              <w:bottom w:w="220" w:type="dxa"/>
              <w:end w:w="180" w:type="dxa"/>
            </w:tcMar>
          </w:tcPr>
          <w:p>
            <w:pPr>
              <w:jc w:val="center"/>
            </w:pPr>
            <w:r>
              <w:rPr>
                <w:b/>
                <w:i w:val="0"/>
                <w:color w:val="F28C28"/>
                <w:sz w:val="24"/>
              </w:rPr>
              <w:t>SOUTH GALWAY STORMERS BASKETBALL</w:t>
            </w:r>
          </w:p>
          <w:p>
            <w:pPr>
              <w:jc w:val="center"/>
            </w:pPr>
            <w:r>
              <w:rPr>
                <w:b/>
                <w:i w:val="0"/>
                <w:color w:val="FFFFFF"/>
                <w:sz w:val="50"/>
              </w:rPr>
              <w:t>ACADEMY PRACTICE PACK</w:t>
            </w:r>
          </w:p>
          <w:p>
            <w:pPr>
              <w:jc w:val="center"/>
            </w:pPr>
            <w:r>
              <w:rPr>
                <w:b/>
                <w:i w:val="0"/>
                <w:color w:val="FFFFFF"/>
                <w:sz w:val="30"/>
              </w:rPr>
              <w:t>Phase 1: Ready to Learn and Control</w:t>
            </w:r>
          </w:p>
          <w:p>
            <w:pPr>
              <w:jc w:val="center"/>
            </w:pPr>
            <w:r>
              <w:rPr>
                <w:b/>
                <w:i w:val="0"/>
                <w:color w:val="F28C28"/>
                <w:sz w:val="22"/>
              </w:rPr>
              <w:t>Weeks 1–6</w:t>
            </w:r>
          </w:p>
        </w:tc>
      </w:tr>
    </w:tbl>
    <w:p/>
    <w:tbl>
      <w:tblPr>
        <w:tblW w:type="auto" w:w="0"/>
        <w:tblLook w:firstColumn="1" w:firstRow="1" w:lastColumn="0" w:lastRow="0" w:noHBand="0" w:noVBand="1" w:val="04A0"/>
      </w:tblPr>
      <w:tblGrid>
        <w:gridCol w:w="10858"/>
      </w:tblGrid>
      <w:tr>
        <w:tc>
          <w:tcPr>
            <w:tcW w:type="dxa" w:w="10858"/>
            <w:shd w:fill="E9ECEF"/>
            <w:tcMar>
              <w:top w:w="130" w:type="dxa"/>
              <w:start w:w="150" w:type="dxa"/>
              <w:bottom w:w="130" w:type="dxa"/>
              <w:end w:w="150" w:type="dxa"/>
            </w:tcMar>
          </w:tcPr>
          <w:p>
            <w:r>
              <w:rPr>
                <w:b/>
                <w:i w:val="0"/>
                <w:color w:val="0B5D4B"/>
                <w:sz w:val="20"/>
              </w:rPr>
              <w:t>HOW TO USE THIS PACK</w:t>
              <w:br/>
            </w:r>
            <w:r>
              <w:rPr>
                <w:b w:val="0"/>
                <w:i w:val="0"/>
                <w:color w:val="111111"/>
                <w:sz w:val="18"/>
              </w:rPr>
              <w:t>Each week begins with a one-page courtside plan. The following pages contain complete instructions for every activity in the order they appear. Prepare equipment and assign coaching roles before players arrive. Keep the learning objective, then adapt the activity to the players, space and equipment available.</w:t>
            </w:r>
          </w:p>
        </w:tc>
      </w:tr>
    </w:tbl>
    <w:p/>
    <w:tbl>
      <w:tblPr>
        <w:tblW w:type="auto" w:w="0"/>
        <w:tblLook w:firstColumn="1" w:firstRow="1" w:lastColumn="0" w:lastRow="0" w:noHBand="0" w:noVBand="1" w:val="04A0"/>
      </w:tblPr>
      <w:tblGrid>
        <w:gridCol w:w="10858"/>
      </w:tblGrid>
      <w:tr>
        <w:tc>
          <w:tcPr>
            <w:tcW w:type="dxa" w:w="10858"/>
            <w:shd w:fill="FFF3E6"/>
            <w:tcMar>
              <w:top w:w="110" w:type="dxa"/>
              <w:start w:w="140" w:type="dxa"/>
              <w:bottom w:w="110" w:type="dxa"/>
              <w:end w:w="140" w:type="dxa"/>
            </w:tcMar>
          </w:tcPr>
          <w:p>
            <w:r>
              <w:rPr>
                <w:b/>
                <w:i w:val="0"/>
                <w:color w:val="F28C28"/>
                <w:sz w:val="18"/>
              </w:rPr>
              <w:t xml:space="preserve">COURTSIDE STANDARD  </w:t>
            </w:r>
            <w:r>
              <w:rPr>
                <w:b w:val="0"/>
                <w:i w:val="0"/>
                <w:color w:val="111111"/>
                <w:sz w:val="18"/>
              </w:rPr>
              <w:t>Short explanations, high activity, frequent encouragement and a positive finish.</w:t>
            </w:r>
          </w:p>
        </w:tc>
      </w:tr>
    </w:tbl>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ACADEMY WEEK 1: WELCOME TO ACADEMY</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Learn the Academy routine while moving, handling the ball and playing together.</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Join in quickly, listen and help others settle.</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Use balanced stops; control the ball in shared space; pass to a ready partner; understand the Academy practice rhythm.</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Dynamic Court Tour</w:t>
            </w:r>
          </w:p>
        </w:tc>
        <w:tc>
          <w:tcPr>
            <w:tcW w:type="dxa" w:w="4104"/>
            <w:vAlign w:val="center"/>
            <w:tcMar>
              <w:top w:w="42" w:type="dxa"/>
              <w:start w:w="50" w:type="dxa"/>
              <w:bottom w:w="42" w:type="dxa"/>
              <w:end w:w="50" w:type="dxa"/>
            </w:tcMar>
          </w:tcPr>
          <w:p>
            <w:pPr>
              <w:keepLines/>
            </w:pPr>
            <w:r>
              <w:rPr>
                <w:b w:val="0"/>
                <w:i w:val="0"/>
                <w:color w:val="111111"/>
                <w:sz w:val="14"/>
              </w:rPr>
              <w:t>Players complete Dynamic Court Tour in short active rounds. Demonstrate once, begin quickly and add one progression only when the group is ready.</w:t>
            </w:r>
          </w:p>
        </w:tc>
        <w:tc>
          <w:tcPr>
            <w:tcW w:type="dxa" w:w="2563"/>
            <w:vAlign w:val="center"/>
            <w:tcMar>
              <w:top w:w="42" w:type="dxa"/>
              <w:start w:w="50" w:type="dxa"/>
              <w:bottom w:w="42" w:type="dxa"/>
              <w:end w:w="50" w:type="dxa"/>
            </w:tcMar>
          </w:tcPr>
          <w:p>
            <w:pPr>
              <w:keepLines/>
            </w:pPr>
            <w:r>
              <w:rPr>
                <w:b w:val="0"/>
                <w:i w:val="0"/>
                <w:color w:val="111111"/>
                <w:sz w:val="14"/>
              </w:rPr>
              <w:t>Movement quality and readiness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Ball-Handling Discovery</w:t>
            </w:r>
          </w:p>
        </w:tc>
        <w:tc>
          <w:tcPr>
            <w:tcW w:type="dxa" w:w="4104"/>
            <w:vAlign w:val="center"/>
            <w:tcMar>
              <w:top w:w="42" w:type="dxa"/>
              <w:start w:w="50" w:type="dxa"/>
              <w:bottom w:w="42" w:type="dxa"/>
              <w:end w:w="50" w:type="dxa"/>
            </w:tcMar>
          </w:tcPr>
          <w:p>
            <w:pPr>
              <w:keepLines/>
            </w:pPr>
            <w:r>
              <w:rPr>
                <w:b w:val="0"/>
                <w:i w:val="0"/>
                <w:color w:val="111111"/>
                <w:sz w:val="14"/>
              </w:rPr>
              <w:t>Players perform Ball-Handling Discovery while maintaining control, scanning the space and recovering calmly after mistakes.</w:t>
            </w:r>
          </w:p>
        </w:tc>
        <w:tc>
          <w:tcPr>
            <w:tcW w:type="dxa" w:w="2563"/>
            <w:vAlign w:val="center"/>
            <w:tcMar>
              <w:top w:w="42" w:type="dxa"/>
              <w:start w:w="50" w:type="dxa"/>
              <w:bottom w:w="42" w:type="dxa"/>
              <w:end w:w="50" w:type="dxa"/>
            </w:tcMar>
          </w:tcPr>
          <w:p>
            <w:pPr>
              <w:keepLines/>
            </w:pPr>
            <w:r>
              <w:rPr>
                <w:b w:val="0"/>
                <w:i w:val="0"/>
                <w:color w:val="111111"/>
                <w:sz w:val="14"/>
              </w:rPr>
              <w:t>Ball control</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Jump Stop and Pivot Foundations</w:t>
            </w:r>
          </w:p>
        </w:tc>
        <w:tc>
          <w:tcPr>
            <w:tcW w:type="dxa" w:w="4104"/>
            <w:vAlign w:val="center"/>
            <w:tcMar>
              <w:top w:w="42" w:type="dxa"/>
              <w:start w:w="50" w:type="dxa"/>
              <w:bottom w:w="42" w:type="dxa"/>
              <w:end w:w="50" w:type="dxa"/>
            </w:tcMar>
          </w:tcPr>
          <w:p>
            <w:pPr>
              <w:keepLines/>
            </w:pPr>
            <w:r>
              <w:rPr>
                <w:b w:val="0"/>
                <w:i w:val="0"/>
                <w:color w:val="111111"/>
                <w:sz w:val="14"/>
              </w:rPr>
              <w:t>Players repeat Jump Stop and Pivot Foundations with controlled stops, turns and balanced recovery. Add a ball only when movement is stable.</w:t>
            </w:r>
          </w:p>
        </w:tc>
        <w:tc>
          <w:tcPr>
            <w:tcW w:type="dxa" w:w="2563"/>
            <w:vAlign w:val="center"/>
            <w:tcMar>
              <w:top w:w="42" w:type="dxa"/>
              <w:start w:w="50" w:type="dxa"/>
              <w:bottom w:w="42" w:type="dxa"/>
              <w:end w:w="50" w:type="dxa"/>
            </w:tcMar>
          </w:tcPr>
          <w:p>
            <w:pPr>
              <w:keepLines/>
            </w:pPr>
            <w:r>
              <w:rPr>
                <w:b w:val="0"/>
                <w:i w:val="0"/>
                <w:color w:val="111111"/>
                <w:sz w:val="14"/>
              </w:rPr>
              <w:t>Pivoting and ball protection</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Partner Pass and Move</w:t>
            </w:r>
          </w:p>
        </w:tc>
        <w:tc>
          <w:tcPr>
            <w:tcW w:type="dxa" w:w="4104"/>
            <w:vAlign w:val="center"/>
            <w:tcMar>
              <w:top w:w="42" w:type="dxa"/>
              <w:start w:w="50" w:type="dxa"/>
              <w:bottom w:w="42" w:type="dxa"/>
              <w:end w:w="50" w:type="dxa"/>
            </w:tcMar>
          </w:tcPr>
          <w:p>
            <w:pPr>
              <w:keepLines/>
            </w:pPr>
            <w:r>
              <w:rPr>
                <w:b w:val="0"/>
                <w:i w:val="0"/>
                <w:color w:val="111111"/>
                <w:sz w:val="14"/>
              </w:rPr>
              <w:t>In Partner Pass and Move, players pass to a clear target, move or rotate as directed, and reset quickly. Emphasise accuracy before speed.</w:t>
            </w:r>
          </w:p>
        </w:tc>
        <w:tc>
          <w:tcPr>
            <w:tcW w:type="dxa" w:w="2563"/>
            <w:vAlign w:val="center"/>
            <w:tcMar>
              <w:top w:w="42" w:type="dxa"/>
              <w:start w:w="50" w:type="dxa"/>
              <w:bottom w:w="42" w:type="dxa"/>
              <w:end w:w="50" w:type="dxa"/>
            </w:tcMar>
          </w:tcPr>
          <w:p>
            <w:pPr>
              <w:keepLines/>
            </w:pPr>
            <w:r>
              <w:rPr>
                <w:b w:val="0"/>
                <w:i w:val="0"/>
                <w:color w:val="111111"/>
                <w:sz w:val="14"/>
              </w:rPr>
              <w:t>Passing accuracy and timing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3v3 End-Zone Welcome Game</w:t>
            </w:r>
          </w:p>
        </w:tc>
        <w:tc>
          <w:tcPr>
            <w:tcW w:type="dxa" w:w="4104"/>
            <w:vAlign w:val="center"/>
            <w:tcMar>
              <w:top w:w="42" w:type="dxa"/>
              <w:start w:w="50" w:type="dxa"/>
              <w:bottom w:w="42" w:type="dxa"/>
              <w:end w:w="50" w:type="dxa"/>
            </w:tcMar>
          </w:tcPr>
          <w:p>
            <w:pPr>
              <w:keepLines/>
            </w:pPr>
            <w:r>
              <w:rPr>
                <w:b w:val="0"/>
                <w:i w:val="0"/>
                <w:color w:val="111111"/>
                <w:sz w:val="14"/>
              </w:rPr>
              <w:t>Run 3v3 End-Zone Welcome Game in short rounds. Players apply the named skill or decision in live play, then rotate promptly so everyone receives repeated opportunities.</w:t>
            </w:r>
          </w:p>
        </w:tc>
        <w:tc>
          <w:tcPr>
            <w:tcW w:type="dxa" w:w="2563"/>
            <w:vAlign w:val="center"/>
            <w:tcMar>
              <w:top w:w="42" w:type="dxa"/>
              <w:start w:w="50" w:type="dxa"/>
              <w:bottom w:w="42" w:type="dxa"/>
              <w:end w:w="50" w:type="dxa"/>
            </w:tcMar>
          </w:tcPr>
          <w:p>
            <w:pPr>
              <w:keepLines/>
            </w:pPr>
            <w:r>
              <w:rPr>
                <w:b w:val="0"/>
                <w:i w:val="0"/>
                <w:color w:val="111111"/>
                <w:sz w:val="14"/>
              </w:rPr>
              <w:t>Small-sided game understanding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Academy Huddle Review</w:t>
            </w:r>
          </w:p>
        </w:tc>
        <w:tc>
          <w:tcPr>
            <w:tcW w:type="dxa" w:w="4104"/>
            <w:vAlign w:val="center"/>
            <w:tcMar>
              <w:top w:w="42" w:type="dxa"/>
              <w:start w:w="50" w:type="dxa"/>
              <w:bottom w:w="42" w:type="dxa"/>
              <w:end w:w="50" w:type="dxa"/>
            </w:tcMar>
          </w:tcPr>
          <w:p>
            <w:pPr>
              <w:keepLines/>
            </w:pPr>
            <w:r>
              <w:rPr>
                <w:b w:val="0"/>
                <w:i w:val="0"/>
                <w:color w:val="111111"/>
                <w:sz w:val="14"/>
              </w:rPr>
              <w:t>Use Academy Huddle Review to review the session briefly. Ask one focused question, recognise specific effort or teamwork, and finish positively.</w:t>
            </w:r>
          </w:p>
        </w:tc>
        <w:tc>
          <w:tcPr>
            <w:tcW w:type="dxa" w:w="2563"/>
            <w:vAlign w:val="center"/>
            <w:tcMar>
              <w:top w:w="42" w:type="dxa"/>
              <w:start w:w="50" w:type="dxa"/>
              <w:bottom w:w="42" w:type="dxa"/>
              <w:end w:w="50" w:type="dxa"/>
            </w:tcMar>
          </w:tcPr>
          <w:p>
            <w:pPr>
              <w:keepLines/>
            </w:pPr>
            <w:r>
              <w:rPr>
                <w:b w:val="0"/>
                <w:i w:val="0"/>
                <w:color w:val="111111"/>
                <w:sz w:val="14"/>
              </w:rPr>
              <w:t>Reflection and confidence</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Who needs help entering a group? Are players stopping under control and keeping their heads up?</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Use larger spaces, slower movement and stationary catches.</w:t>
              <w:br/>
              <w:t>Harder: Add direction changes and require a pass before scoring.</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Ready position, jump stop, pivot and spacing.</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helped your group start quickly?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Dynamic Court Tour</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organise players so everyone can start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Dynamic Court Tour in short active rounds. Demonstrate once, begin quickly and add one progression only when the group is ready.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see the space</w:t>
            </w:r>
          </w:p>
          <w:p>
            <w:pPr>
              <w:spacing w:after="0"/>
              <w:ind w:left="230" w:hanging="158"/>
              <w:keepLines/>
              <w:keepNext/>
            </w:pPr>
            <w:r>
              <w:rPr>
                <w:b/>
                <w:i w:val="0"/>
                <w:color w:val="0B5D4B"/>
                <w:sz w:val="14"/>
              </w:rPr>
              <w:t xml:space="preserve">• </w:t>
            </w:r>
            <w:r>
              <w:rPr>
                <w:b w:val="0"/>
                <w:i w:val="0"/>
                <w:color w:val="111111"/>
                <w:sz w:val="14"/>
              </w:rPr>
              <w:t>stay ready.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and reduce the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reaction cue or a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moving with control and understanding the purpose of the activity?</w:t>
            </w:r>
          </w:p>
          <w:p>
            <w:pPr>
              <w:spacing w:before="20" w:after="0"/>
              <w:keepLines/>
              <w:keepNext/>
            </w:pPr>
            <w:r>
              <w:rPr>
                <w:b/>
                <w:i w:val="0"/>
                <w:color w:val="F28C28"/>
                <w:sz w:val="14"/>
              </w:rPr>
              <w:t>SAFETY</w:t>
            </w:r>
          </w:p>
          <w:p>
            <w:pPr>
              <w:spacing w:after="0"/>
              <w:keepLines/>
            </w:pPr>
            <w:r>
              <w:rPr>
                <w:sz w:val="14"/>
              </w:rPr>
              <w:t>Keep boundaries clear and remove unused equipment from movement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Ball-Handling Discovery</w:t>
            </w:r>
          </w:p>
        </w:tc>
        <w:tc>
          <w:tcPr>
            <w:tcW w:type="dxa" w:w="5429"/>
            <w:shd w:fill="F28C28"/>
            <w:tcMar>
              <w:top w:w="62" w:type="dxa"/>
              <w:start w:w="82" w:type="dxa"/>
              <w:bottom w:w="62" w:type="dxa"/>
              <w:end w:w="82" w:type="dxa"/>
            </w:tcMar>
          </w:tcPr>
          <w:p>
            <w:pPr>
              <w:jc w:val="center"/>
              <w:keepLines/>
              <w:keepNext/>
            </w:pPr>
            <w:r>
              <w:rPr>
                <w:b/>
                <w:i w:val="0"/>
                <w:color w:val="FFFFFF"/>
                <w:sz w:val="15"/>
              </w:rPr>
              <w:t>8 min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Give each player a ball where possible and mark clear working lanes or gates.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perform Ball-Handling Discovery while maintaining control, scanning the space and recovering calmly after mistakes.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Fingertips</w:t>
            </w:r>
          </w:p>
          <w:p>
            <w:pPr>
              <w:spacing w:after="0"/>
              <w:ind w:left="230" w:hanging="158"/>
              <w:keepLines/>
              <w:keepNext/>
            </w:pPr>
            <w:r>
              <w:rPr>
                <w:b/>
                <w:i w:val="0"/>
                <w:color w:val="0B5D4B"/>
                <w:sz w:val="14"/>
              </w:rPr>
              <w:t xml:space="preserve">• </w:t>
            </w:r>
            <w:r>
              <w:rPr>
                <w:b w:val="0"/>
                <w:i w:val="0"/>
                <w:color w:val="111111"/>
                <w:sz w:val="14"/>
              </w:rPr>
              <w:t>eyes up</w:t>
            </w:r>
          </w:p>
          <w:p>
            <w:pPr>
              <w:spacing w:after="0"/>
              <w:ind w:left="230" w:hanging="158"/>
              <w:keepLines/>
              <w:keepNext/>
            </w:pPr>
            <w:r>
              <w:rPr>
                <w:b/>
                <w:i w:val="0"/>
                <w:color w:val="0B5D4B"/>
                <w:sz w:val="14"/>
              </w:rPr>
              <w:t xml:space="preserve">• </w:t>
            </w:r>
            <w:r>
              <w:rPr>
                <w:b w:val="0"/>
                <w:i w:val="0"/>
                <w:color w:val="111111"/>
                <w:sz w:val="14"/>
              </w:rPr>
              <w:t>push into space.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basketball per player; cones</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walking speed, wider lanes or stationary repetitions.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direction changes, pace changes, the weaker hand or light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ball controlled beside the body? Are players looking up and using both hands?</w:t>
            </w:r>
          </w:p>
          <w:p>
            <w:pPr>
              <w:spacing w:before="20" w:after="0"/>
              <w:keepLines/>
              <w:keepNext/>
            </w:pPr>
            <w:r>
              <w:rPr>
                <w:b/>
                <w:i w:val="0"/>
                <w:color w:val="F28C28"/>
                <w:sz w:val="14"/>
              </w:rPr>
              <w:t>SAFETY</w:t>
            </w:r>
          </w:p>
          <w:p>
            <w:pPr>
              <w:spacing w:after="0"/>
              <w:keepLines/>
            </w:pPr>
            <w:r>
              <w:rPr>
                <w:sz w:val="14"/>
              </w:rPr>
              <w:t>Keep adequate spacing and retrieve loose balls without crossing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Jump Stop and Pivot Foundations</w:t>
            </w:r>
          </w:p>
        </w:tc>
        <w:tc>
          <w:tcPr>
            <w:tcW w:type="dxa" w:w="5429"/>
            <w:shd w:fill="F28C28"/>
            <w:tcMar>
              <w:top w:w="62" w:type="dxa"/>
              <w:start w:w="82" w:type="dxa"/>
              <w:bottom w:w="62" w:type="dxa"/>
              <w:end w:w="82" w:type="dxa"/>
            </w:tcMar>
          </w:tcPr>
          <w:p>
            <w:pPr>
              <w:jc w:val="center"/>
              <w:keepLines/>
              <w:keepNext/>
            </w:pPr>
            <w:r>
              <w:rPr>
                <w:b/>
                <w:i w:val="0"/>
                <w:color w:val="FFFFFF"/>
                <w:sz w:val="15"/>
              </w:rPr>
              <w:t>10 min | Individual or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short movement lanes or boxes. Demonstrate the footwork slowly before increasing speed.</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repeat Jump Stop and Pivot Foundations with controlled stops, turns and balanced recovery. Add a ball only when movement is stable.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Soft knees</w:t>
            </w:r>
          </w:p>
          <w:p>
            <w:pPr>
              <w:spacing w:after="0"/>
              <w:ind w:left="230" w:hanging="158"/>
              <w:keepLines/>
              <w:keepNext/>
            </w:pPr>
            <w:r>
              <w:rPr>
                <w:b/>
                <w:i w:val="0"/>
                <w:color w:val="0B5D4B"/>
                <w:sz w:val="14"/>
              </w:rPr>
              <w:t xml:space="preserve">• </w:t>
            </w:r>
            <w:r>
              <w:rPr>
                <w:b w:val="0"/>
                <w:i w:val="0"/>
                <w:color w:val="111111"/>
                <w:sz w:val="14"/>
              </w:rPr>
              <w:t>control the stop</w:t>
            </w:r>
          </w:p>
          <w:p>
            <w:pPr>
              <w:spacing w:after="0"/>
              <w:ind w:left="230" w:hanging="158"/>
              <w:keepLines/>
              <w:keepNext/>
            </w:pPr>
            <w:r>
              <w:rPr>
                <w:b/>
                <w:i w:val="0"/>
                <w:color w:val="0B5D4B"/>
                <w:sz w:val="14"/>
              </w:rPr>
              <w:t xml:space="preserve">• </w:t>
            </w:r>
            <w:r>
              <w:rPr>
                <w:b w:val="0"/>
                <w:i w:val="0"/>
                <w:color w:val="111111"/>
                <w:sz w:val="14"/>
              </w:rPr>
              <w:t>hold your pivot.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where required</w:t>
            </w:r>
          </w:p>
          <w:p>
            <w:pPr>
              <w:spacing w:after="0"/>
              <w:ind w:left="230" w:hanging="158"/>
              <w:keepLines/>
              <w:keepNext/>
            </w:pPr>
            <w:r>
              <w:rPr>
                <w:b/>
                <w:i w:val="0"/>
                <w:color w:val="0B5D4B"/>
                <w:sz w:val="14"/>
              </w:rPr>
              <w:t xml:space="preserve">• </w:t>
            </w:r>
            <w:r>
              <w:rPr>
                <w:b w:val="0"/>
                <w:i w:val="0"/>
                <w:color w:val="111111"/>
                <w:sz w:val="14"/>
              </w:rPr>
              <w:t>Quarter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and distance or remove the ball.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direction cue or a live decision.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balanced after stopping? Are pivot feet staying established?</w:t>
            </w:r>
          </w:p>
          <w:p>
            <w:pPr>
              <w:spacing w:before="20" w:after="0"/>
              <w:keepLines/>
              <w:keepNext/>
            </w:pPr>
            <w:r>
              <w:rPr>
                <w:b/>
                <w:i w:val="0"/>
                <w:color w:val="F28C28"/>
                <w:sz w:val="14"/>
              </w:rPr>
              <w:t>SAFETY</w:t>
            </w:r>
          </w:p>
          <w:p>
            <w:pPr>
              <w:spacing w:after="0"/>
              <w:keepLines/>
            </w:pPr>
            <w:r>
              <w:rPr>
                <w:sz w:val="14"/>
              </w:rPr>
              <w:t>Use dry, non-slip space and avoid crowded turning areas.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Partner Pass and Move</w:t>
            </w:r>
          </w:p>
        </w:tc>
        <w:tc>
          <w:tcPr>
            <w:tcW w:type="dxa" w:w="5429"/>
            <w:shd w:fill="F28C28"/>
            <w:tcMar>
              <w:top w:w="62" w:type="dxa"/>
              <w:start w:w="82" w:type="dxa"/>
              <w:bottom w:w="62" w:type="dxa"/>
              <w:end w:w="82" w:type="dxa"/>
            </w:tcMar>
          </w:tcPr>
          <w:p>
            <w:pPr>
              <w:jc w:val="center"/>
              <w:keepLines/>
              <w:keepNext/>
            </w:pPr>
            <w:r>
              <w:rPr>
                <w:b/>
                <w:i w:val="0"/>
                <w:color w:val="FFFFFF"/>
                <w:sz w:val="15"/>
              </w:rPr>
              <w:t>12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players in pairs or small groups with enough distance for catchable passes and safe movement.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Partner Pass and Move, players pass to a clear target, move or rotate as directed, and reset quickly. Emphasise accuracy before speed.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Show hands</w:t>
            </w:r>
          </w:p>
          <w:p>
            <w:pPr>
              <w:spacing w:after="0"/>
              <w:ind w:left="230" w:hanging="158"/>
              <w:keepLines/>
              <w:keepNext/>
            </w:pPr>
            <w:r>
              <w:rPr>
                <w:b/>
                <w:i w:val="0"/>
                <w:color w:val="0B5D4B"/>
                <w:sz w:val="14"/>
              </w:rPr>
              <w:t xml:space="preserve">• </w:t>
            </w:r>
            <w:r>
              <w:rPr>
                <w:b w:val="0"/>
                <w:i w:val="0"/>
                <w:color w:val="111111"/>
                <w:sz w:val="14"/>
              </w:rPr>
              <w:t>step to target</w:t>
            </w:r>
          </w:p>
          <w:p>
            <w:pPr>
              <w:spacing w:after="0"/>
              <w:ind w:left="230" w:hanging="158"/>
              <w:keepLines/>
              <w:keepNext/>
            </w:pPr>
            <w:r>
              <w:rPr>
                <w:b/>
                <w:i w:val="0"/>
                <w:color w:val="0B5D4B"/>
                <w:sz w:val="14"/>
              </w:rPr>
              <w:t xml:space="preserve">• </w:t>
            </w:r>
            <w:r>
              <w:rPr>
                <w:b w:val="0"/>
                <w:i w:val="0"/>
                <w:color w:val="111111"/>
                <w:sz w:val="14"/>
              </w:rPr>
              <w:t>pass and move.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basketball per pair or group; cones</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Shorten the distance and remove defenders.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a passive defender, a time limit or a second pass.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passes catchable? Are receivers helping the passer by moving and showing a target?</w:t>
            </w:r>
          </w:p>
          <w:p>
            <w:pPr>
              <w:spacing w:before="20" w:after="0"/>
              <w:keepLines/>
              <w:keepNext/>
            </w:pPr>
            <w:r>
              <w:rPr>
                <w:b/>
                <w:i w:val="0"/>
                <w:color w:val="F28C28"/>
                <w:sz w:val="14"/>
              </w:rPr>
              <w:t>SAFETY</w:t>
            </w:r>
          </w:p>
          <w:p>
            <w:pPr>
              <w:spacing w:after="0"/>
              <w:keepLines/>
            </w:pPr>
            <w:r>
              <w:rPr>
                <w:sz w:val="14"/>
              </w:rPr>
              <w:t>Keep passing lanes separate and ensure players watch before crossing another group.</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3v3 End-Zone Welcome Game</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reduced playing area and organise players into small groups. Use clear starting spots and quick rotations.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3v3 End-Zone Welcome Game in short rounds.</w:t>
            </w:r>
          </w:p>
          <w:p>
            <w:pPr>
              <w:spacing w:after="0"/>
              <w:ind w:left="230" w:hanging="158"/>
              <w:keepLines/>
              <w:keepNext/>
            </w:pPr>
            <w:r>
              <w:rPr>
                <w:b/>
                <w:i w:val="0"/>
                <w:color w:val="0B5D4B"/>
                <w:sz w:val="14"/>
              </w:rPr>
              <w:t xml:space="preserve">• </w:t>
            </w:r>
            <w:r>
              <w:rPr>
                <w:b w:val="0"/>
                <w:i w:val="0"/>
                <w:color w:val="111111"/>
                <w:sz w:val="14"/>
              </w:rPr>
              <w:t>Players apply the named skill or decision in live play, then rotate promptly so everyone receives repeated opportunities.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space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defensive pressure or allow an extra dribble.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a recovering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making decisions rather than following a script? Is everyone receiving meaningful involvement?</w:t>
            </w:r>
          </w:p>
          <w:p>
            <w:pPr>
              <w:spacing w:before="20" w:after="0"/>
              <w:keepLines/>
              <w:keepNext/>
            </w:pPr>
            <w:r>
              <w:rPr>
                <w:b/>
                <w:i w:val="0"/>
                <w:color w:val="F28C28"/>
                <w:sz w:val="14"/>
              </w:rPr>
              <w:t>SAFETY</w:t>
            </w:r>
          </w:p>
          <w:p>
            <w:pPr>
              <w:spacing w:after="0"/>
              <w:keepLines/>
            </w:pPr>
            <w:r>
              <w:rPr>
                <w:sz w:val="14"/>
              </w:rPr>
              <w:t>Use controlled contact, clear boundaries and short rounds. Stop immediately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Academy Huddle Review</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in a clear area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Academy Huddle Review to review the session briefly. Ask one focused question, recognise specific effort or teamwork, and finish positively.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or one-word answer.</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quieter players given a chance to contribute? Is praise linked to behaviour and learning?</w:t>
            </w:r>
          </w:p>
          <w:p>
            <w:pPr>
              <w:spacing w:before="20" w:after="0"/>
              <w:keepLines/>
              <w:keepNext/>
            </w:pPr>
            <w:r>
              <w:rPr>
                <w:b/>
                <w:i w:val="0"/>
                <w:color w:val="F28C28"/>
                <w:sz w:val="14"/>
              </w:rPr>
              <w:t>SAFETY</w:t>
            </w:r>
          </w:p>
          <w:p>
            <w:pPr>
              <w:spacing w:after="0"/>
              <w:keepLines/>
            </w:pPr>
            <w:r>
              <w:rPr>
                <w:sz w:val="14"/>
              </w:rPr>
              <w:t>Keep the group clear of balls and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ACADEMY WEEK 2: BALANCE BEFORE SPEED</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Control acceleration, stopping and turning before adding pace.</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Choose control before speed.</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Use athletic stance; decelerate with balance; jump stop and stride stop; pivot without travelling.</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Mirror Movement with Stops</w:t>
            </w:r>
          </w:p>
        </w:tc>
        <w:tc>
          <w:tcPr>
            <w:tcW w:type="dxa" w:w="4104"/>
            <w:vAlign w:val="center"/>
            <w:tcMar>
              <w:top w:w="42" w:type="dxa"/>
              <w:start w:w="50" w:type="dxa"/>
              <w:bottom w:w="42" w:type="dxa"/>
              <w:end w:w="50" w:type="dxa"/>
            </w:tcMar>
          </w:tcPr>
          <w:p>
            <w:pPr>
              <w:keepLines/>
            </w:pPr>
            <w:r>
              <w:rPr>
                <w:b w:val="0"/>
                <w:i w:val="0"/>
                <w:color w:val="111111"/>
                <w:sz w:val="14"/>
              </w:rPr>
              <w:t>Players repeat Mirror Movement with Stops with controlled stops, turns and balanced recovery. Add a ball only when movement is stable.</w:t>
            </w:r>
          </w:p>
        </w:tc>
        <w:tc>
          <w:tcPr>
            <w:tcW w:type="dxa" w:w="2563"/>
            <w:vAlign w:val="center"/>
            <w:tcMar>
              <w:top w:w="42" w:type="dxa"/>
              <w:start w:w="50" w:type="dxa"/>
              <w:bottom w:w="42" w:type="dxa"/>
              <w:end w:w="50" w:type="dxa"/>
            </w:tcMar>
          </w:tcPr>
          <w:p>
            <w:pPr>
              <w:keepLines/>
            </w:pPr>
            <w:r>
              <w:rPr>
                <w:b w:val="0"/>
                <w:i w:val="0"/>
                <w:color w:val="111111"/>
                <w:sz w:val="14"/>
              </w:rPr>
              <w:t>Balance and footwork</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Low-High Dribble Rhythm</w:t>
            </w:r>
          </w:p>
        </w:tc>
        <w:tc>
          <w:tcPr>
            <w:tcW w:type="dxa" w:w="4104"/>
            <w:vAlign w:val="center"/>
            <w:tcMar>
              <w:top w:w="42" w:type="dxa"/>
              <w:start w:w="50" w:type="dxa"/>
              <w:bottom w:w="42" w:type="dxa"/>
              <w:end w:w="50" w:type="dxa"/>
            </w:tcMar>
          </w:tcPr>
          <w:p>
            <w:pPr>
              <w:keepLines/>
            </w:pPr>
            <w:r>
              <w:rPr>
                <w:b w:val="0"/>
                <w:i w:val="0"/>
                <w:color w:val="111111"/>
                <w:sz w:val="14"/>
              </w:rPr>
              <w:t>Players perform Low-High Dribble Rhythm while maintaining control, scanning the space and recovering calmly after mistakes.</w:t>
            </w:r>
          </w:p>
        </w:tc>
        <w:tc>
          <w:tcPr>
            <w:tcW w:type="dxa" w:w="2563"/>
            <w:vAlign w:val="center"/>
            <w:tcMar>
              <w:top w:w="42" w:type="dxa"/>
              <w:start w:w="50" w:type="dxa"/>
              <w:bottom w:w="42" w:type="dxa"/>
              <w:end w:w="50" w:type="dxa"/>
            </w:tcMar>
          </w:tcPr>
          <w:p>
            <w:pPr>
              <w:keepLines/>
            </w:pPr>
            <w:r>
              <w:rPr>
                <w:b w:val="0"/>
                <w:i w:val="0"/>
                <w:color w:val="111111"/>
                <w:sz w:val="14"/>
              </w:rPr>
              <w:t>Dribbling control and decision-making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Stop Series</w:t>
            </w:r>
          </w:p>
        </w:tc>
        <w:tc>
          <w:tcPr>
            <w:tcW w:type="dxa" w:w="4104"/>
            <w:vAlign w:val="center"/>
            <w:tcMar>
              <w:top w:w="42" w:type="dxa"/>
              <w:start w:w="50" w:type="dxa"/>
              <w:bottom w:w="42" w:type="dxa"/>
              <w:end w:w="50" w:type="dxa"/>
            </w:tcMar>
          </w:tcPr>
          <w:p>
            <w:pPr>
              <w:keepLines/>
            </w:pPr>
            <w:r>
              <w:rPr>
                <w:b w:val="0"/>
                <w:i w:val="0"/>
                <w:color w:val="111111"/>
                <w:sz w:val="14"/>
              </w:rPr>
              <w:t>Players repeat Stop Series with controlled stops, turns and balanced recovery. Add a ball only when movement is stable.</w:t>
            </w:r>
          </w:p>
        </w:tc>
        <w:tc>
          <w:tcPr>
            <w:tcW w:type="dxa" w:w="2563"/>
            <w:vAlign w:val="center"/>
            <w:tcMar>
              <w:top w:w="42" w:type="dxa"/>
              <w:start w:w="50" w:type="dxa"/>
              <w:bottom w:w="42" w:type="dxa"/>
              <w:end w:w="50" w:type="dxa"/>
            </w:tcMar>
          </w:tcPr>
          <w:p>
            <w:pPr>
              <w:keepLines/>
            </w:pPr>
            <w:r>
              <w:rPr>
                <w:b w:val="0"/>
                <w:i w:val="0"/>
                <w:color w:val="111111"/>
                <w:sz w:val="14"/>
              </w:rPr>
              <w:t>Balance and footwork</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Pivot Box</w:t>
            </w:r>
          </w:p>
        </w:tc>
        <w:tc>
          <w:tcPr>
            <w:tcW w:type="dxa" w:w="4104"/>
            <w:vAlign w:val="center"/>
            <w:tcMar>
              <w:top w:w="42" w:type="dxa"/>
              <w:start w:w="50" w:type="dxa"/>
              <w:bottom w:w="42" w:type="dxa"/>
              <w:end w:w="50" w:type="dxa"/>
            </w:tcMar>
          </w:tcPr>
          <w:p>
            <w:pPr>
              <w:keepLines/>
            </w:pPr>
            <w:r>
              <w:rPr>
                <w:b w:val="0"/>
                <w:i w:val="0"/>
                <w:color w:val="111111"/>
                <w:sz w:val="14"/>
              </w:rPr>
              <w:t>Players repeat Pivot Box with controlled stops, turns and balanced recovery. Add a ball only when movement is stable.</w:t>
            </w:r>
          </w:p>
        </w:tc>
        <w:tc>
          <w:tcPr>
            <w:tcW w:type="dxa" w:w="2563"/>
            <w:vAlign w:val="center"/>
            <w:tcMar>
              <w:top w:w="42" w:type="dxa"/>
              <w:start w:w="50" w:type="dxa"/>
              <w:bottom w:w="42" w:type="dxa"/>
              <w:end w:w="50" w:type="dxa"/>
            </w:tcMar>
          </w:tcPr>
          <w:p>
            <w:pPr>
              <w:keepLines/>
            </w:pPr>
            <w:r>
              <w:rPr>
                <w:b w:val="0"/>
                <w:i w:val="0"/>
                <w:color w:val="111111"/>
                <w:sz w:val="14"/>
              </w:rPr>
              <w:t>Pivoting and ball protection</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1v1 Stop-and-Go Lanes</w:t>
            </w:r>
          </w:p>
        </w:tc>
        <w:tc>
          <w:tcPr>
            <w:tcW w:type="dxa" w:w="4104"/>
            <w:vAlign w:val="center"/>
            <w:tcMar>
              <w:top w:w="42" w:type="dxa"/>
              <w:start w:w="50" w:type="dxa"/>
              <w:bottom w:w="42" w:type="dxa"/>
              <w:end w:w="50" w:type="dxa"/>
            </w:tcMar>
          </w:tcPr>
          <w:p>
            <w:pPr>
              <w:keepLines/>
            </w:pPr>
            <w:r>
              <w:rPr>
                <w:b w:val="0"/>
                <w:i w:val="0"/>
                <w:color w:val="111111"/>
                <w:sz w:val="14"/>
              </w:rPr>
              <w:t>Run 1v1 Stop-and-Go Lanes in short rounds. Players apply the named skill or decision in live play, then rotate promptly so everyone receives repeated opportunities.</w:t>
            </w:r>
          </w:p>
        </w:tc>
        <w:tc>
          <w:tcPr>
            <w:tcW w:type="dxa" w:w="2563"/>
            <w:vAlign w:val="center"/>
            <w:tcMar>
              <w:top w:w="42" w:type="dxa"/>
              <w:start w:w="50" w:type="dxa"/>
              <w:bottom w:w="42" w:type="dxa"/>
              <w:end w:w="50" w:type="dxa"/>
            </w:tcMar>
          </w:tcPr>
          <w:p>
            <w:pPr>
              <w:keepLines/>
            </w:pPr>
            <w:r>
              <w:rPr>
                <w:b w:val="0"/>
                <w:i w:val="0"/>
                <w:color w:val="111111"/>
                <w:sz w:val="14"/>
              </w:rPr>
              <w:t>Individual attack and defence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Balance Check-Out</w:t>
            </w:r>
          </w:p>
        </w:tc>
        <w:tc>
          <w:tcPr>
            <w:tcW w:type="dxa" w:w="4104"/>
            <w:vAlign w:val="center"/>
            <w:tcMar>
              <w:top w:w="42" w:type="dxa"/>
              <w:start w:w="50" w:type="dxa"/>
              <w:bottom w:w="42" w:type="dxa"/>
              <w:end w:w="50" w:type="dxa"/>
            </w:tcMar>
          </w:tcPr>
          <w:p>
            <w:pPr>
              <w:keepLines/>
            </w:pPr>
            <w:r>
              <w:rPr>
                <w:b w:val="0"/>
                <w:i w:val="0"/>
                <w:color w:val="111111"/>
                <w:sz w:val="14"/>
              </w:rPr>
              <w:t>Use Balance Check-Out to review the session briefly. Ask one focused question, recognise specific effort or teamwork, and finish positively.</w:t>
            </w:r>
          </w:p>
        </w:tc>
        <w:tc>
          <w:tcPr>
            <w:tcW w:type="dxa" w:w="2563"/>
            <w:vAlign w:val="center"/>
            <w:tcMar>
              <w:top w:w="42" w:type="dxa"/>
              <w:start w:w="50" w:type="dxa"/>
              <w:bottom w:w="42" w:type="dxa"/>
              <w:end w:w="50" w:type="dxa"/>
            </w:tcMar>
          </w:tcPr>
          <w:p>
            <w:pPr>
              <w:keepLines/>
            </w:pPr>
            <w:r>
              <w:rPr>
                <w:b w:val="0"/>
                <w:i w:val="0"/>
                <w:color w:val="111111"/>
                <w:sz w:val="14"/>
              </w:rPr>
              <w:t>Reflection and confidence</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arriving balanced? Do pivots stay on one foot without extra steps?</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Shorten distances and allow a pause before the next action.</w:t>
              <w:br/>
              <w:t>Harder: Add a ball and a live directional choice.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Athletic stance, stride stop, jump stop, pivot foot.</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When did slowing down help you?</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Mirror Movement with Stops</w:t>
            </w:r>
          </w:p>
        </w:tc>
        <w:tc>
          <w:tcPr>
            <w:tcW w:type="dxa" w:w="5429"/>
            <w:shd w:fill="F28C28"/>
            <w:tcMar>
              <w:top w:w="62" w:type="dxa"/>
              <w:start w:w="82" w:type="dxa"/>
              <w:bottom w:w="62" w:type="dxa"/>
              <w:end w:w="82" w:type="dxa"/>
            </w:tcMar>
          </w:tcPr>
          <w:p>
            <w:pPr>
              <w:jc w:val="center"/>
              <w:keepLines/>
              <w:keepNext/>
            </w:pPr>
            <w:r>
              <w:rPr>
                <w:b/>
                <w:i w:val="0"/>
                <w:color w:val="FFFFFF"/>
                <w:sz w:val="15"/>
              </w:rPr>
              <w:t>5 min | Individual or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short movement lanes or boxes. Demonstrate the footwork slowly before increasing speed.</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repeat Mirror Movement with Stops with controlled stops, turns and balanced recovery. Add a ball only when movement is stable.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Soft knees</w:t>
            </w:r>
          </w:p>
          <w:p>
            <w:pPr>
              <w:spacing w:after="0"/>
              <w:ind w:left="230" w:hanging="158"/>
              <w:keepLines/>
              <w:keepNext/>
            </w:pPr>
            <w:r>
              <w:rPr>
                <w:b/>
                <w:i w:val="0"/>
                <w:color w:val="0B5D4B"/>
                <w:sz w:val="14"/>
              </w:rPr>
              <w:t xml:space="preserve">• </w:t>
            </w:r>
            <w:r>
              <w:rPr>
                <w:b w:val="0"/>
                <w:i w:val="0"/>
                <w:color w:val="111111"/>
                <w:sz w:val="14"/>
              </w:rPr>
              <w:t>control the stop</w:t>
            </w:r>
          </w:p>
          <w:p>
            <w:pPr>
              <w:spacing w:after="0"/>
              <w:ind w:left="230" w:hanging="158"/>
              <w:keepLines/>
              <w:keepNext/>
            </w:pPr>
            <w:r>
              <w:rPr>
                <w:b/>
                <w:i w:val="0"/>
                <w:color w:val="0B5D4B"/>
                <w:sz w:val="14"/>
              </w:rPr>
              <w:t xml:space="preserve">• </w:t>
            </w:r>
            <w:r>
              <w:rPr>
                <w:b w:val="0"/>
                <w:i w:val="0"/>
                <w:color w:val="111111"/>
                <w:sz w:val="14"/>
              </w:rPr>
              <w:t>hold your pivot.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where required</w:t>
            </w:r>
          </w:p>
          <w:p>
            <w:pPr>
              <w:spacing w:after="0"/>
              <w:ind w:left="230" w:hanging="158"/>
              <w:keepLines/>
              <w:keepNext/>
            </w:pPr>
            <w:r>
              <w:rPr>
                <w:b/>
                <w:i w:val="0"/>
                <w:color w:val="0B5D4B"/>
                <w:sz w:val="14"/>
              </w:rPr>
              <w:t xml:space="preserve">• </w:t>
            </w:r>
            <w:r>
              <w:rPr>
                <w:b w:val="0"/>
                <w:i w:val="0"/>
                <w:color w:val="111111"/>
                <w:sz w:val="14"/>
              </w:rPr>
              <w:t>Quarter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and distance or remove the ball.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direction cue or a live decision.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balanced after stopping? Are pivot feet staying established?</w:t>
            </w:r>
          </w:p>
          <w:p>
            <w:pPr>
              <w:spacing w:before="20" w:after="0"/>
              <w:keepLines/>
              <w:keepNext/>
            </w:pPr>
            <w:r>
              <w:rPr>
                <w:b/>
                <w:i w:val="0"/>
                <w:color w:val="F28C28"/>
                <w:sz w:val="14"/>
              </w:rPr>
              <w:t>SAFETY</w:t>
            </w:r>
          </w:p>
          <w:p>
            <w:pPr>
              <w:spacing w:after="0"/>
              <w:keepLines/>
            </w:pPr>
            <w:r>
              <w:rPr>
                <w:sz w:val="14"/>
              </w:rPr>
              <w:t>Use dry, non-slip space and avoid crowded turning areas.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Low-High Dribble Rhythm</w:t>
            </w:r>
          </w:p>
        </w:tc>
        <w:tc>
          <w:tcPr>
            <w:tcW w:type="dxa" w:w="5429"/>
            <w:shd w:fill="F28C28"/>
            <w:tcMar>
              <w:top w:w="62" w:type="dxa"/>
              <w:start w:w="82" w:type="dxa"/>
              <w:bottom w:w="62" w:type="dxa"/>
              <w:end w:w="82" w:type="dxa"/>
            </w:tcMar>
          </w:tcPr>
          <w:p>
            <w:pPr>
              <w:jc w:val="center"/>
              <w:keepLines/>
              <w:keepNext/>
            </w:pPr>
            <w:r>
              <w:rPr>
                <w:b/>
                <w:i w:val="0"/>
                <w:color w:val="FFFFFF"/>
                <w:sz w:val="15"/>
              </w:rPr>
              <w:t>8 min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Give each player a ball where possible and mark clear working lanes or gates.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perform Low-High Dribble Rhythm while maintaining control, scanning the space and recovering calmly after mistakes.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Fingertips</w:t>
            </w:r>
          </w:p>
          <w:p>
            <w:pPr>
              <w:spacing w:after="0"/>
              <w:ind w:left="230" w:hanging="158"/>
              <w:keepLines/>
              <w:keepNext/>
            </w:pPr>
            <w:r>
              <w:rPr>
                <w:b/>
                <w:i w:val="0"/>
                <w:color w:val="0B5D4B"/>
                <w:sz w:val="14"/>
              </w:rPr>
              <w:t xml:space="preserve">• </w:t>
            </w:r>
            <w:r>
              <w:rPr>
                <w:b w:val="0"/>
                <w:i w:val="0"/>
                <w:color w:val="111111"/>
                <w:sz w:val="14"/>
              </w:rPr>
              <w:t>eyes up</w:t>
            </w:r>
          </w:p>
          <w:p>
            <w:pPr>
              <w:spacing w:after="0"/>
              <w:ind w:left="230" w:hanging="158"/>
              <w:keepLines/>
              <w:keepNext/>
            </w:pPr>
            <w:r>
              <w:rPr>
                <w:b/>
                <w:i w:val="0"/>
                <w:color w:val="0B5D4B"/>
                <w:sz w:val="14"/>
              </w:rPr>
              <w:t xml:space="preserve">• </w:t>
            </w:r>
            <w:r>
              <w:rPr>
                <w:b w:val="0"/>
                <w:i w:val="0"/>
                <w:color w:val="111111"/>
                <w:sz w:val="14"/>
              </w:rPr>
              <w:t>push into space.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basketball per player; cones</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walking speed, wider lanes or stationary repetitions.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direction changes, pace changes, the weaker hand or light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ball controlled beside the body? Are players looking up and using both hands?</w:t>
            </w:r>
          </w:p>
          <w:p>
            <w:pPr>
              <w:spacing w:before="20" w:after="0"/>
              <w:keepLines/>
              <w:keepNext/>
            </w:pPr>
            <w:r>
              <w:rPr>
                <w:b/>
                <w:i w:val="0"/>
                <w:color w:val="F28C28"/>
                <w:sz w:val="14"/>
              </w:rPr>
              <w:t>SAFETY</w:t>
            </w:r>
          </w:p>
          <w:p>
            <w:pPr>
              <w:spacing w:after="0"/>
              <w:keepLines/>
            </w:pPr>
            <w:r>
              <w:rPr>
                <w:sz w:val="14"/>
              </w:rPr>
              <w:t>Keep adequate spacing and retrieve loose balls without crossing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Stop Series</w:t>
            </w:r>
          </w:p>
        </w:tc>
        <w:tc>
          <w:tcPr>
            <w:tcW w:type="dxa" w:w="5429"/>
            <w:shd w:fill="F28C28"/>
            <w:tcMar>
              <w:top w:w="62" w:type="dxa"/>
              <w:start w:w="82" w:type="dxa"/>
              <w:bottom w:w="62" w:type="dxa"/>
              <w:end w:w="82" w:type="dxa"/>
            </w:tcMar>
          </w:tcPr>
          <w:p>
            <w:pPr>
              <w:jc w:val="center"/>
              <w:keepLines/>
              <w:keepNext/>
            </w:pPr>
            <w:r>
              <w:rPr>
                <w:b/>
                <w:i w:val="0"/>
                <w:color w:val="FFFFFF"/>
                <w:sz w:val="15"/>
              </w:rPr>
              <w:t>10 min | Individual or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short movement lanes or boxes. Demonstrate the footwork slowly before increasing speed.</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repeat Stop Series with controlled stops, turns and balanced recovery. Add a ball only when movement is stable.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Soft knees</w:t>
            </w:r>
          </w:p>
          <w:p>
            <w:pPr>
              <w:spacing w:after="0"/>
              <w:ind w:left="230" w:hanging="158"/>
              <w:keepLines/>
              <w:keepNext/>
            </w:pPr>
            <w:r>
              <w:rPr>
                <w:b/>
                <w:i w:val="0"/>
                <w:color w:val="0B5D4B"/>
                <w:sz w:val="14"/>
              </w:rPr>
              <w:t xml:space="preserve">• </w:t>
            </w:r>
            <w:r>
              <w:rPr>
                <w:b w:val="0"/>
                <w:i w:val="0"/>
                <w:color w:val="111111"/>
                <w:sz w:val="14"/>
              </w:rPr>
              <w:t>control the stop</w:t>
            </w:r>
          </w:p>
          <w:p>
            <w:pPr>
              <w:spacing w:after="0"/>
              <w:ind w:left="230" w:hanging="158"/>
              <w:keepLines/>
              <w:keepNext/>
            </w:pPr>
            <w:r>
              <w:rPr>
                <w:b/>
                <w:i w:val="0"/>
                <w:color w:val="0B5D4B"/>
                <w:sz w:val="14"/>
              </w:rPr>
              <w:t xml:space="preserve">• </w:t>
            </w:r>
            <w:r>
              <w:rPr>
                <w:b w:val="0"/>
                <w:i w:val="0"/>
                <w:color w:val="111111"/>
                <w:sz w:val="14"/>
              </w:rPr>
              <w:t>hold your pivot.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where required</w:t>
            </w:r>
          </w:p>
          <w:p>
            <w:pPr>
              <w:spacing w:after="0"/>
              <w:ind w:left="230" w:hanging="158"/>
              <w:keepLines/>
              <w:keepNext/>
            </w:pPr>
            <w:r>
              <w:rPr>
                <w:b/>
                <w:i w:val="0"/>
                <w:color w:val="0B5D4B"/>
                <w:sz w:val="14"/>
              </w:rPr>
              <w:t xml:space="preserve">• </w:t>
            </w:r>
            <w:r>
              <w:rPr>
                <w:b w:val="0"/>
                <w:i w:val="0"/>
                <w:color w:val="111111"/>
                <w:sz w:val="14"/>
              </w:rPr>
              <w:t>Quarter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and distance or remove the ball.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direction cue or a live decision.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balanced after stopping? Are pivot feet staying established?</w:t>
            </w:r>
          </w:p>
          <w:p>
            <w:pPr>
              <w:spacing w:before="20" w:after="0"/>
              <w:keepLines/>
              <w:keepNext/>
            </w:pPr>
            <w:r>
              <w:rPr>
                <w:b/>
                <w:i w:val="0"/>
                <w:color w:val="F28C28"/>
                <w:sz w:val="14"/>
              </w:rPr>
              <w:t>SAFETY</w:t>
            </w:r>
          </w:p>
          <w:p>
            <w:pPr>
              <w:spacing w:after="0"/>
              <w:keepLines/>
            </w:pPr>
            <w:r>
              <w:rPr>
                <w:sz w:val="14"/>
              </w:rPr>
              <w:t>Use dry, non-slip space and avoid crowded turning areas.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Pivot Box</w:t>
            </w:r>
          </w:p>
        </w:tc>
        <w:tc>
          <w:tcPr>
            <w:tcW w:type="dxa" w:w="5429"/>
            <w:shd w:fill="F28C28"/>
            <w:tcMar>
              <w:top w:w="62" w:type="dxa"/>
              <w:start w:w="82" w:type="dxa"/>
              <w:bottom w:w="62" w:type="dxa"/>
              <w:end w:w="82" w:type="dxa"/>
            </w:tcMar>
          </w:tcPr>
          <w:p>
            <w:pPr>
              <w:jc w:val="center"/>
              <w:keepLines/>
              <w:keepNext/>
            </w:pPr>
            <w:r>
              <w:rPr>
                <w:b/>
                <w:i w:val="0"/>
                <w:color w:val="FFFFFF"/>
                <w:sz w:val="15"/>
              </w:rPr>
              <w:t>12 min | Individual or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short movement lanes or boxes. Demonstrate the footwork slowly before increasing speed.</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repeat Pivot Box with controlled stops, turns and balanced recovery. Add a ball only when movement is stable.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Soft knees</w:t>
            </w:r>
          </w:p>
          <w:p>
            <w:pPr>
              <w:spacing w:after="0"/>
              <w:ind w:left="230" w:hanging="158"/>
              <w:keepLines/>
              <w:keepNext/>
            </w:pPr>
            <w:r>
              <w:rPr>
                <w:b/>
                <w:i w:val="0"/>
                <w:color w:val="0B5D4B"/>
                <w:sz w:val="14"/>
              </w:rPr>
              <w:t xml:space="preserve">• </w:t>
            </w:r>
            <w:r>
              <w:rPr>
                <w:b w:val="0"/>
                <w:i w:val="0"/>
                <w:color w:val="111111"/>
                <w:sz w:val="14"/>
              </w:rPr>
              <w:t>control the stop</w:t>
            </w:r>
          </w:p>
          <w:p>
            <w:pPr>
              <w:spacing w:after="0"/>
              <w:ind w:left="230" w:hanging="158"/>
              <w:keepLines/>
              <w:keepNext/>
            </w:pPr>
            <w:r>
              <w:rPr>
                <w:b/>
                <w:i w:val="0"/>
                <w:color w:val="0B5D4B"/>
                <w:sz w:val="14"/>
              </w:rPr>
              <w:t xml:space="preserve">• </w:t>
            </w:r>
            <w:r>
              <w:rPr>
                <w:b w:val="0"/>
                <w:i w:val="0"/>
                <w:color w:val="111111"/>
                <w:sz w:val="14"/>
              </w:rPr>
              <w:t>hold your pivot.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where required</w:t>
            </w:r>
          </w:p>
          <w:p>
            <w:pPr>
              <w:spacing w:after="0"/>
              <w:ind w:left="230" w:hanging="158"/>
              <w:keepLines/>
              <w:keepNext/>
            </w:pPr>
            <w:r>
              <w:rPr>
                <w:b/>
                <w:i w:val="0"/>
                <w:color w:val="0B5D4B"/>
                <w:sz w:val="14"/>
              </w:rPr>
              <w:t xml:space="preserve">• </w:t>
            </w:r>
            <w:r>
              <w:rPr>
                <w:b w:val="0"/>
                <w:i w:val="0"/>
                <w:color w:val="111111"/>
                <w:sz w:val="14"/>
              </w:rPr>
              <w:t>Quarter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and distance or remove the ball.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direction cue or a live decision.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balanced after stopping? Are pivot feet staying established?</w:t>
            </w:r>
          </w:p>
          <w:p>
            <w:pPr>
              <w:spacing w:before="20" w:after="0"/>
              <w:keepLines/>
              <w:keepNext/>
            </w:pPr>
            <w:r>
              <w:rPr>
                <w:b/>
                <w:i w:val="0"/>
                <w:color w:val="F28C28"/>
                <w:sz w:val="14"/>
              </w:rPr>
              <w:t>SAFETY</w:t>
            </w:r>
          </w:p>
          <w:p>
            <w:pPr>
              <w:spacing w:after="0"/>
              <w:keepLines/>
            </w:pPr>
            <w:r>
              <w:rPr>
                <w:sz w:val="14"/>
              </w:rPr>
              <w:t>Use dry, non-slip space and avoid crowded turning areas.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1v1 Stop-and-Go Lanes</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reduced playing area and organise players into small groups. Use clear starting spots and quick rotations.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1v1 Stop-and-Go Lanes in short rounds.</w:t>
            </w:r>
          </w:p>
          <w:p>
            <w:pPr>
              <w:spacing w:after="0"/>
              <w:ind w:left="230" w:hanging="158"/>
              <w:keepLines/>
              <w:keepNext/>
            </w:pPr>
            <w:r>
              <w:rPr>
                <w:b/>
                <w:i w:val="0"/>
                <w:color w:val="0B5D4B"/>
                <w:sz w:val="14"/>
              </w:rPr>
              <w:t xml:space="preserve">• </w:t>
            </w:r>
            <w:r>
              <w:rPr>
                <w:b w:val="0"/>
                <w:i w:val="0"/>
                <w:color w:val="111111"/>
                <w:sz w:val="14"/>
              </w:rPr>
              <w:t>Players apply the named skill or decision in live play, then rotate promptly so everyone receives repeated opportunities.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space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defensive pressure or allow an extra dribble.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a recovering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making decisions rather than following a script? Is everyone receiving meaningful involvement?</w:t>
            </w:r>
          </w:p>
          <w:p>
            <w:pPr>
              <w:spacing w:before="20" w:after="0"/>
              <w:keepLines/>
              <w:keepNext/>
            </w:pPr>
            <w:r>
              <w:rPr>
                <w:b/>
                <w:i w:val="0"/>
                <w:color w:val="F28C28"/>
                <w:sz w:val="14"/>
              </w:rPr>
              <w:t>SAFETY</w:t>
            </w:r>
          </w:p>
          <w:p>
            <w:pPr>
              <w:spacing w:after="0"/>
              <w:keepLines/>
            </w:pPr>
            <w:r>
              <w:rPr>
                <w:sz w:val="14"/>
              </w:rPr>
              <w:t>Use controlled contact, clear boundaries and short rounds. Stop immediately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Balance Check-Out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in a clear area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Balance Check-Out to review the session briefly. Ask one focused question, recognise specific effort or teamwork, and finish positively.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or one-word answer.</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quieter players given a chance to contribute? Is praise linked to behaviour and learning?</w:t>
            </w:r>
          </w:p>
          <w:p>
            <w:pPr>
              <w:spacing w:before="20" w:after="0"/>
              <w:keepLines/>
              <w:keepNext/>
            </w:pPr>
            <w:r>
              <w:rPr>
                <w:b/>
                <w:i w:val="0"/>
                <w:color w:val="F28C28"/>
                <w:sz w:val="14"/>
              </w:rPr>
              <w:t>SAFETY</w:t>
            </w:r>
          </w:p>
          <w:p>
            <w:pPr>
              <w:spacing w:after="0"/>
              <w:keepLines/>
            </w:pPr>
            <w:r>
              <w:rPr>
                <w:sz w:val="14"/>
              </w:rPr>
              <w:t>Keep the group clear of balls and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ACADEMY WEEK 3: DRIBBLE WITH PURPOSE</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Move the ball under control while looking for space.</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Stay patient when control breaks down.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Use fingertips; keep the ball beside the body; change pace; look up between bounces; stop and restart.</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Traffic Lights Plus</w:t>
            </w:r>
          </w:p>
        </w:tc>
        <w:tc>
          <w:tcPr>
            <w:tcW w:type="dxa" w:w="4104"/>
            <w:vAlign w:val="center"/>
            <w:tcMar>
              <w:top w:w="42" w:type="dxa"/>
              <w:start w:w="50" w:type="dxa"/>
              <w:bottom w:w="42" w:type="dxa"/>
              <w:end w:w="50" w:type="dxa"/>
            </w:tcMar>
          </w:tcPr>
          <w:p>
            <w:pPr>
              <w:keepLines/>
            </w:pPr>
            <w:r>
              <w:rPr>
                <w:b w:val="0"/>
                <w:i w:val="0"/>
                <w:color w:val="111111"/>
                <w:sz w:val="14"/>
              </w:rPr>
              <w:t>Players complete Traffic Lights Plus in short active rounds. Demonstrate once, begin quickly and add one progression only when the group is ready.</w:t>
            </w:r>
          </w:p>
        </w:tc>
        <w:tc>
          <w:tcPr>
            <w:tcW w:type="dxa" w:w="2563"/>
            <w:vAlign w:val="center"/>
            <w:tcMar>
              <w:top w:w="42" w:type="dxa"/>
              <w:start w:w="50" w:type="dxa"/>
              <w:bottom w:w="42" w:type="dxa"/>
              <w:end w:w="50" w:type="dxa"/>
            </w:tcMar>
          </w:tcPr>
          <w:p>
            <w:pPr>
              <w:keepLines/>
            </w:pPr>
            <w:r>
              <w:rPr>
                <w:b w:val="0"/>
                <w:i w:val="0"/>
                <w:color w:val="111111"/>
                <w:sz w:val="14"/>
              </w:rPr>
              <w:t>Team play</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Pound-Crossover Series</w:t>
            </w:r>
          </w:p>
        </w:tc>
        <w:tc>
          <w:tcPr>
            <w:tcW w:type="dxa" w:w="4104"/>
            <w:vAlign w:val="center"/>
            <w:tcMar>
              <w:top w:w="42" w:type="dxa"/>
              <w:start w:w="50" w:type="dxa"/>
              <w:bottom w:w="42" w:type="dxa"/>
              <w:end w:w="50" w:type="dxa"/>
            </w:tcMar>
          </w:tcPr>
          <w:p>
            <w:pPr>
              <w:keepLines/>
            </w:pPr>
            <w:r>
              <w:rPr>
                <w:b w:val="0"/>
                <w:i w:val="0"/>
                <w:color w:val="111111"/>
                <w:sz w:val="14"/>
              </w:rPr>
              <w:t>Players perform Pound-Crossover Series while maintaining control, scanning the space and recovering calmly after mistakes.</w:t>
            </w:r>
          </w:p>
        </w:tc>
        <w:tc>
          <w:tcPr>
            <w:tcW w:type="dxa" w:w="2563"/>
            <w:vAlign w:val="center"/>
            <w:tcMar>
              <w:top w:w="42" w:type="dxa"/>
              <w:start w:w="50" w:type="dxa"/>
              <w:bottom w:w="42" w:type="dxa"/>
              <w:end w:w="50" w:type="dxa"/>
            </w:tcMar>
          </w:tcPr>
          <w:p>
            <w:pPr>
              <w:keepLines/>
            </w:pPr>
            <w:r>
              <w:rPr>
                <w:b w:val="0"/>
                <w:i w:val="0"/>
                <w:color w:val="111111"/>
                <w:sz w:val="14"/>
              </w:rPr>
              <w:t>Change of direction</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Dribble Lane Control</w:t>
            </w:r>
          </w:p>
        </w:tc>
        <w:tc>
          <w:tcPr>
            <w:tcW w:type="dxa" w:w="4104"/>
            <w:vAlign w:val="center"/>
            <w:tcMar>
              <w:top w:w="42" w:type="dxa"/>
              <w:start w:w="50" w:type="dxa"/>
              <w:bottom w:w="42" w:type="dxa"/>
              <w:end w:w="50" w:type="dxa"/>
            </w:tcMar>
          </w:tcPr>
          <w:p>
            <w:pPr>
              <w:keepLines/>
            </w:pPr>
            <w:r>
              <w:rPr>
                <w:b w:val="0"/>
                <w:i w:val="0"/>
                <w:color w:val="111111"/>
                <w:sz w:val="14"/>
              </w:rPr>
              <w:t>Players perform Dribble Lane Control while maintaining control, scanning the space and recovering calmly after mistakes.</w:t>
            </w:r>
          </w:p>
        </w:tc>
        <w:tc>
          <w:tcPr>
            <w:tcW w:type="dxa" w:w="2563"/>
            <w:vAlign w:val="center"/>
            <w:tcMar>
              <w:top w:w="42" w:type="dxa"/>
              <w:start w:w="50" w:type="dxa"/>
              <w:bottom w:w="42" w:type="dxa"/>
              <w:end w:w="50" w:type="dxa"/>
            </w:tcMar>
          </w:tcPr>
          <w:p>
            <w:pPr>
              <w:keepLines/>
            </w:pPr>
            <w:r>
              <w:rPr>
                <w:b w:val="0"/>
                <w:i w:val="0"/>
                <w:color w:val="111111"/>
                <w:sz w:val="14"/>
              </w:rPr>
              <w:t>Dribbling control and decision-making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Change-of-Pace Gates</w:t>
            </w:r>
          </w:p>
        </w:tc>
        <w:tc>
          <w:tcPr>
            <w:tcW w:type="dxa" w:w="4104"/>
            <w:vAlign w:val="center"/>
            <w:tcMar>
              <w:top w:w="42" w:type="dxa"/>
              <w:start w:w="50" w:type="dxa"/>
              <w:bottom w:w="42" w:type="dxa"/>
              <w:end w:w="50" w:type="dxa"/>
            </w:tcMar>
          </w:tcPr>
          <w:p>
            <w:pPr>
              <w:keepLines/>
            </w:pPr>
            <w:r>
              <w:rPr>
                <w:b w:val="0"/>
                <w:i w:val="0"/>
                <w:color w:val="111111"/>
                <w:sz w:val="14"/>
              </w:rPr>
              <w:t>Players complete Change-of-Pace Gates in short active rounds. Demonstrate once, begin quickly and add one progression only when the group is ready.</w:t>
            </w:r>
          </w:p>
        </w:tc>
        <w:tc>
          <w:tcPr>
            <w:tcW w:type="dxa" w:w="2563"/>
            <w:vAlign w:val="center"/>
            <w:tcMar>
              <w:top w:w="42" w:type="dxa"/>
              <w:start w:w="50" w:type="dxa"/>
              <w:bottom w:w="42" w:type="dxa"/>
              <w:end w:w="50" w:type="dxa"/>
            </w:tcMar>
          </w:tcPr>
          <w:p>
            <w:pPr>
              <w:keepLines/>
            </w:pPr>
            <w:r>
              <w:rPr>
                <w:b w:val="0"/>
                <w:i w:val="0"/>
                <w:color w:val="111111"/>
                <w:sz w:val="14"/>
              </w:rPr>
              <w:t>Team play</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1v1 Dribble to Space</w:t>
            </w:r>
          </w:p>
        </w:tc>
        <w:tc>
          <w:tcPr>
            <w:tcW w:type="dxa" w:w="4104"/>
            <w:vAlign w:val="center"/>
            <w:tcMar>
              <w:top w:w="42" w:type="dxa"/>
              <w:start w:w="50" w:type="dxa"/>
              <w:bottom w:w="42" w:type="dxa"/>
              <w:end w:w="50" w:type="dxa"/>
            </w:tcMar>
          </w:tcPr>
          <w:p>
            <w:pPr>
              <w:keepLines/>
            </w:pPr>
            <w:r>
              <w:rPr>
                <w:b w:val="0"/>
                <w:i w:val="0"/>
                <w:color w:val="111111"/>
                <w:sz w:val="14"/>
              </w:rPr>
              <w:t>Run 1v1 Dribble to Space in short rounds. Players apply the named skill or decision in live play, then rotate promptly so everyone receives repeated opportunities.</w:t>
            </w:r>
          </w:p>
        </w:tc>
        <w:tc>
          <w:tcPr>
            <w:tcW w:type="dxa" w:w="2563"/>
            <w:vAlign w:val="center"/>
            <w:tcMar>
              <w:top w:w="42" w:type="dxa"/>
              <w:start w:w="50" w:type="dxa"/>
              <w:bottom w:w="42" w:type="dxa"/>
              <w:end w:w="50" w:type="dxa"/>
            </w:tcMar>
          </w:tcPr>
          <w:p>
            <w:pPr>
              <w:keepLines/>
            </w:pPr>
            <w:r>
              <w:rPr>
                <w:b w:val="0"/>
                <w:i w:val="0"/>
                <w:color w:val="111111"/>
                <w:sz w:val="14"/>
              </w:rPr>
              <w:t>Dribbling control and decision-making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Recovery Huddle</w:t>
            </w:r>
          </w:p>
        </w:tc>
        <w:tc>
          <w:tcPr>
            <w:tcW w:type="dxa" w:w="4104"/>
            <w:vAlign w:val="center"/>
            <w:tcMar>
              <w:top w:w="42" w:type="dxa"/>
              <w:start w:w="50" w:type="dxa"/>
              <w:bottom w:w="42" w:type="dxa"/>
              <w:end w:w="50" w:type="dxa"/>
            </w:tcMar>
          </w:tcPr>
          <w:p>
            <w:pPr>
              <w:keepLines/>
            </w:pPr>
            <w:r>
              <w:rPr>
                <w:b w:val="0"/>
                <w:i w:val="0"/>
                <w:color w:val="111111"/>
                <w:sz w:val="14"/>
              </w:rPr>
              <w:t>Use Recovery Huddle to review the session briefly. Ask one focused question, recognise specific effort or teamwork, and finish positively.</w:t>
            </w:r>
          </w:p>
        </w:tc>
        <w:tc>
          <w:tcPr>
            <w:tcW w:type="dxa" w:w="2563"/>
            <w:vAlign w:val="center"/>
            <w:tcMar>
              <w:top w:w="42" w:type="dxa"/>
              <w:start w:w="50" w:type="dxa"/>
              <w:bottom w:w="42" w:type="dxa"/>
              <w:end w:w="50" w:type="dxa"/>
            </w:tcMar>
          </w:tcPr>
          <w:p>
            <w:pPr>
              <w:keepLines/>
            </w:pPr>
            <w:r>
              <w:rPr>
                <w:b w:val="0"/>
                <w:i w:val="0"/>
                <w:color w:val="111111"/>
                <w:sz w:val="14"/>
              </w:rPr>
              <w:t>Resilience and next-play response</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Who looks up? Who chases the ball rather than recovering calmly?</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Use walking speed and wider lanes.</w:t>
              <w:br/>
              <w:t>Harder: Add a defender shadow and hand changes.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Control dribble, speed dribble, change of pace.</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made your dribble useful?</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Traffic Lights Plus</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organise players so everyone can start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Traffic Lights Plus in short active rounds. Demonstrate once, begin quickly and add one progression only when the group is ready.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see the space</w:t>
            </w:r>
          </w:p>
          <w:p>
            <w:pPr>
              <w:spacing w:after="0"/>
              <w:ind w:left="230" w:hanging="158"/>
              <w:keepLines/>
              <w:keepNext/>
            </w:pPr>
            <w:r>
              <w:rPr>
                <w:b/>
                <w:i w:val="0"/>
                <w:color w:val="0B5D4B"/>
                <w:sz w:val="14"/>
              </w:rPr>
              <w:t xml:space="preserve">• </w:t>
            </w:r>
            <w:r>
              <w:rPr>
                <w:b w:val="0"/>
                <w:i w:val="0"/>
                <w:color w:val="111111"/>
                <w:sz w:val="14"/>
              </w:rPr>
              <w:t>stay ready.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and reduce the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reaction cue or a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moving with control and understanding the purpose of the activity?</w:t>
            </w:r>
          </w:p>
          <w:p>
            <w:pPr>
              <w:spacing w:before="20" w:after="0"/>
              <w:keepLines/>
              <w:keepNext/>
            </w:pPr>
            <w:r>
              <w:rPr>
                <w:b/>
                <w:i w:val="0"/>
                <w:color w:val="F28C28"/>
                <w:sz w:val="14"/>
              </w:rPr>
              <w:t>SAFETY</w:t>
            </w:r>
          </w:p>
          <w:p>
            <w:pPr>
              <w:spacing w:after="0"/>
              <w:keepLines/>
            </w:pPr>
            <w:r>
              <w:rPr>
                <w:sz w:val="14"/>
              </w:rPr>
              <w:t>Keep boundaries clear and remove unused equipment from movement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Pound-Crossover Series</w:t>
            </w:r>
          </w:p>
        </w:tc>
        <w:tc>
          <w:tcPr>
            <w:tcW w:type="dxa" w:w="5429"/>
            <w:shd w:fill="F28C28"/>
            <w:tcMar>
              <w:top w:w="62" w:type="dxa"/>
              <w:start w:w="82" w:type="dxa"/>
              <w:bottom w:w="62" w:type="dxa"/>
              <w:end w:w="82" w:type="dxa"/>
            </w:tcMar>
          </w:tcPr>
          <w:p>
            <w:pPr>
              <w:jc w:val="center"/>
              <w:keepLines/>
              <w:keepNext/>
            </w:pPr>
            <w:r>
              <w:rPr>
                <w:b/>
                <w:i w:val="0"/>
                <w:color w:val="FFFFFF"/>
                <w:sz w:val="15"/>
              </w:rPr>
              <w:t>8 min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Give each player a ball where possible and mark clear working lanes or gates.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perform Pound-Crossover Series while maintaining control, scanning the space and recovering calmly after mistakes.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Fingertips</w:t>
            </w:r>
          </w:p>
          <w:p>
            <w:pPr>
              <w:spacing w:after="0"/>
              <w:ind w:left="230" w:hanging="158"/>
              <w:keepLines/>
              <w:keepNext/>
            </w:pPr>
            <w:r>
              <w:rPr>
                <w:b/>
                <w:i w:val="0"/>
                <w:color w:val="0B5D4B"/>
                <w:sz w:val="14"/>
              </w:rPr>
              <w:t xml:space="preserve">• </w:t>
            </w:r>
            <w:r>
              <w:rPr>
                <w:b w:val="0"/>
                <w:i w:val="0"/>
                <w:color w:val="111111"/>
                <w:sz w:val="14"/>
              </w:rPr>
              <w:t>eyes up</w:t>
            </w:r>
          </w:p>
          <w:p>
            <w:pPr>
              <w:spacing w:after="0"/>
              <w:ind w:left="230" w:hanging="158"/>
              <w:keepLines/>
              <w:keepNext/>
            </w:pPr>
            <w:r>
              <w:rPr>
                <w:b/>
                <w:i w:val="0"/>
                <w:color w:val="0B5D4B"/>
                <w:sz w:val="14"/>
              </w:rPr>
              <w:t xml:space="preserve">• </w:t>
            </w:r>
            <w:r>
              <w:rPr>
                <w:b w:val="0"/>
                <w:i w:val="0"/>
                <w:color w:val="111111"/>
                <w:sz w:val="14"/>
              </w:rPr>
              <w:t>push into space.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basketball per player; cones</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walking speed, wider lanes or stationary repetitions.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direction changes, pace changes, the weaker hand or light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ball controlled beside the body? Are players looking up and using both hands?</w:t>
            </w:r>
          </w:p>
          <w:p>
            <w:pPr>
              <w:spacing w:before="20" w:after="0"/>
              <w:keepLines/>
              <w:keepNext/>
            </w:pPr>
            <w:r>
              <w:rPr>
                <w:b/>
                <w:i w:val="0"/>
                <w:color w:val="F28C28"/>
                <w:sz w:val="14"/>
              </w:rPr>
              <w:t>SAFETY</w:t>
            </w:r>
          </w:p>
          <w:p>
            <w:pPr>
              <w:spacing w:after="0"/>
              <w:keepLines/>
            </w:pPr>
            <w:r>
              <w:rPr>
                <w:sz w:val="14"/>
              </w:rPr>
              <w:t>Keep adequate spacing and retrieve loose balls without crossing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Dribble Lane Control</w:t>
            </w:r>
          </w:p>
        </w:tc>
        <w:tc>
          <w:tcPr>
            <w:tcW w:type="dxa" w:w="5429"/>
            <w:shd w:fill="F28C28"/>
            <w:tcMar>
              <w:top w:w="62" w:type="dxa"/>
              <w:start w:w="82" w:type="dxa"/>
              <w:bottom w:w="62" w:type="dxa"/>
              <w:end w:w="82" w:type="dxa"/>
            </w:tcMar>
          </w:tcPr>
          <w:p>
            <w:pPr>
              <w:jc w:val="center"/>
              <w:keepLines/>
              <w:keepNext/>
            </w:pPr>
            <w:r>
              <w:rPr>
                <w:b/>
                <w:i w:val="0"/>
                <w:color w:val="FFFFFF"/>
                <w:sz w:val="15"/>
              </w:rPr>
              <w:t>10 min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Give each player a ball where possible and mark clear working lanes or gates.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perform Dribble Lane Control while maintaining control, scanning the space and recovering calmly after mistakes.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Fingertips</w:t>
            </w:r>
          </w:p>
          <w:p>
            <w:pPr>
              <w:spacing w:after="0"/>
              <w:ind w:left="230" w:hanging="158"/>
              <w:keepLines/>
              <w:keepNext/>
            </w:pPr>
            <w:r>
              <w:rPr>
                <w:b/>
                <w:i w:val="0"/>
                <w:color w:val="0B5D4B"/>
                <w:sz w:val="14"/>
              </w:rPr>
              <w:t xml:space="preserve">• </w:t>
            </w:r>
            <w:r>
              <w:rPr>
                <w:b w:val="0"/>
                <w:i w:val="0"/>
                <w:color w:val="111111"/>
                <w:sz w:val="14"/>
              </w:rPr>
              <w:t>eyes up</w:t>
            </w:r>
          </w:p>
          <w:p>
            <w:pPr>
              <w:spacing w:after="0"/>
              <w:ind w:left="230" w:hanging="158"/>
              <w:keepLines/>
              <w:keepNext/>
            </w:pPr>
            <w:r>
              <w:rPr>
                <w:b/>
                <w:i w:val="0"/>
                <w:color w:val="0B5D4B"/>
                <w:sz w:val="14"/>
              </w:rPr>
              <w:t xml:space="preserve">• </w:t>
            </w:r>
            <w:r>
              <w:rPr>
                <w:b w:val="0"/>
                <w:i w:val="0"/>
                <w:color w:val="111111"/>
                <w:sz w:val="14"/>
              </w:rPr>
              <w:t>push into space.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basketball per player; cones</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walking speed, wider lanes or stationary repetitions.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direction changes, pace changes, the weaker hand or light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ball controlled beside the body? Are players looking up and using both hands?</w:t>
            </w:r>
          </w:p>
          <w:p>
            <w:pPr>
              <w:spacing w:before="20" w:after="0"/>
              <w:keepLines/>
              <w:keepNext/>
            </w:pPr>
            <w:r>
              <w:rPr>
                <w:b/>
                <w:i w:val="0"/>
                <w:color w:val="F28C28"/>
                <w:sz w:val="14"/>
              </w:rPr>
              <w:t>SAFETY</w:t>
            </w:r>
          </w:p>
          <w:p>
            <w:pPr>
              <w:spacing w:after="0"/>
              <w:keepLines/>
            </w:pPr>
            <w:r>
              <w:rPr>
                <w:sz w:val="14"/>
              </w:rPr>
              <w:t>Keep adequate spacing and retrieve loose balls without crossing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Change-of-Pace Gates</w:t>
            </w:r>
          </w:p>
        </w:tc>
        <w:tc>
          <w:tcPr>
            <w:tcW w:type="dxa" w:w="5429"/>
            <w:shd w:fill="F28C28"/>
            <w:tcMar>
              <w:top w:w="62" w:type="dxa"/>
              <w:start w:w="82" w:type="dxa"/>
              <w:bottom w:w="62" w:type="dxa"/>
              <w:end w:w="82" w:type="dxa"/>
            </w:tcMar>
          </w:tcPr>
          <w:p>
            <w:pPr>
              <w:jc w:val="center"/>
              <w:keepLines/>
              <w:keepNext/>
            </w:pPr>
            <w:r>
              <w:rPr>
                <w:b/>
                <w:i w:val="0"/>
                <w:color w:val="FFFFFF"/>
                <w:sz w:val="15"/>
              </w:rPr>
              <w:t>12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organise players so everyone can start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Change-of-Pace Gates in short active rounds. Demonstrate once, begin quickly and add one progression only when the group is ready.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see the space</w:t>
            </w:r>
          </w:p>
          <w:p>
            <w:pPr>
              <w:spacing w:after="0"/>
              <w:ind w:left="230" w:hanging="158"/>
              <w:keepLines/>
              <w:keepNext/>
            </w:pPr>
            <w:r>
              <w:rPr>
                <w:b/>
                <w:i w:val="0"/>
                <w:color w:val="0B5D4B"/>
                <w:sz w:val="14"/>
              </w:rPr>
              <w:t xml:space="preserve">• </w:t>
            </w:r>
            <w:r>
              <w:rPr>
                <w:b w:val="0"/>
                <w:i w:val="0"/>
                <w:color w:val="111111"/>
                <w:sz w:val="14"/>
              </w:rPr>
              <w:t>stay ready.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and reduce the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reaction cue or a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moving with control and understanding the purpose of the activity?</w:t>
            </w:r>
          </w:p>
          <w:p>
            <w:pPr>
              <w:spacing w:before="20" w:after="0"/>
              <w:keepLines/>
              <w:keepNext/>
            </w:pPr>
            <w:r>
              <w:rPr>
                <w:b/>
                <w:i w:val="0"/>
                <w:color w:val="F28C28"/>
                <w:sz w:val="14"/>
              </w:rPr>
              <w:t>SAFETY</w:t>
            </w:r>
          </w:p>
          <w:p>
            <w:pPr>
              <w:spacing w:after="0"/>
              <w:keepLines/>
            </w:pPr>
            <w:r>
              <w:rPr>
                <w:sz w:val="14"/>
              </w:rPr>
              <w:t>Keep boundaries clear and remove unused equipment from movement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1v1 Dribble to Space</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reduced playing area and organise players into small groups. Use clear starting spots and quick rotations.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1v1 Dribble to Space in short rounds.</w:t>
            </w:r>
          </w:p>
          <w:p>
            <w:pPr>
              <w:spacing w:after="0"/>
              <w:ind w:left="230" w:hanging="158"/>
              <w:keepLines/>
              <w:keepNext/>
            </w:pPr>
            <w:r>
              <w:rPr>
                <w:b/>
                <w:i w:val="0"/>
                <w:color w:val="0B5D4B"/>
                <w:sz w:val="14"/>
              </w:rPr>
              <w:t xml:space="preserve">• </w:t>
            </w:r>
            <w:r>
              <w:rPr>
                <w:b w:val="0"/>
                <w:i w:val="0"/>
                <w:color w:val="111111"/>
                <w:sz w:val="14"/>
              </w:rPr>
              <w:t>Players apply the named skill or decision in live play, then rotate promptly so everyone receives repeated opportunities.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space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defensive pressure or allow an extra dribble.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a recovering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making decisions rather than following a script? Is everyone receiving meaningful involvement?</w:t>
            </w:r>
          </w:p>
          <w:p>
            <w:pPr>
              <w:spacing w:before="20" w:after="0"/>
              <w:keepLines/>
              <w:keepNext/>
            </w:pPr>
            <w:r>
              <w:rPr>
                <w:b/>
                <w:i w:val="0"/>
                <w:color w:val="F28C28"/>
                <w:sz w:val="14"/>
              </w:rPr>
              <w:t>SAFETY</w:t>
            </w:r>
          </w:p>
          <w:p>
            <w:pPr>
              <w:spacing w:after="0"/>
              <w:keepLines/>
            </w:pPr>
            <w:r>
              <w:rPr>
                <w:sz w:val="14"/>
              </w:rPr>
              <w:t>Use controlled contact, clear boundaries and short rounds. Stop immediately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Recovery Huddle</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in a clear area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Recovery Huddle to review the session briefly. Ask one focused question, recognise specific effort or teamwork, and finish positively.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or one-word answer.</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quieter players given a chance to contribute? Is praise linked to behaviour and learning?</w:t>
            </w:r>
          </w:p>
          <w:p>
            <w:pPr>
              <w:spacing w:before="20" w:after="0"/>
              <w:keepLines/>
              <w:keepNext/>
            </w:pPr>
            <w:r>
              <w:rPr>
                <w:b/>
                <w:i w:val="0"/>
                <w:color w:val="F28C28"/>
                <w:sz w:val="14"/>
              </w:rPr>
              <w:t>SAFETY</w:t>
            </w:r>
          </w:p>
          <w:p>
            <w:pPr>
              <w:spacing w:after="0"/>
              <w:keepLines/>
            </w:pPr>
            <w:r>
              <w:rPr>
                <w:sz w:val="14"/>
              </w:rPr>
              <w:t>Keep the group clear of balls and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ACADEMY WEEK 4: PASS TO A TARGET</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Deliver catchable passes and become an easy teammate to find.</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Make teammates successful.</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Show hands; step toward the target; use chest and bounce passes; meet the pass; communicate.</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Partner Reaction Warm-Up</w:t>
            </w:r>
          </w:p>
        </w:tc>
        <w:tc>
          <w:tcPr>
            <w:tcW w:type="dxa" w:w="4104"/>
            <w:vAlign w:val="center"/>
            <w:tcMar>
              <w:top w:w="42" w:type="dxa"/>
              <w:start w:w="50" w:type="dxa"/>
              <w:bottom w:w="42" w:type="dxa"/>
              <w:end w:w="50" w:type="dxa"/>
            </w:tcMar>
          </w:tcPr>
          <w:p>
            <w:pPr>
              <w:keepLines/>
            </w:pPr>
            <w:r>
              <w:rPr>
                <w:b w:val="0"/>
                <w:i w:val="0"/>
                <w:color w:val="111111"/>
                <w:sz w:val="14"/>
              </w:rPr>
              <w:t>Players complete Partner Reaction Warm-Up in short active rounds. Demonstrate once, begin quickly and add one progression only when the group is ready.</w:t>
            </w:r>
          </w:p>
        </w:tc>
        <w:tc>
          <w:tcPr>
            <w:tcW w:type="dxa" w:w="2563"/>
            <w:vAlign w:val="center"/>
            <w:tcMar>
              <w:top w:w="42" w:type="dxa"/>
              <w:start w:w="50" w:type="dxa"/>
              <w:bottom w:w="42" w:type="dxa"/>
              <w:end w:w="50" w:type="dxa"/>
            </w:tcMar>
          </w:tcPr>
          <w:p>
            <w:pPr>
              <w:keepLines/>
            </w:pPr>
            <w:r>
              <w:rPr>
                <w:b w:val="0"/>
                <w:i w:val="0"/>
                <w:color w:val="111111"/>
                <w:sz w:val="14"/>
              </w:rPr>
              <w:t>Movement quality and readiness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Ball Wrap and Snap</w:t>
            </w:r>
          </w:p>
        </w:tc>
        <w:tc>
          <w:tcPr>
            <w:tcW w:type="dxa" w:w="4104"/>
            <w:vAlign w:val="center"/>
            <w:tcMar>
              <w:top w:w="42" w:type="dxa"/>
              <w:start w:w="50" w:type="dxa"/>
              <w:bottom w:w="42" w:type="dxa"/>
              <w:end w:w="50" w:type="dxa"/>
            </w:tcMar>
          </w:tcPr>
          <w:p>
            <w:pPr>
              <w:keepLines/>
            </w:pPr>
            <w:r>
              <w:rPr>
                <w:b w:val="0"/>
                <w:i w:val="0"/>
                <w:color w:val="111111"/>
                <w:sz w:val="14"/>
              </w:rPr>
              <w:t>Players complete Ball Wrap and Snap in short active rounds. Demonstrate once, begin quickly and add one progression only when the group is ready.</w:t>
            </w:r>
          </w:p>
        </w:tc>
        <w:tc>
          <w:tcPr>
            <w:tcW w:type="dxa" w:w="2563"/>
            <w:vAlign w:val="center"/>
            <w:tcMar>
              <w:top w:w="42" w:type="dxa"/>
              <w:start w:w="50" w:type="dxa"/>
              <w:bottom w:w="42" w:type="dxa"/>
              <w:end w:w="50" w:type="dxa"/>
            </w:tcMar>
          </w:tcPr>
          <w:p>
            <w:pPr>
              <w:keepLines/>
            </w:pPr>
            <w:r>
              <w:rPr>
                <w:b w:val="0"/>
                <w:i w:val="0"/>
                <w:color w:val="111111"/>
                <w:sz w:val="14"/>
              </w:rPr>
              <w:t>Team play</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Passing Technique Circuit</w:t>
            </w:r>
          </w:p>
        </w:tc>
        <w:tc>
          <w:tcPr>
            <w:tcW w:type="dxa" w:w="4104"/>
            <w:vAlign w:val="center"/>
            <w:tcMar>
              <w:top w:w="42" w:type="dxa"/>
              <w:start w:w="50" w:type="dxa"/>
              <w:bottom w:w="42" w:type="dxa"/>
              <w:end w:w="50" w:type="dxa"/>
            </w:tcMar>
          </w:tcPr>
          <w:p>
            <w:pPr>
              <w:keepLines/>
            </w:pPr>
            <w:r>
              <w:rPr>
                <w:b w:val="0"/>
                <w:i w:val="0"/>
                <w:color w:val="111111"/>
                <w:sz w:val="14"/>
              </w:rPr>
              <w:t>In Passing Technique Circuit, players pass to a clear target, move or rotate as directed, and reset quickly. Emphasise accuracy before speed.</w:t>
            </w:r>
          </w:p>
        </w:tc>
        <w:tc>
          <w:tcPr>
            <w:tcW w:type="dxa" w:w="2563"/>
            <w:vAlign w:val="center"/>
            <w:tcMar>
              <w:top w:w="42" w:type="dxa"/>
              <w:start w:w="50" w:type="dxa"/>
              <w:bottom w:w="42" w:type="dxa"/>
              <w:end w:w="50" w:type="dxa"/>
            </w:tcMar>
          </w:tcPr>
          <w:p>
            <w:pPr>
              <w:keepLines/>
            </w:pPr>
            <w:r>
              <w:rPr>
                <w:b w:val="0"/>
                <w:i w:val="0"/>
                <w:color w:val="111111"/>
                <w:sz w:val="14"/>
              </w:rPr>
              <w:t>Passing accuracy and timing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Pass Through Moving Gates</w:t>
            </w:r>
          </w:p>
        </w:tc>
        <w:tc>
          <w:tcPr>
            <w:tcW w:type="dxa" w:w="4104"/>
            <w:vAlign w:val="center"/>
            <w:tcMar>
              <w:top w:w="42" w:type="dxa"/>
              <w:start w:w="50" w:type="dxa"/>
              <w:bottom w:w="42" w:type="dxa"/>
              <w:end w:w="50" w:type="dxa"/>
            </w:tcMar>
          </w:tcPr>
          <w:p>
            <w:pPr>
              <w:keepLines/>
            </w:pPr>
            <w:r>
              <w:rPr>
                <w:b w:val="0"/>
                <w:i w:val="0"/>
                <w:color w:val="111111"/>
                <w:sz w:val="14"/>
              </w:rPr>
              <w:t>In Pass Through Moving Gates, players pass to a clear target, move or rotate as directed, and reset quickly. Emphasise accuracy before speed.</w:t>
            </w:r>
          </w:p>
        </w:tc>
        <w:tc>
          <w:tcPr>
            <w:tcW w:type="dxa" w:w="2563"/>
            <w:vAlign w:val="center"/>
            <w:tcMar>
              <w:top w:w="42" w:type="dxa"/>
              <w:start w:w="50" w:type="dxa"/>
              <w:bottom w:w="42" w:type="dxa"/>
              <w:end w:w="50" w:type="dxa"/>
            </w:tcMar>
          </w:tcPr>
          <w:p>
            <w:pPr>
              <w:keepLines/>
            </w:pPr>
            <w:r>
              <w:rPr>
                <w:b w:val="0"/>
                <w:i w:val="0"/>
                <w:color w:val="111111"/>
                <w:sz w:val="14"/>
              </w:rPr>
              <w:t>Passing accuracy and timing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2v1 Keep-Away Channels</w:t>
            </w:r>
          </w:p>
        </w:tc>
        <w:tc>
          <w:tcPr>
            <w:tcW w:type="dxa" w:w="4104"/>
            <w:vAlign w:val="center"/>
            <w:tcMar>
              <w:top w:w="42" w:type="dxa"/>
              <w:start w:w="50" w:type="dxa"/>
              <w:bottom w:w="42" w:type="dxa"/>
              <w:end w:w="50" w:type="dxa"/>
            </w:tcMar>
          </w:tcPr>
          <w:p>
            <w:pPr>
              <w:keepLines/>
            </w:pPr>
            <w:r>
              <w:rPr>
                <w:b w:val="0"/>
                <w:i w:val="0"/>
                <w:color w:val="111111"/>
                <w:sz w:val="14"/>
              </w:rPr>
              <w:t>Run 2v1 Keep-Away Channels in short rounds. Players apply the named skill or decision in live play, then rotate promptly so everyone receives repeated opportunities.</w:t>
            </w:r>
          </w:p>
        </w:tc>
        <w:tc>
          <w:tcPr>
            <w:tcW w:type="dxa" w:w="2563"/>
            <w:vAlign w:val="center"/>
            <w:tcMar>
              <w:top w:w="42" w:type="dxa"/>
              <w:start w:w="50" w:type="dxa"/>
              <w:bottom w:w="42" w:type="dxa"/>
              <w:end w:w="50" w:type="dxa"/>
            </w:tcMar>
          </w:tcPr>
          <w:p>
            <w:pPr>
              <w:keepLines/>
            </w:pPr>
            <w:r>
              <w:rPr>
                <w:b w:val="0"/>
                <w:i w:val="0"/>
                <w:color w:val="111111"/>
                <w:sz w:val="14"/>
              </w:rPr>
              <w:t>Numerical advantage decisions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Teammate Recognition</w:t>
            </w:r>
          </w:p>
        </w:tc>
        <w:tc>
          <w:tcPr>
            <w:tcW w:type="dxa" w:w="4104"/>
            <w:vAlign w:val="center"/>
            <w:tcMar>
              <w:top w:w="42" w:type="dxa"/>
              <w:start w:w="50" w:type="dxa"/>
              <w:bottom w:w="42" w:type="dxa"/>
              <w:end w:w="50" w:type="dxa"/>
            </w:tcMar>
          </w:tcPr>
          <w:p>
            <w:pPr>
              <w:keepLines/>
            </w:pPr>
            <w:r>
              <w:rPr>
                <w:b w:val="0"/>
                <w:i w:val="0"/>
                <w:color w:val="111111"/>
                <w:sz w:val="14"/>
              </w:rPr>
              <w:t>Use Teammate Recognition to review the session briefly. Ask one focused question, recognise specific effort or teamwork, and finish positively.</w:t>
            </w:r>
          </w:p>
        </w:tc>
        <w:tc>
          <w:tcPr>
            <w:tcW w:type="dxa" w:w="2563"/>
            <w:vAlign w:val="center"/>
            <w:tcMar>
              <w:top w:w="42" w:type="dxa"/>
              <w:start w:w="50" w:type="dxa"/>
              <w:bottom w:w="42" w:type="dxa"/>
              <w:end w:w="50" w:type="dxa"/>
            </w:tcMar>
          </w:tcPr>
          <w:p>
            <w:pPr>
              <w:keepLines/>
            </w:pPr>
            <w:r>
              <w:rPr>
                <w:b w:val="0"/>
                <w:i w:val="0"/>
                <w:color w:val="111111"/>
                <w:sz w:val="14"/>
              </w:rPr>
              <w:t>Reflection and confidence</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passes reaching the target at chest height? Are receivers moving to help?</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distance and allow stationary targets.</w:t>
              <w:br/>
              <w:t>Harder: Pass to moving targets and add a passive defender.</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Passing lane, target hands, meet the pass.</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made a pass easy to catch?</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Partner Reaction Warm-Up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organise players so everyone can start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Partner Reaction Warm-Up in short active rounds. Demonstrate once, begin quickly and add one progression only when the group is ready.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see the space</w:t>
            </w:r>
          </w:p>
          <w:p>
            <w:pPr>
              <w:spacing w:after="0"/>
              <w:ind w:left="230" w:hanging="158"/>
              <w:keepLines/>
              <w:keepNext/>
            </w:pPr>
            <w:r>
              <w:rPr>
                <w:b/>
                <w:i w:val="0"/>
                <w:color w:val="0B5D4B"/>
                <w:sz w:val="14"/>
              </w:rPr>
              <w:t xml:space="preserve">• </w:t>
            </w:r>
            <w:r>
              <w:rPr>
                <w:b w:val="0"/>
                <w:i w:val="0"/>
                <w:color w:val="111111"/>
                <w:sz w:val="14"/>
              </w:rPr>
              <w:t>stay ready.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and reduce the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reaction cue or a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moving with control and understanding the purpose of the activity?</w:t>
            </w:r>
          </w:p>
          <w:p>
            <w:pPr>
              <w:spacing w:before="20" w:after="0"/>
              <w:keepLines/>
              <w:keepNext/>
            </w:pPr>
            <w:r>
              <w:rPr>
                <w:b/>
                <w:i w:val="0"/>
                <w:color w:val="F28C28"/>
                <w:sz w:val="14"/>
              </w:rPr>
              <w:t>SAFETY</w:t>
            </w:r>
          </w:p>
          <w:p>
            <w:pPr>
              <w:spacing w:after="0"/>
              <w:keepLines/>
            </w:pPr>
            <w:r>
              <w:rPr>
                <w:sz w:val="14"/>
              </w:rPr>
              <w:t>Keep boundaries clear and remove unused equipment from movement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Ball Wrap and Snap</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organise players so everyone can start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Ball Wrap and Snap in short active rounds. Demonstrate once, begin quickly and add one progression only when the group is ready.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see the space</w:t>
            </w:r>
          </w:p>
          <w:p>
            <w:pPr>
              <w:spacing w:after="0"/>
              <w:ind w:left="230" w:hanging="158"/>
              <w:keepLines/>
              <w:keepNext/>
            </w:pPr>
            <w:r>
              <w:rPr>
                <w:b/>
                <w:i w:val="0"/>
                <w:color w:val="0B5D4B"/>
                <w:sz w:val="14"/>
              </w:rPr>
              <w:t xml:space="preserve">• </w:t>
            </w:r>
            <w:r>
              <w:rPr>
                <w:b w:val="0"/>
                <w:i w:val="0"/>
                <w:color w:val="111111"/>
                <w:sz w:val="14"/>
              </w:rPr>
              <w:t>stay ready.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and reduce the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reaction cue or a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moving with control and understanding the purpose of the activity?</w:t>
            </w:r>
          </w:p>
          <w:p>
            <w:pPr>
              <w:spacing w:before="20" w:after="0"/>
              <w:keepLines/>
              <w:keepNext/>
            </w:pPr>
            <w:r>
              <w:rPr>
                <w:b/>
                <w:i w:val="0"/>
                <w:color w:val="F28C28"/>
                <w:sz w:val="14"/>
              </w:rPr>
              <w:t>SAFETY</w:t>
            </w:r>
          </w:p>
          <w:p>
            <w:pPr>
              <w:spacing w:after="0"/>
              <w:keepLines/>
            </w:pPr>
            <w:r>
              <w:rPr>
                <w:sz w:val="14"/>
              </w:rPr>
              <w:t>Keep boundaries clear and remove unused equipment from movement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Passing Technique Circuit</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players in pairs or small groups with enough distance for catchable passes and safe movement.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Passing Technique Circuit, players pass to a clear target, move or rotate as directed, and reset quickly. Emphasise accuracy before speed.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Show hands</w:t>
            </w:r>
          </w:p>
          <w:p>
            <w:pPr>
              <w:spacing w:after="0"/>
              <w:ind w:left="230" w:hanging="158"/>
              <w:keepLines/>
              <w:keepNext/>
            </w:pPr>
            <w:r>
              <w:rPr>
                <w:b/>
                <w:i w:val="0"/>
                <w:color w:val="0B5D4B"/>
                <w:sz w:val="14"/>
              </w:rPr>
              <w:t xml:space="preserve">• </w:t>
            </w:r>
            <w:r>
              <w:rPr>
                <w:b w:val="0"/>
                <w:i w:val="0"/>
                <w:color w:val="111111"/>
                <w:sz w:val="14"/>
              </w:rPr>
              <w:t>step to target</w:t>
            </w:r>
          </w:p>
          <w:p>
            <w:pPr>
              <w:spacing w:after="0"/>
              <w:ind w:left="230" w:hanging="158"/>
              <w:keepLines/>
              <w:keepNext/>
            </w:pPr>
            <w:r>
              <w:rPr>
                <w:b/>
                <w:i w:val="0"/>
                <w:color w:val="0B5D4B"/>
                <w:sz w:val="14"/>
              </w:rPr>
              <w:t xml:space="preserve">• </w:t>
            </w:r>
            <w:r>
              <w:rPr>
                <w:b w:val="0"/>
                <w:i w:val="0"/>
                <w:color w:val="111111"/>
                <w:sz w:val="14"/>
              </w:rPr>
              <w:t>pass and move.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basketball per pair or group; cones</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Shorten the distance and remove defenders.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a passive defender, a time limit or a second pass.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passes catchable? Are receivers helping the passer by moving and showing a target?</w:t>
            </w:r>
          </w:p>
          <w:p>
            <w:pPr>
              <w:spacing w:before="20" w:after="0"/>
              <w:keepLines/>
              <w:keepNext/>
            </w:pPr>
            <w:r>
              <w:rPr>
                <w:b/>
                <w:i w:val="0"/>
                <w:color w:val="F28C28"/>
                <w:sz w:val="14"/>
              </w:rPr>
              <w:t>SAFETY</w:t>
            </w:r>
          </w:p>
          <w:p>
            <w:pPr>
              <w:spacing w:after="0"/>
              <w:keepLines/>
            </w:pPr>
            <w:r>
              <w:rPr>
                <w:sz w:val="14"/>
              </w:rPr>
              <w:t>Keep passing lanes separate and ensure players watch before crossing another group.</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Pass Through Moving Gates</w:t>
            </w:r>
          </w:p>
        </w:tc>
        <w:tc>
          <w:tcPr>
            <w:tcW w:type="dxa" w:w="5429"/>
            <w:shd w:fill="F28C28"/>
            <w:tcMar>
              <w:top w:w="62" w:type="dxa"/>
              <w:start w:w="82" w:type="dxa"/>
              <w:bottom w:w="62" w:type="dxa"/>
              <w:end w:w="82" w:type="dxa"/>
            </w:tcMar>
          </w:tcPr>
          <w:p>
            <w:pPr>
              <w:jc w:val="center"/>
              <w:keepLines/>
              <w:keepNext/>
            </w:pPr>
            <w:r>
              <w:rPr>
                <w:b/>
                <w:i w:val="0"/>
                <w:color w:val="FFFFFF"/>
                <w:sz w:val="15"/>
              </w:rPr>
              <w:t>12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players in pairs or small groups with enough distance for catchable passes and safe movement.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Pass Through Moving Gates, players pass to a clear target, move or rotate as directed, and reset quickly. Emphasise accuracy before speed.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Show hands</w:t>
            </w:r>
          </w:p>
          <w:p>
            <w:pPr>
              <w:spacing w:after="0"/>
              <w:ind w:left="230" w:hanging="158"/>
              <w:keepLines/>
              <w:keepNext/>
            </w:pPr>
            <w:r>
              <w:rPr>
                <w:b/>
                <w:i w:val="0"/>
                <w:color w:val="0B5D4B"/>
                <w:sz w:val="14"/>
              </w:rPr>
              <w:t xml:space="preserve">• </w:t>
            </w:r>
            <w:r>
              <w:rPr>
                <w:b w:val="0"/>
                <w:i w:val="0"/>
                <w:color w:val="111111"/>
                <w:sz w:val="14"/>
              </w:rPr>
              <w:t>step to target</w:t>
            </w:r>
          </w:p>
          <w:p>
            <w:pPr>
              <w:spacing w:after="0"/>
              <w:ind w:left="230" w:hanging="158"/>
              <w:keepLines/>
              <w:keepNext/>
            </w:pPr>
            <w:r>
              <w:rPr>
                <w:b/>
                <w:i w:val="0"/>
                <w:color w:val="0B5D4B"/>
                <w:sz w:val="14"/>
              </w:rPr>
              <w:t xml:space="preserve">• </w:t>
            </w:r>
            <w:r>
              <w:rPr>
                <w:b w:val="0"/>
                <w:i w:val="0"/>
                <w:color w:val="111111"/>
                <w:sz w:val="14"/>
              </w:rPr>
              <w:t>pass and move.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basketball per pair or group; cones</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Shorten the distance and remove defenders.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a passive defender, a time limit or a second pass.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passes catchable? Are receivers helping the passer by moving and showing a target?</w:t>
            </w:r>
          </w:p>
          <w:p>
            <w:pPr>
              <w:spacing w:before="20" w:after="0"/>
              <w:keepLines/>
              <w:keepNext/>
            </w:pPr>
            <w:r>
              <w:rPr>
                <w:b/>
                <w:i w:val="0"/>
                <w:color w:val="F28C28"/>
                <w:sz w:val="14"/>
              </w:rPr>
              <w:t>SAFETY</w:t>
            </w:r>
          </w:p>
          <w:p>
            <w:pPr>
              <w:spacing w:after="0"/>
              <w:keepLines/>
            </w:pPr>
            <w:r>
              <w:rPr>
                <w:sz w:val="14"/>
              </w:rPr>
              <w:t>Keep passing lanes separate and ensure players watch before crossing another group.</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2v1 Keep-Away Channels</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reduced playing area and organise players into small groups. Use clear starting spots and quick rotations.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2v1 Keep-Away Channels in short rounds.</w:t>
            </w:r>
          </w:p>
          <w:p>
            <w:pPr>
              <w:spacing w:after="0"/>
              <w:ind w:left="230" w:hanging="158"/>
              <w:keepLines/>
              <w:keepNext/>
            </w:pPr>
            <w:r>
              <w:rPr>
                <w:b/>
                <w:i w:val="0"/>
                <w:color w:val="0B5D4B"/>
                <w:sz w:val="14"/>
              </w:rPr>
              <w:t xml:space="preserve">• </w:t>
            </w:r>
            <w:r>
              <w:rPr>
                <w:b w:val="0"/>
                <w:i w:val="0"/>
                <w:color w:val="111111"/>
                <w:sz w:val="14"/>
              </w:rPr>
              <w:t>Players apply the named skill or decision in live play, then rotate promptly so everyone receives repeated opportunities.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space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defensive pressure or allow an extra dribble.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a recovering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making decisions rather than following a script? Is everyone receiving meaningful involvement?</w:t>
            </w:r>
          </w:p>
          <w:p>
            <w:pPr>
              <w:spacing w:before="20" w:after="0"/>
              <w:keepLines/>
              <w:keepNext/>
            </w:pPr>
            <w:r>
              <w:rPr>
                <w:b/>
                <w:i w:val="0"/>
                <w:color w:val="F28C28"/>
                <w:sz w:val="14"/>
              </w:rPr>
              <w:t>SAFETY</w:t>
            </w:r>
          </w:p>
          <w:p>
            <w:pPr>
              <w:spacing w:after="0"/>
              <w:keepLines/>
            </w:pPr>
            <w:r>
              <w:rPr>
                <w:sz w:val="14"/>
              </w:rPr>
              <w:t>Use controlled contact, clear boundaries and short rounds. Stop immediately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Teammate Recognition</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in a clear area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Teammate Recognition to review the session briefly. Ask one focused question, recognise specific effort or teamwork, and finish positively.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or one-word answer.</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quieter players given a chance to contribute? Is praise linked to behaviour and learning?</w:t>
            </w:r>
          </w:p>
          <w:p>
            <w:pPr>
              <w:spacing w:before="20" w:after="0"/>
              <w:keepLines/>
              <w:keepNext/>
            </w:pPr>
            <w:r>
              <w:rPr>
                <w:b/>
                <w:i w:val="0"/>
                <w:color w:val="F28C28"/>
                <w:sz w:val="14"/>
              </w:rPr>
              <w:t>SAFETY</w:t>
            </w:r>
          </w:p>
          <w:p>
            <w:pPr>
              <w:spacing w:after="0"/>
              <w:keepLines/>
            </w:pPr>
            <w:r>
              <w:rPr>
                <w:sz w:val="14"/>
              </w:rPr>
              <w:t>Keep the group clear of balls and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ACADEMY WEEK 5: SHOOT IN BALANCE</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Build a repeatable close-range shot from a balanced base.</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Value preparation, not just makes.</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Square to the basket; set feet; use one-hand release with guide hand; follow through; choose a successful distance.</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Footwork to Shooting Spots</w:t>
            </w:r>
          </w:p>
        </w:tc>
        <w:tc>
          <w:tcPr>
            <w:tcW w:type="dxa" w:w="4104"/>
            <w:vAlign w:val="center"/>
            <w:tcMar>
              <w:top w:w="42" w:type="dxa"/>
              <w:start w:w="50" w:type="dxa"/>
              <w:bottom w:w="42" w:type="dxa"/>
              <w:end w:w="50" w:type="dxa"/>
            </w:tcMar>
          </w:tcPr>
          <w:p>
            <w:pPr>
              <w:keepLines/>
            </w:pPr>
            <w:r>
              <w:rPr>
                <w:b w:val="0"/>
                <w:i w:val="0"/>
                <w:color w:val="111111"/>
                <w:sz w:val="14"/>
              </w:rPr>
              <w:t>Players complete Footwork to Shooting Spots with balanced footwork, a controlled release and quick retrieval. Rotate roles or spots after a small number of attempts.</w:t>
            </w:r>
          </w:p>
        </w:tc>
        <w:tc>
          <w:tcPr>
            <w:tcW w:type="dxa" w:w="2563"/>
            <w:vAlign w:val="center"/>
            <w:tcMar>
              <w:top w:w="42" w:type="dxa"/>
              <w:start w:w="50" w:type="dxa"/>
              <w:bottom w:w="42" w:type="dxa"/>
              <w:end w:w="50" w:type="dxa"/>
            </w:tcMar>
          </w:tcPr>
          <w:p>
            <w:pPr>
              <w:keepLines/>
            </w:pPr>
            <w:r>
              <w:rPr>
                <w:b w:val="0"/>
                <w:i w:val="0"/>
                <w:color w:val="111111"/>
                <w:sz w:val="14"/>
              </w:rPr>
              <w:t>Balanced shooting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Form Shooting Warm-Up</w:t>
            </w:r>
          </w:p>
        </w:tc>
        <w:tc>
          <w:tcPr>
            <w:tcW w:type="dxa" w:w="4104"/>
            <w:vAlign w:val="center"/>
            <w:tcMar>
              <w:top w:w="42" w:type="dxa"/>
              <w:start w:w="50" w:type="dxa"/>
              <w:bottom w:w="42" w:type="dxa"/>
              <w:end w:w="50" w:type="dxa"/>
            </w:tcMar>
          </w:tcPr>
          <w:p>
            <w:pPr>
              <w:keepLines/>
            </w:pPr>
            <w:r>
              <w:rPr>
                <w:b w:val="0"/>
                <w:i w:val="0"/>
                <w:color w:val="111111"/>
                <w:sz w:val="14"/>
              </w:rPr>
              <w:t>Players complete Form Shooting Warm-Up with balanced footwork, a controlled release and quick retrieval. Rotate roles or spots after a small number of attempts.</w:t>
            </w:r>
          </w:p>
        </w:tc>
        <w:tc>
          <w:tcPr>
            <w:tcW w:type="dxa" w:w="2563"/>
            <w:vAlign w:val="center"/>
            <w:tcMar>
              <w:top w:w="42" w:type="dxa"/>
              <w:start w:w="50" w:type="dxa"/>
              <w:bottom w:w="42" w:type="dxa"/>
              <w:end w:w="50" w:type="dxa"/>
            </w:tcMar>
          </w:tcPr>
          <w:p>
            <w:pPr>
              <w:keepLines/>
            </w:pPr>
            <w:r>
              <w:rPr>
                <w:b w:val="0"/>
                <w:i w:val="0"/>
                <w:color w:val="111111"/>
                <w:sz w:val="14"/>
              </w:rPr>
              <w:t>Balanced shooting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BEEF Shooting Foundations</w:t>
            </w:r>
          </w:p>
        </w:tc>
        <w:tc>
          <w:tcPr>
            <w:tcW w:type="dxa" w:w="4104"/>
            <w:vAlign w:val="center"/>
            <w:tcMar>
              <w:top w:w="42" w:type="dxa"/>
              <w:start w:w="50" w:type="dxa"/>
              <w:bottom w:w="42" w:type="dxa"/>
              <w:end w:w="50" w:type="dxa"/>
            </w:tcMar>
          </w:tcPr>
          <w:p>
            <w:pPr>
              <w:keepLines/>
            </w:pPr>
            <w:r>
              <w:rPr>
                <w:b w:val="0"/>
                <w:i w:val="0"/>
                <w:color w:val="111111"/>
                <w:sz w:val="14"/>
              </w:rPr>
              <w:t>Players complete BEEF Shooting Foundations with balanced footwork, a controlled release and quick retrieval. Rotate roles or spots after a small number of attempts.</w:t>
            </w:r>
          </w:p>
        </w:tc>
        <w:tc>
          <w:tcPr>
            <w:tcW w:type="dxa" w:w="2563"/>
            <w:vAlign w:val="center"/>
            <w:tcMar>
              <w:top w:w="42" w:type="dxa"/>
              <w:start w:w="50" w:type="dxa"/>
              <w:bottom w:w="42" w:type="dxa"/>
              <w:end w:w="50" w:type="dxa"/>
            </w:tcMar>
          </w:tcPr>
          <w:p>
            <w:pPr>
              <w:keepLines/>
            </w:pPr>
            <w:r>
              <w:rPr>
                <w:b w:val="0"/>
                <w:i w:val="0"/>
                <w:color w:val="111111"/>
                <w:sz w:val="14"/>
              </w:rPr>
              <w:t>Balanced shooting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Catch-Set-Shoot</w:t>
            </w:r>
          </w:p>
        </w:tc>
        <w:tc>
          <w:tcPr>
            <w:tcW w:type="dxa" w:w="4104"/>
            <w:vAlign w:val="center"/>
            <w:tcMar>
              <w:top w:w="42" w:type="dxa"/>
              <w:start w:w="50" w:type="dxa"/>
              <w:bottom w:w="42" w:type="dxa"/>
              <w:end w:w="50" w:type="dxa"/>
            </w:tcMar>
          </w:tcPr>
          <w:p>
            <w:pPr>
              <w:keepLines/>
            </w:pPr>
            <w:r>
              <w:rPr>
                <w:b w:val="0"/>
                <w:i w:val="0"/>
                <w:color w:val="111111"/>
                <w:sz w:val="14"/>
              </w:rPr>
              <w:t>Players complete Catch-Set-Shoot with balanced footwork, a controlled release and quick retrieval. Rotate roles or spots after a small number of attempts.</w:t>
            </w:r>
          </w:p>
        </w:tc>
        <w:tc>
          <w:tcPr>
            <w:tcW w:type="dxa" w:w="2563"/>
            <w:vAlign w:val="center"/>
            <w:tcMar>
              <w:top w:w="42" w:type="dxa"/>
              <w:start w:w="50" w:type="dxa"/>
              <w:bottom w:w="42" w:type="dxa"/>
              <w:end w:w="50" w:type="dxa"/>
            </w:tcMar>
          </w:tcPr>
          <w:p>
            <w:pPr>
              <w:keepLines/>
            </w:pPr>
            <w:r>
              <w:rPr>
                <w:b w:val="0"/>
                <w:i w:val="0"/>
                <w:color w:val="111111"/>
                <w:sz w:val="14"/>
              </w:rPr>
              <w:t>Balanced shooting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2v1 Finish or Pass</w:t>
            </w:r>
          </w:p>
        </w:tc>
        <w:tc>
          <w:tcPr>
            <w:tcW w:type="dxa" w:w="4104"/>
            <w:vAlign w:val="center"/>
            <w:tcMar>
              <w:top w:w="42" w:type="dxa"/>
              <w:start w:w="50" w:type="dxa"/>
              <w:bottom w:w="42" w:type="dxa"/>
              <w:end w:w="50" w:type="dxa"/>
            </w:tcMar>
          </w:tcPr>
          <w:p>
            <w:pPr>
              <w:keepLines/>
            </w:pPr>
            <w:r>
              <w:rPr>
                <w:b w:val="0"/>
                <w:i w:val="0"/>
                <w:color w:val="111111"/>
                <w:sz w:val="14"/>
              </w:rPr>
              <w:t>Run 2v1 Finish or Pass in short rounds. Players apply the named skill or decision in live play, then rotate promptly so everyone receives repeated opportunities.</w:t>
            </w:r>
          </w:p>
        </w:tc>
        <w:tc>
          <w:tcPr>
            <w:tcW w:type="dxa" w:w="2563"/>
            <w:vAlign w:val="center"/>
            <w:tcMar>
              <w:top w:w="42" w:type="dxa"/>
              <w:start w:w="50" w:type="dxa"/>
              <w:bottom w:w="42" w:type="dxa"/>
              <w:end w:w="50" w:type="dxa"/>
            </w:tcMar>
          </w:tcPr>
          <w:p>
            <w:pPr>
              <w:keepLines/>
            </w:pPr>
            <w:r>
              <w:rPr>
                <w:b w:val="0"/>
                <w:i w:val="0"/>
                <w:color w:val="111111"/>
                <w:sz w:val="14"/>
              </w:rPr>
              <w:t>Passing accuracy and timing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Shot Preparation Praise</w:t>
            </w:r>
          </w:p>
        </w:tc>
        <w:tc>
          <w:tcPr>
            <w:tcW w:type="dxa" w:w="4104"/>
            <w:vAlign w:val="center"/>
            <w:tcMar>
              <w:top w:w="42" w:type="dxa"/>
              <w:start w:w="50" w:type="dxa"/>
              <w:bottom w:w="42" w:type="dxa"/>
              <w:end w:w="50" w:type="dxa"/>
            </w:tcMar>
          </w:tcPr>
          <w:p>
            <w:pPr>
              <w:keepLines/>
            </w:pPr>
            <w:r>
              <w:rPr>
                <w:b w:val="0"/>
                <w:i w:val="0"/>
                <w:color w:val="111111"/>
                <w:sz w:val="14"/>
              </w:rPr>
              <w:t>Players complete Shot Preparation Praise in short active rounds. Demonstrate once, begin quickly and add one progression only when the group is ready.</w:t>
            </w:r>
          </w:p>
        </w:tc>
        <w:tc>
          <w:tcPr>
            <w:tcW w:type="dxa" w:w="2563"/>
            <w:vAlign w:val="center"/>
            <w:tcMar>
              <w:top w:w="42" w:type="dxa"/>
              <w:start w:w="50" w:type="dxa"/>
              <w:bottom w:w="42" w:type="dxa"/>
              <w:end w:w="50" w:type="dxa"/>
            </w:tcMar>
          </w:tcPr>
          <w:p>
            <w:pPr>
              <w:keepLines/>
            </w:pPr>
            <w:r>
              <w:rPr>
                <w:b w:val="0"/>
                <w:i w:val="0"/>
                <w:color w:val="111111"/>
                <w:sz w:val="14"/>
              </w:rPr>
              <w:t>Team play</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close enough to use good form? Are they balanced before release?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Move closer and use lower targets where available.</w:t>
              <w:br/>
              <w:t>Harder: Add a catch, one dribble or light contest.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Shooting pocket, guide hand, follow-through, backboard.</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helped your shot stay balanced?</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Footwork to Shooting Spots</w:t>
            </w:r>
          </w:p>
        </w:tc>
        <w:tc>
          <w:tcPr>
            <w:tcW w:type="dxa" w:w="5429"/>
            <w:shd w:fill="F28C28"/>
            <w:tcMar>
              <w:top w:w="62" w:type="dxa"/>
              <w:start w:w="82" w:type="dxa"/>
              <w:bottom w:w="62" w:type="dxa"/>
              <w:end w:w="82" w:type="dxa"/>
            </w:tcMar>
          </w:tcPr>
          <w:p>
            <w:pPr>
              <w:jc w:val="center"/>
              <w:keepLines/>
              <w:keepNext/>
            </w:pPr>
            <w:r>
              <w:rPr>
                <w:b/>
                <w:i w:val="0"/>
                <w:color w:val="FFFFFF"/>
                <w:sz w:val="15"/>
              </w:rPr>
              <w:t>5 min | Individual or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several close-range stations or lanes so queues remain short. Match shooting distance to player strength.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Footwork to Shooting Spots with balanced footwork, a controlled release and quick retrieval.</w:t>
            </w:r>
          </w:p>
          <w:p>
            <w:pPr>
              <w:spacing w:after="0"/>
              <w:ind w:left="230" w:hanging="158"/>
              <w:keepLines/>
              <w:keepNext/>
            </w:pPr>
            <w:r>
              <w:rPr>
                <w:b/>
                <w:i w:val="0"/>
                <w:color w:val="0B5D4B"/>
                <w:sz w:val="14"/>
              </w:rPr>
              <w:t xml:space="preserve">• </w:t>
            </w:r>
            <w:r>
              <w:rPr>
                <w:b w:val="0"/>
                <w:i w:val="0"/>
                <w:color w:val="111111"/>
                <w:sz w:val="14"/>
              </w:rPr>
              <w:t>Rotate roles or spots after a small number of attempts.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Balance first</w:t>
            </w:r>
          </w:p>
          <w:p>
            <w:pPr>
              <w:spacing w:after="0"/>
              <w:ind w:left="230" w:hanging="158"/>
              <w:keepLines/>
              <w:keepNext/>
            </w:pPr>
            <w:r>
              <w:rPr>
                <w:b/>
                <w:i w:val="0"/>
                <w:color w:val="0B5D4B"/>
                <w:sz w:val="14"/>
              </w:rPr>
              <w:t xml:space="preserve">• </w:t>
            </w:r>
            <w:r>
              <w:rPr>
                <w:b w:val="0"/>
                <w:i w:val="0"/>
                <w:color w:val="111111"/>
                <w:sz w:val="14"/>
              </w:rPr>
              <w:t>eyes on target</w:t>
            </w:r>
          </w:p>
          <w:p>
            <w:pPr>
              <w:spacing w:after="0"/>
              <w:ind w:left="230" w:hanging="158"/>
              <w:keepLines/>
              <w:keepNext/>
            </w:pPr>
            <w:r>
              <w:rPr>
                <w:b/>
                <w:i w:val="0"/>
                <w:color w:val="0B5D4B"/>
                <w:sz w:val="14"/>
              </w:rPr>
              <w:t xml:space="preserve">• </w:t>
            </w:r>
            <w:r>
              <w:rPr>
                <w:b w:val="0"/>
                <w:i w:val="0"/>
                <w:color w:val="111111"/>
                <w:sz w:val="14"/>
              </w:rPr>
              <w:t>finish high.</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baskets</w:t>
            </w:r>
          </w:p>
          <w:p>
            <w:pPr>
              <w:spacing w:after="0"/>
              <w:ind w:left="230" w:hanging="158"/>
              <w:keepLines/>
              <w:keepNext/>
            </w:pPr>
            <w:r>
              <w:rPr>
                <w:b/>
                <w:i w:val="0"/>
                <w:color w:val="0B5D4B"/>
                <w:sz w:val="14"/>
              </w:rPr>
              <w:t xml:space="preserve">• </w:t>
            </w:r>
            <w:r>
              <w:rPr>
                <w:b w:val="0"/>
                <w:i w:val="0"/>
                <w:color w:val="111111"/>
                <w:sz w:val="14"/>
              </w:rPr>
              <w:t>One or more baskets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Move closer, remove the approach or use a stationary start.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catch, one dribble, a time target or passive contest.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close enough to use functional form? Are both sides of the basket being developed?</w:t>
            </w:r>
          </w:p>
          <w:p>
            <w:pPr>
              <w:spacing w:before="20" w:after="0"/>
              <w:keepLines/>
              <w:keepNext/>
            </w:pPr>
            <w:r>
              <w:rPr>
                <w:b/>
                <w:i w:val="0"/>
                <w:color w:val="F28C28"/>
                <w:sz w:val="14"/>
              </w:rPr>
              <w:t>SAFETY</w:t>
            </w:r>
          </w:p>
          <w:p>
            <w:pPr>
              <w:spacing w:after="0"/>
              <w:keepLines/>
            </w:pPr>
            <w:r>
              <w:rPr>
                <w:sz w:val="14"/>
              </w:rPr>
              <w:t>Keep rebounders out of landing lanes and prevent shots from crossing active stations.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Form Shooting Warm-Up</w:t>
            </w:r>
          </w:p>
        </w:tc>
        <w:tc>
          <w:tcPr>
            <w:tcW w:type="dxa" w:w="5429"/>
            <w:shd w:fill="F28C28"/>
            <w:tcMar>
              <w:top w:w="62" w:type="dxa"/>
              <w:start w:w="82" w:type="dxa"/>
              <w:bottom w:w="62" w:type="dxa"/>
              <w:end w:w="82" w:type="dxa"/>
            </w:tcMar>
          </w:tcPr>
          <w:p>
            <w:pPr>
              <w:jc w:val="center"/>
              <w:keepLines/>
              <w:keepNext/>
            </w:pPr>
            <w:r>
              <w:rPr>
                <w:b/>
                <w:i w:val="0"/>
                <w:color w:val="FFFFFF"/>
                <w:sz w:val="15"/>
              </w:rPr>
              <w:t>8 min | Individual or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several close-range stations or lanes so queues remain short. Match shooting distance to player strength.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Form Shooting Warm-Up with balanced footwork, a controlled release and quick retrieval. Rotate roles or spots after a small number of attempts.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Balance first</w:t>
            </w:r>
          </w:p>
          <w:p>
            <w:pPr>
              <w:spacing w:after="0"/>
              <w:ind w:left="230" w:hanging="158"/>
              <w:keepLines/>
              <w:keepNext/>
            </w:pPr>
            <w:r>
              <w:rPr>
                <w:b/>
                <w:i w:val="0"/>
                <w:color w:val="0B5D4B"/>
                <w:sz w:val="14"/>
              </w:rPr>
              <w:t xml:space="preserve">• </w:t>
            </w:r>
            <w:r>
              <w:rPr>
                <w:b w:val="0"/>
                <w:i w:val="0"/>
                <w:color w:val="111111"/>
                <w:sz w:val="14"/>
              </w:rPr>
              <w:t>eyes on target</w:t>
            </w:r>
          </w:p>
          <w:p>
            <w:pPr>
              <w:spacing w:after="0"/>
              <w:ind w:left="230" w:hanging="158"/>
              <w:keepLines/>
              <w:keepNext/>
            </w:pPr>
            <w:r>
              <w:rPr>
                <w:b/>
                <w:i w:val="0"/>
                <w:color w:val="0B5D4B"/>
                <w:sz w:val="14"/>
              </w:rPr>
              <w:t xml:space="preserve">• </w:t>
            </w:r>
            <w:r>
              <w:rPr>
                <w:b w:val="0"/>
                <w:i w:val="0"/>
                <w:color w:val="111111"/>
                <w:sz w:val="14"/>
              </w:rPr>
              <w:t>finish high.</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baskets</w:t>
            </w:r>
          </w:p>
          <w:p>
            <w:pPr>
              <w:spacing w:after="0"/>
              <w:ind w:left="230" w:hanging="158"/>
              <w:keepLines/>
              <w:keepNext/>
            </w:pPr>
            <w:r>
              <w:rPr>
                <w:b/>
                <w:i w:val="0"/>
                <w:color w:val="0B5D4B"/>
                <w:sz w:val="14"/>
              </w:rPr>
              <w:t xml:space="preserve">• </w:t>
            </w:r>
            <w:r>
              <w:rPr>
                <w:b w:val="0"/>
                <w:i w:val="0"/>
                <w:color w:val="111111"/>
                <w:sz w:val="14"/>
              </w:rPr>
              <w:t>One or more baskets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Move closer, remove the approach or use a stationary start.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catch, one dribble, a time target or passive contest.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close enough to use functional form? Are both sides of the basket being developed?</w:t>
            </w:r>
          </w:p>
          <w:p>
            <w:pPr>
              <w:spacing w:before="20" w:after="0"/>
              <w:keepLines/>
              <w:keepNext/>
            </w:pPr>
            <w:r>
              <w:rPr>
                <w:b/>
                <w:i w:val="0"/>
                <w:color w:val="F28C28"/>
                <w:sz w:val="14"/>
              </w:rPr>
              <w:t>SAFETY</w:t>
            </w:r>
          </w:p>
          <w:p>
            <w:pPr>
              <w:spacing w:after="0"/>
              <w:keepLines/>
            </w:pPr>
            <w:r>
              <w:rPr>
                <w:sz w:val="14"/>
              </w:rPr>
              <w:t>Keep rebounders out of landing lanes and prevent shots from crossing active stations.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BEEF Shooting Foundations</w:t>
            </w:r>
          </w:p>
        </w:tc>
        <w:tc>
          <w:tcPr>
            <w:tcW w:type="dxa" w:w="5429"/>
            <w:shd w:fill="F28C28"/>
            <w:tcMar>
              <w:top w:w="62" w:type="dxa"/>
              <w:start w:w="82" w:type="dxa"/>
              <w:bottom w:w="62" w:type="dxa"/>
              <w:end w:w="82" w:type="dxa"/>
            </w:tcMar>
          </w:tcPr>
          <w:p>
            <w:pPr>
              <w:jc w:val="center"/>
              <w:keepLines/>
              <w:keepNext/>
            </w:pPr>
            <w:r>
              <w:rPr>
                <w:b/>
                <w:i w:val="0"/>
                <w:color w:val="FFFFFF"/>
                <w:sz w:val="15"/>
              </w:rPr>
              <w:t>10 min | Individual or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several close-range stations or lanes so queues remain short. Match shooting distance to player strength.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BEEF Shooting Foundations with balanced footwork, a controlled release and quick retrieval.</w:t>
            </w:r>
          </w:p>
          <w:p>
            <w:pPr>
              <w:spacing w:after="0"/>
              <w:ind w:left="230" w:hanging="158"/>
              <w:keepLines/>
              <w:keepNext/>
            </w:pPr>
            <w:r>
              <w:rPr>
                <w:b/>
                <w:i w:val="0"/>
                <w:color w:val="0B5D4B"/>
                <w:sz w:val="14"/>
              </w:rPr>
              <w:t xml:space="preserve">• </w:t>
            </w:r>
            <w:r>
              <w:rPr>
                <w:b w:val="0"/>
                <w:i w:val="0"/>
                <w:color w:val="111111"/>
                <w:sz w:val="14"/>
              </w:rPr>
              <w:t>Rotate roles or spots after a small number of attempts.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Balance first</w:t>
            </w:r>
          </w:p>
          <w:p>
            <w:pPr>
              <w:spacing w:after="0"/>
              <w:ind w:left="230" w:hanging="158"/>
              <w:keepLines/>
              <w:keepNext/>
            </w:pPr>
            <w:r>
              <w:rPr>
                <w:b/>
                <w:i w:val="0"/>
                <w:color w:val="0B5D4B"/>
                <w:sz w:val="14"/>
              </w:rPr>
              <w:t xml:space="preserve">• </w:t>
            </w:r>
            <w:r>
              <w:rPr>
                <w:b w:val="0"/>
                <w:i w:val="0"/>
                <w:color w:val="111111"/>
                <w:sz w:val="14"/>
              </w:rPr>
              <w:t>eyes on target</w:t>
            </w:r>
          </w:p>
          <w:p>
            <w:pPr>
              <w:spacing w:after="0"/>
              <w:ind w:left="230" w:hanging="158"/>
              <w:keepLines/>
              <w:keepNext/>
            </w:pPr>
            <w:r>
              <w:rPr>
                <w:b/>
                <w:i w:val="0"/>
                <w:color w:val="0B5D4B"/>
                <w:sz w:val="14"/>
              </w:rPr>
              <w:t xml:space="preserve">• </w:t>
            </w:r>
            <w:r>
              <w:rPr>
                <w:b w:val="0"/>
                <w:i w:val="0"/>
                <w:color w:val="111111"/>
                <w:sz w:val="14"/>
              </w:rPr>
              <w:t>finish high.</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baskets</w:t>
            </w:r>
          </w:p>
          <w:p>
            <w:pPr>
              <w:spacing w:after="0"/>
              <w:ind w:left="230" w:hanging="158"/>
              <w:keepLines/>
              <w:keepNext/>
            </w:pPr>
            <w:r>
              <w:rPr>
                <w:b/>
                <w:i w:val="0"/>
                <w:color w:val="0B5D4B"/>
                <w:sz w:val="14"/>
              </w:rPr>
              <w:t xml:space="preserve">• </w:t>
            </w:r>
            <w:r>
              <w:rPr>
                <w:b w:val="0"/>
                <w:i w:val="0"/>
                <w:color w:val="111111"/>
                <w:sz w:val="14"/>
              </w:rPr>
              <w:t>One or more baskets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Move closer, remove the approach or use a stationary start.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catch, one dribble, a time target or passive contest.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close enough to use functional form? Are both sides of the basket being developed?</w:t>
            </w:r>
          </w:p>
          <w:p>
            <w:pPr>
              <w:spacing w:before="20" w:after="0"/>
              <w:keepLines/>
              <w:keepNext/>
            </w:pPr>
            <w:r>
              <w:rPr>
                <w:b/>
                <w:i w:val="0"/>
                <w:color w:val="F28C28"/>
                <w:sz w:val="14"/>
              </w:rPr>
              <w:t>SAFETY</w:t>
            </w:r>
          </w:p>
          <w:p>
            <w:pPr>
              <w:spacing w:after="0"/>
              <w:keepLines/>
            </w:pPr>
            <w:r>
              <w:rPr>
                <w:sz w:val="14"/>
              </w:rPr>
              <w:t>Keep rebounders out of landing lanes and prevent shots from crossing active stations.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Catch-Set-Shoot</w:t>
            </w:r>
          </w:p>
        </w:tc>
        <w:tc>
          <w:tcPr>
            <w:tcW w:type="dxa" w:w="5429"/>
            <w:shd w:fill="F28C28"/>
            <w:tcMar>
              <w:top w:w="62" w:type="dxa"/>
              <w:start w:w="82" w:type="dxa"/>
              <w:bottom w:w="62" w:type="dxa"/>
              <w:end w:w="82" w:type="dxa"/>
            </w:tcMar>
          </w:tcPr>
          <w:p>
            <w:pPr>
              <w:jc w:val="center"/>
              <w:keepLines/>
              <w:keepNext/>
            </w:pPr>
            <w:r>
              <w:rPr>
                <w:b/>
                <w:i w:val="0"/>
                <w:color w:val="FFFFFF"/>
                <w:sz w:val="15"/>
              </w:rPr>
              <w:t>12 min | Individual or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several close-range stations or lanes so queues remain short. Match shooting distance to player strength.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Catch-Set-Shoot with balanced footwork, a controlled release and quick retrieval. Rotate roles or spots after a small number of attempts.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Balance first</w:t>
            </w:r>
          </w:p>
          <w:p>
            <w:pPr>
              <w:spacing w:after="0"/>
              <w:ind w:left="230" w:hanging="158"/>
              <w:keepLines/>
              <w:keepNext/>
            </w:pPr>
            <w:r>
              <w:rPr>
                <w:b/>
                <w:i w:val="0"/>
                <w:color w:val="0B5D4B"/>
                <w:sz w:val="14"/>
              </w:rPr>
              <w:t xml:space="preserve">• </w:t>
            </w:r>
            <w:r>
              <w:rPr>
                <w:b w:val="0"/>
                <w:i w:val="0"/>
                <w:color w:val="111111"/>
                <w:sz w:val="14"/>
              </w:rPr>
              <w:t>eyes on target</w:t>
            </w:r>
          </w:p>
          <w:p>
            <w:pPr>
              <w:spacing w:after="0"/>
              <w:ind w:left="230" w:hanging="158"/>
              <w:keepLines/>
              <w:keepNext/>
            </w:pPr>
            <w:r>
              <w:rPr>
                <w:b/>
                <w:i w:val="0"/>
                <w:color w:val="0B5D4B"/>
                <w:sz w:val="14"/>
              </w:rPr>
              <w:t xml:space="preserve">• </w:t>
            </w:r>
            <w:r>
              <w:rPr>
                <w:b w:val="0"/>
                <w:i w:val="0"/>
                <w:color w:val="111111"/>
                <w:sz w:val="14"/>
              </w:rPr>
              <w:t>finish high.</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baskets</w:t>
            </w:r>
          </w:p>
          <w:p>
            <w:pPr>
              <w:spacing w:after="0"/>
              <w:ind w:left="230" w:hanging="158"/>
              <w:keepLines/>
              <w:keepNext/>
            </w:pPr>
            <w:r>
              <w:rPr>
                <w:b/>
                <w:i w:val="0"/>
                <w:color w:val="0B5D4B"/>
                <w:sz w:val="14"/>
              </w:rPr>
              <w:t xml:space="preserve">• </w:t>
            </w:r>
            <w:r>
              <w:rPr>
                <w:b w:val="0"/>
                <w:i w:val="0"/>
                <w:color w:val="111111"/>
                <w:sz w:val="14"/>
              </w:rPr>
              <w:t>One or more baskets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Move closer, remove the approach or use a stationary start.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catch, one dribble, a time target or passive contest.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close enough to use functional form? Are both sides of the basket being developed?</w:t>
            </w:r>
          </w:p>
          <w:p>
            <w:pPr>
              <w:spacing w:before="20" w:after="0"/>
              <w:keepLines/>
              <w:keepNext/>
            </w:pPr>
            <w:r>
              <w:rPr>
                <w:b/>
                <w:i w:val="0"/>
                <w:color w:val="F28C28"/>
                <w:sz w:val="14"/>
              </w:rPr>
              <w:t>SAFETY</w:t>
            </w:r>
          </w:p>
          <w:p>
            <w:pPr>
              <w:spacing w:after="0"/>
              <w:keepLines/>
            </w:pPr>
            <w:r>
              <w:rPr>
                <w:sz w:val="14"/>
              </w:rPr>
              <w:t>Keep rebounders out of landing lanes and prevent shots from crossing active stations.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2v1 Finish or Pass</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reduced playing area and organise players into small groups. Use clear starting spots and quick rotations.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2v1 Finish or Pass in short rounds.</w:t>
            </w:r>
          </w:p>
          <w:p>
            <w:pPr>
              <w:spacing w:after="0"/>
              <w:ind w:left="230" w:hanging="158"/>
              <w:keepLines/>
              <w:keepNext/>
            </w:pPr>
            <w:r>
              <w:rPr>
                <w:b/>
                <w:i w:val="0"/>
                <w:color w:val="0B5D4B"/>
                <w:sz w:val="14"/>
              </w:rPr>
              <w:t xml:space="preserve">• </w:t>
            </w:r>
            <w:r>
              <w:rPr>
                <w:b w:val="0"/>
                <w:i w:val="0"/>
                <w:color w:val="111111"/>
                <w:sz w:val="14"/>
              </w:rPr>
              <w:t>Players apply the named skill or decision in live play, then rotate promptly so everyone receives repeated opportunities.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space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defensive pressure or allow an extra dribble.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a recovering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making decisions rather than following a script? Is everyone receiving meaningful involvement?</w:t>
            </w:r>
          </w:p>
          <w:p>
            <w:pPr>
              <w:spacing w:before="20" w:after="0"/>
              <w:keepLines/>
              <w:keepNext/>
            </w:pPr>
            <w:r>
              <w:rPr>
                <w:b/>
                <w:i w:val="0"/>
                <w:color w:val="F28C28"/>
                <w:sz w:val="14"/>
              </w:rPr>
              <w:t>SAFETY</w:t>
            </w:r>
          </w:p>
          <w:p>
            <w:pPr>
              <w:spacing w:after="0"/>
              <w:keepLines/>
            </w:pPr>
            <w:r>
              <w:rPr>
                <w:sz w:val="14"/>
              </w:rPr>
              <w:t>Use controlled contact, clear boundaries and short rounds. Stop immediately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Shot Preparation Praise</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organise players so everyone can start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Shot Preparation Praise in short active rounds. Demonstrate once, begin quickly and add one progression only when the group is ready.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see the space</w:t>
            </w:r>
          </w:p>
          <w:p>
            <w:pPr>
              <w:spacing w:after="0"/>
              <w:ind w:left="230" w:hanging="158"/>
              <w:keepLines/>
              <w:keepNext/>
            </w:pPr>
            <w:r>
              <w:rPr>
                <w:b/>
                <w:i w:val="0"/>
                <w:color w:val="0B5D4B"/>
                <w:sz w:val="14"/>
              </w:rPr>
              <w:t xml:space="preserve">• </w:t>
            </w:r>
            <w:r>
              <w:rPr>
                <w:b w:val="0"/>
                <w:i w:val="0"/>
                <w:color w:val="111111"/>
                <w:sz w:val="14"/>
              </w:rPr>
              <w:t>stay ready.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and reduce the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reaction cue or a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moving with control and understanding the purpose of the activity?</w:t>
            </w:r>
          </w:p>
          <w:p>
            <w:pPr>
              <w:spacing w:before="20" w:after="0"/>
              <w:keepLines/>
              <w:keepNext/>
            </w:pPr>
            <w:r>
              <w:rPr>
                <w:b/>
                <w:i w:val="0"/>
                <w:color w:val="F28C28"/>
                <w:sz w:val="14"/>
              </w:rPr>
              <w:t>SAFETY</w:t>
            </w:r>
          </w:p>
          <w:p>
            <w:pPr>
              <w:spacing w:after="0"/>
              <w:keepLines/>
            </w:pPr>
            <w:r>
              <w:rPr>
                <w:sz w:val="14"/>
              </w:rPr>
              <w:t>Keep boundaries clear and remove unused equipment from movement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ACADEMY WEEK 6: PROTECT AND RECOVER</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Use body position and change of direction to keep possession.</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Respond positively after mistakes.</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Protect the ball; use retreat and crossover dribbles; pivot away from pressure; recover loose balls safely.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Foxes and Tails with Ball</w:t>
            </w:r>
          </w:p>
        </w:tc>
        <w:tc>
          <w:tcPr>
            <w:tcW w:type="dxa" w:w="4104"/>
            <w:vAlign w:val="center"/>
            <w:tcMar>
              <w:top w:w="42" w:type="dxa"/>
              <w:start w:w="50" w:type="dxa"/>
              <w:bottom w:w="42" w:type="dxa"/>
              <w:end w:w="50" w:type="dxa"/>
            </w:tcMar>
          </w:tcPr>
          <w:p>
            <w:pPr>
              <w:keepLines/>
            </w:pPr>
            <w:r>
              <w:rPr>
                <w:b w:val="0"/>
                <w:i w:val="0"/>
                <w:color w:val="111111"/>
                <w:sz w:val="14"/>
              </w:rPr>
              <w:t>Players complete Foxes and Tails with Ball in short active rounds. Demonstrate once, begin quickly and add one progression only when the group is ready.</w:t>
            </w:r>
          </w:p>
        </w:tc>
        <w:tc>
          <w:tcPr>
            <w:tcW w:type="dxa" w:w="2563"/>
            <w:vAlign w:val="center"/>
            <w:tcMar>
              <w:top w:w="42" w:type="dxa"/>
              <w:start w:w="50" w:type="dxa"/>
              <w:bottom w:w="42" w:type="dxa"/>
              <w:end w:w="50" w:type="dxa"/>
            </w:tcMar>
          </w:tcPr>
          <w:p>
            <w:pPr>
              <w:keepLines/>
            </w:pPr>
            <w:r>
              <w:rPr>
                <w:b w:val="0"/>
                <w:i w:val="0"/>
                <w:color w:val="111111"/>
                <w:sz w:val="14"/>
              </w:rPr>
              <w:t>Team play</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Protective Dribble Series</w:t>
            </w:r>
          </w:p>
        </w:tc>
        <w:tc>
          <w:tcPr>
            <w:tcW w:type="dxa" w:w="4104"/>
            <w:vAlign w:val="center"/>
            <w:tcMar>
              <w:top w:w="42" w:type="dxa"/>
              <w:start w:w="50" w:type="dxa"/>
              <w:bottom w:w="42" w:type="dxa"/>
              <w:end w:w="50" w:type="dxa"/>
            </w:tcMar>
          </w:tcPr>
          <w:p>
            <w:pPr>
              <w:keepLines/>
            </w:pPr>
            <w:r>
              <w:rPr>
                <w:b w:val="0"/>
                <w:i w:val="0"/>
                <w:color w:val="111111"/>
                <w:sz w:val="14"/>
              </w:rPr>
              <w:t>Players perform Protective Dribble Series while maintaining control, scanning the space and recovering calmly after mistakes.</w:t>
            </w:r>
          </w:p>
        </w:tc>
        <w:tc>
          <w:tcPr>
            <w:tcW w:type="dxa" w:w="2563"/>
            <w:vAlign w:val="center"/>
            <w:tcMar>
              <w:top w:w="42" w:type="dxa"/>
              <w:start w:w="50" w:type="dxa"/>
              <w:bottom w:w="42" w:type="dxa"/>
              <w:end w:w="50" w:type="dxa"/>
            </w:tcMar>
          </w:tcPr>
          <w:p>
            <w:pPr>
              <w:keepLines/>
            </w:pPr>
            <w:r>
              <w:rPr>
                <w:b w:val="0"/>
                <w:i w:val="0"/>
                <w:color w:val="111111"/>
                <w:sz w:val="14"/>
              </w:rPr>
              <w:t>Dribbling control and decision-making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Pivot Away from Pressure</w:t>
            </w:r>
          </w:p>
        </w:tc>
        <w:tc>
          <w:tcPr>
            <w:tcW w:type="dxa" w:w="4104"/>
            <w:vAlign w:val="center"/>
            <w:tcMar>
              <w:top w:w="42" w:type="dxa"/>
              <w:start w:w="50" w:type="dxa"/>
              <w:bottom w:w="42" w:type="dxa"/>
              <w:end w:w="50" w:type="dxa"/>
            </w:tcMar>
          </w:tcPr>
          <w:p>
            <w:pPr>
              <w:keepLines/>
            </w:pPr>
            <w:r>
              <w:rPr>
                <w:b w:val="0"/>
                <w:i w:val="0"/>
                <w:color w:val="111111"/>
                <w:sz w:val="14"/>
              </w:rPr>
              <w:t>Players repeat Pivot Away from Pressure with controlled stops, turns and balanced recovery. Add a ball only when movement is stable.</w:t>
            </w:r>
          </w:p>
        </w:tc>
        <w:tc>
          <w:tcPr>
            <w:tcW w:type="dxa" w:w="2563"/>
            <w:vAlign w:val="center"/>
            <w:tcMar>
              <w:top w:w="42" w:type="dxa"/>
              <w:start w:w="50" w:type="dxa"/>
              <w:bottom w:w="42" w:type="dxa"/>
              <w:end w:w="50" w:type="dxa"/>
            </w:tcMar>
          </w:tcPr>
          <w:p>
            <w:pPr>
              <w:keepLines/>
            </w:pPr>
            <w:r>
              <w:rPr>
                <w:b w:val="0"/>
                <w:i w:val="0"/>
                <w:color w:val="111111"/>
                <w:sz w:val="14"/>
              </w:rPr>
              <w:t>Pivoting and ball protection</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Escape Dribble Gates</w:t>
            </w:r>
          </w:p>
        </w:tc>
        <w:tc>
          <w:tcPr>
            <w:tcW w:type="dxa" w:w="4104"/>
            <w:vAlign w:val="center"/>
            <w:tcMar>
              <w:top w:w="42" w:type="dxa"/>
              <w:start w:w="50" w:type="dxa"/>
              <w:bottom w:w="42" w:type="dxa"/>
              <w:end w:w="50" w:type="dxa"/>
            </w:tcMar>
          </w:tcPr>
          <w:p>
            <w:pPr>
              <w:keepLines/>
            </w:pPr>
            <w:r>
              <w:rPr>
                <w:b w:val="0"/>
                <w:i w:val="0"/>
                <w:color w:val="111111"/>
                <w:sz w:val="14"/>
              </w:rPr>
              <w:t>Players perform Escape Dribble Gates while maintaining control, scanning the space and recovering calmly after mistakes.</w:t>
            </w:r>
          </w:p>
        </w:tc>
        <w:tc>
          <w:tcPr>
            <w:tcW w:type="dxa" w:w="2563"/>
            <w:vAlign w:val="center"/>
            <w:tcMar>
              <w:top w:w="42" w:type="dxa"/>
              <w:start w:w="50" w:type="dxa"/>
              <w:bottom w:w="42" w:type="dxa"/>
              <w:end w:w="50" w:type="dxa"/>
            </w:tcMar>
          </w:tcPr>
          <w:p>
            <w:pPr>
              <w:keepLines/>
            </w:pPr>
            <w:r>
              <w:rPr>
                <w:b w:val="0"/>
                <w:i w:val="0"/>
                <w:color w:val="111111"/>
                <w:sz w:val="14"/>
              </w:rPr>
              <w:t>Dribbling control and decision-making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1v1 Protect and Exit</w:t>
            </w:r>
          </w:p>
        </w:tc>
        <w:tc>
          <w:tcPr>
            <w:tcW w:type="dxa" w:w="4104"/>
            <w:vAlign w:val="center"/>
            <w:tcMar>
              <w:top w:w="42" w:type="dxa"/>
              <w:start w:w="50" w:type="dxa"/>
              <w:bottom w:w="42" w:type="dxa"/>
              <w:end w:w="50" w:type="dxa"/>
            </w:tcMar>
          </w:tcPr>
          <w:p>
            <w:pPr>
              <w:keepLines/>
            </w:pPr>
            <w:r>
              <w:rPr>
                <w:b w:val="0"/>
                <w:i w:val="0"/>
                <w:color w:val="111111"/>
                <w:sz w:val="14"/>
              </w:rPr>
              <w:t>Run 1v1 Protect and Exit in short rounds. Players apply the named skill or decision in live play, then rotate promptly so everyone receives repeated opportunities.</w:t>
            </w:r>
          </w:p>
        </w:tc>
        <w:tc>
          <w:tcPr>
            <w:tcW w:type="dxa" w:w="2563"/>
            <w:vAlign w:val="center"/>
            <w:tcMar>
              <w:top w:w="42" w:type="dxa"/>
              <w:start w:w="50" w:type="dxa"/>
              <w:bottom w:w="42" w:type="dxa"/>
              <w:end w:w="50" w:type="dxa"/>
            </w:tcMar>
          </w:tcPr>
          <w:p>
            <w:pPr>
              <w:keepLines/>
            </w:pPr>
            <w:r>
              <w:rPr>
                <w:b w:val="0"/>
                <w:i w:val="0"/>
                <w:color w:val="111111"/>
                <w:sz w:val="14"/>
              </w:rPr>
              <w:t>Individual attack and defence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Resilience Huddle</w:t>
            </w:r>
          </w:p>
        </w:tc>
        <w:tc>
          <w:tcPr>
            <w:tcW w:type="dxa" w:w="4104"/>
            <w:vAlign w:val="center"/>
            <w:tcMar>
              <w:top w:w="42" w:type="dxa"/>
              <w:start w:w="50" w:type="dxa"/>
              <w:bottom w:w="42" w:type="dxa"/>
              <w:end w:w="50" w:type="dxa"/>
            </w:tcMar>
          </w:tcPr>
          <w:p>
            <w:pPr>
              <w:keepLines/>
            </w:pPr>
            <w:r>
              <w:rPr>
                <w:b w:val="0"/>
                <w:i w:val="0"/>
                <w:color w:val="111111"/>
                <w:sz w:val="14"/>
              </w:rPr>
              <w:t>Use Resilience Huddle to review the session briefly. Ask one focused question, recognise specific effort or teamwork, and finish positively.</w:t>
            </w:r>
          </w:p>
        </w:tc>
        <w:tc>
          <w:tcPr>
            <w:tcW w:type="dxa" w:w="2563"/>
            <w:vAlign w:val="center"/>
            <w:tcMar>
              <w:top w:w="42" w:type="dxa"/>
              <w:start w:w="50" w:type="dxa"/>
              <w:bottom w:w="42" w:type="dxa"/>
              <w:end w:w="50" w:type="dxa"/>
            </w:tcMar>
          </w:tcPr>
          <w:p>
            <w:pPr>
              <w:keepLines/>
            </w:pPr>
            <w:r>
              <w:rPr>
                <w:b w:val="0"/>
                <w:i w:val="0"/>
                <w:color w:val="111111"/>
                <w:sz w:val="14"/>
              </w:rPr>
              <w:t>Reflection and confidence</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shielding without pushing? Do they recover and rejoin quickly?</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Use shadow defenders who cannot steal.</w:t>
              <w:br/>
              <w:t>Harder: Reduce space or allow controlled live steals.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Protect the ball, retreat dribble, strong pivot.</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How did you recover when pressured?</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Foxes and Tails with Ball</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organise players so everyone can start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Foxes and Tails with Ball in short active rounds. Demonstrate once, begin quickly and add one progression only when the group is ready.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see the space</w:t>
            </w:r>
          </w:p>
          <w:p>
            <w:pPr>
              <w:spacing w:after="0"/>
              <w:ind w:left="230" w:hanging="158"/>
              <w:keepLines/>
              <w:keepNext/>
            </w:pPr>
            <w:r>
              <w:rPr>
                <w:b/>
                <w:i w:val="0"/>
                <w:color w:val="0B5D4B"/>
                <w:sz w:val="14"/>
              </w:rPr>
              <w:t xml:space="preserve">• </w:t>
            </w:r>
            <w:r>
              <w:rPr>
                <w:b w:val="0"/>
                <w:i w:val="0"/>
                <w:color w:val="111111"/>
                <w:sz w:val="14"/>
              </w:rPr>
              <w:t>stay ready.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and reduce the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reaction cue or a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moving with control and understanding the purpose of the activity?</w:t>
            </w:r>
          </w:p>
          <w:p>
            <w:pPr>
              <w:spacing w:before="20" w:after="0"/>
              <w:keepLines/>
              <w:keepNext/>
            </w:pPr>
            <w:r>
              <w:rPr>
                <w:b/>
                <w:i w:val="0"/>
                <w:color w:val="F28C28"/>
                <w:sz w:val="14"/>
              </w:rPr>
              <w:t>SAFETY</w:t>
            </w:r>
          </w:p>
          <w:p>
            <w:pPr>
              <w:spacing w:after="0"/>
              <w:keepLines/>
            </w:pPr>
            <w:r>
              <w:rPr>
                <w:sz w:val="14"/>
              </w:rPr>
              <w:t>Keep boundaries clear and remove unused equipment from movement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Protective Dribble Series</w:t>
            </w:r>
          </w:p>
        </w:tc>
        <w:tc>
          <w:tcPr>
            <w:tcW w:type="dxa" w:w="5429"/>
            <w:shd w:fill="F28C28"/>
            <w:tcMar>
              <w:top w:w="62" w:type="dxa"/>
              <w:start w:w="82" w:type="dxa"/>
              <w:bottom w:w="62" w:type="dxa"/>
              <w:end w:w="82" w:type="dxa"/>
            </w:tcMar>
          </w:tcPr>
          <w:p>
            <w:pPr>
              <w:jc w:val="center"/>
              <w:keepLines/>
              <w:keepNext/>
            </w:pPr>
            <w:r>
              <w:rPr>
                <w:b/>
                <w:i w:val="0"/>
                <w:color w:val="FFFFFF"/>
                <w:sz w:val="15"/>
              </w:rPr>
              <w:t>8 min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Give each player a ball where possible and mark clear working lanes or gates.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perform Protective Dribble Series while maintaining control, scanning the space and recovering calmly after mistakes.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Fingertips</w:t>
            </w:r>
          </w:p>
          <w:p>
            <w:pPr>
              <w:spacing w:after="0"/>
              <w:ind w:left="230" w:hanging="158"/>
              <w:keepLines/>
              <w:keepNext/>
            </w:pPr>
            <w:r>
              <w:rPr>
                <w:b/>
                <w:i w:val="0"/>
                <w:color w:val="0B5D4B"/>
                <w:sz w:val="14"/>
              </w:rPr>
              <w:t xml:space="preserve">• </w:t>
            </w:r>
            <w:r>
              <w:rPr>
                <w:b w:val="0"/>
                <w:i w:val="0"/>
                <w:color w:val="111111"/>
                <w:sz w:val="14"/>
              </w:rPr>
              <w:t>eyes up</w:t>
            </w:r>
          </w:p>
          <w:p>
            <w:pPr>
              <w:spacing w:after="0"/>
              <w:ind w:left="230" w:hanging="158"/>
              <w:keepLines/>
              <w:keepNext/>
            </w:pPr>
            <w:r>
              <w:rPr>
                <w:b/>
                <w:i w:val="0"/>
                <w:color w:val="0B5D4B"/>
                <w:sz w:val="14"/>
              </w:rPr>
              <w:t xml:space="preserve">• </w:t>
            </w:r>
            <w:r>
              <w:rPr>
                <w:b w:val="0"/>
                <w:i w:val="0"/>
                <w:color w:val="111111"/>
                <w:sz w:val="14"/>
              </w:rPr>
              <w:t>push into space.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basketball per player; cones</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walking speed, wider lanes or stationary repetitions.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direction changes, pace changes, the weaker hand or light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ball controlled beside the body? Are players looking up and using both hands?</w:t>
            </w:r>
          </w:p>
          <w:p>
            <w:pPr>
              <w:spacing w:before="20" w:after="0"/>
              <w:keepLines/>
              <w:keepNext/>
            </w:pPr>
            <w:r>
              <w:rPr>
                <w:b/>
                <w:i w:val="0"/>
                <w:color w:val="F28C28"/>
                <w:sz w:val="14"/>
              </w:rPr>
              <w:t>SAFETY</w:t>
            </w:r>
          </w:p>
          <w:p>
            <w:pPr>
              <w:spacing w:after="0"/>
              <w:keepLines/>
            </w:pPr>
            <w:r>
              <w:rPr>
                <w:sz w:val="14"/>
              </w:rPr>
              <w:t>Keep adequate spacing and retrieve loose balls without crossing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Pivot Away from Pressure</w:t>
            </w:r>
          </w:p>
        </w:tc>
        <w:tc>
          <w:tcPr>
            <w:tcW w:type="dxa" w:w="5429"/>
            <w:shd w:fill="F28C28"/>
            <w:tcMar>
              <w:top w:w="62" w:type="dxa"/>
              <w:start w:w="82" w:type="dxa"/>
              <w:bottom w:w="62" w:type="dxa"/>
              <w:end w:w="82" w:type="dxa"/>
            </w:tcMar>
          </w:tcPr>
          <w:p>
            <w:pPr>
              <w:jc w:val="center"/>
              <w:keepLines/>
              <w:keepNext/>
            </w:pPr>
            <w:r>
              <w:rPr>
                <w:b/>
                <w:i w:val="0"/>
                <w:color w:val="FFFFFF"/>
                <w:sz w:val="15"/>
              </w:rPr>
              <w:t>10 min | Individual or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short movement lanes or boxes. Demonstrate the footwork slowly before increasing speed.</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repeat Pivot Away from Pressure with controlled stops, turns and balanced recovery. Add a ball only when movement is stable.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Soft knees</w:t>
            </w:r>
          </w:p>
          <w:p>
            <w:pPr>
              <w:spacing w:after="0"/>
              <w:ind w:left="230" w:hanging="158"/>
              <w:keepLines/>
              <w:keepNext/>
            </w:pPr>
            <w:r>
              <w:rPr>
                <w:b/>
                <w:i w:val="0"/>
                <w:color w:val="0B5D4B"/>
                <w:sz w:val="14"/>
              </w:rPr>
              <w:t xml:space="preserve">• </w:t>
            </w:r>
            <w:r>
              <w:rPr>
                <w:b w:val="0"/>
                <w:i w:val="0"/>
                <w:color w:val="111111"/>
                <w:sz w:val="14"/>
              </w:rPr>
              <w:t>control the stop</w:t>
            </w:r>
          </w:p>
          <w:p>
            <w:pPr>
              <w:spacing w:after="0"/>
              <w:ind w:left="230" w:hanging="158"/>
              <w:keepLines/>
              <w:keepNext/>
            </w:pPr>
            <w:r>
              <w:rPr>
                <w:b/>
                <w:i w:val="0"/>
                <w:color w:val="0B5D4B"/>
                <w:sz w:val="14"/>
              </w:rPr>
              <w:t xml:space="preserve">• </w:t>
            </w:r>
            <w:r>
              <w:rPr>
                <w:b w:val="0"/>
                <w:i w:val="0"/>
                <w:color w:val="111111"/>
                <w:sz w:val="14"/>
              </w:rPr>
              <w:t>hold your pivot.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where required</w:t>
            </w:r>
          </w:p>
          <w:p>
            <w:pPr>
              <w:spacing w:after="0"/>
              <w:ind w:left="230" w:hanging="158"/>
              <w:keepLines/>
              <w:keepNext/>
            </w:pPr>
            <w:r>
              <w:rPr>
                <w:b/>
                <w:i w:val="0"/>
                <w:color w:val="0B5D4B"/>
                <w:sz w:val="14"/>
              </w:rPr>
              <w:t xml:space="preserve">• </w:t>
            </w:r>
            <w:r>
              <w:rPr>
                <w:b w:val="0"/>
                <w:i w:val="0"/>
                <w:color w:val="111111"/>
                <w:sz w:val="14"/>
              </w:rPr>
              <w:t>Quarter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and distance or remove the ball.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direction cue or a live decision.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balanced after stopping? Are pivot feet staying established?</w:t>
            </w:r>
          </w:p>
          <w:p>
            <w:pPr>
              <w:spacing w:before="20" w:after="0"/>
              <w:keepLines/>
              <w:keepNext/>
            </w:pPr>
            <w:r>
              <w:rPr>
                <w:b/>
                <w:i w:val="0"/>
                <w:color w:val="F28C28"/>
                <w:sz w:val="14"/>
              </w:rPr>
              <w:t>SAFETY</w:t>
            </w:r>
          </w:p>
          <w:p>
            <w:pPr>
              <w:spacing w:after="0"/>
              <w:keepLines/>
            </w:pPr>
            <w:r>
              <w:rPr>
                <w:sz w:val="14"/>
              </w:rPr>
              <w:t>Use dry, non-slip space and avoid crowded turning areas.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Escape Dribble Gates</w:t>
            </w:r>
          </w:p>
        </w:tc>
        <w:tc>
          <w:tcPr>
            <w:tcW w:type="dxa" w:w="5429"/>
            <w:shd w:fill="F28C28"/>
            <w:tcMar>
              <w:top w:w="62" w:type="dxa"/>
              <w:start w:w="82" w:type="dxa"/>
              <w:bottom w:w="62" w:type="dxa"/>
              <w:end w:w="82" w:type="dxa"/>
            </w:tcMar>
          </w:tcPr>
          <w:p>
            <w:pPr>
              <w:jc w:val="center"/>
              <w:keepLines/>
              <w:keepNext/>
            </w:pPr>
            <w:r>
              <w:rPr>
                <w:b/>
                <w:i w:val="0"/>
                <w:color w:val="FFFFFF"/>
                <w:sz w:val="15"/>
              </w:rPr>
              <w:t>12 min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Give each player a ball where possible and mark clear working lanes or gates.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perform Escape Dribble Gates while maintaining control, scanning the space and recovering calmly after mistakes.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Fingertips</w:t>
            </w:r>
          </w:p>
          <w:p>
            <w:pPr>
              <w:spacing w:after="0"/>
              <w:ind w:left="230" w:hanging="158"/>
              <w:keepLines/>
              <w:keepNext/>
            </w:pPr>
            <w:r>
              <w:rPr>
                <w:b/>
                <w:i w:val="0"/>
                <w:color w:val="0B5D4B"/>
                <w:sz w:val="14"/>
              </w:rPr>
              <w:t xml:space="preserve">• </w:t>
            </w:r>
            <w:r>
              <w:rPr>
                <w:b w:val="0"/>
                <w:i w:val="0"/>
                <w:color w:val="111111"/>
                <w:sz w:val="14"/>
              </w:rPr>
              <w:t>eyes up</w:t>
            </w:r>
          </w:p>
          <w:p>
            <w:pPr>
              <w:spacing w:after="0"/>
              <w:ind w:left="230" w:hanging="158"/>
              <w:keepLines/>
              <w:keepNext/>
            </w:pPr>
            <w:r>
              <w:rPr>
                <w:b/>
                <w:i w:val="0"/>
                <w:color w:val="0B5D4B"/>
                <w:sz w:val="14"/>
              </w:rPr>
              <w:t xml:space="preserve">• </w:t>
            </w:r>
            <w:r>
              <w:rPr>
                <w:b w:val="0"/>
                <w:i w:val="0"/>
                <w:color w:val="111111"/>
                <w:sz w:val="14"/>
              </w:rPr>
              <w:t>push into space.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basketball per player; cones</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walking speed, wider lanes or stationary repetitions.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direction changes, pace changes, the weaker hand or light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ball controlled beside the body? Are players looking up and using both hands?</w:t>
            </w:r>
          </w:p>
          <w:p>
            <w:pPr>
              <w:spacing w:before="20" w:after="0"/>
              <w:keepLines/>
              <w:keepNext/>
            </w:pPr>
            <w:r>
              <w:rPr>
                <w:b/>
                <w:i w:val="0"/>
                <w:color w:val="F28C28"/>
                <w:sz w:val="14"/>
              </w:rPr>
              <w:t>SAFETY</w:t>
            </w:r>
          </w:p>
          <w:p>
            <w:pPr>
              <w:spacing w:after="0"/>
              <w:keepLines/>
            </w:pPr>
            <w:r>
              <w:rPr>
                <w:sz w:val="14"/>
              </w:rPr>
              <w:t>Keep adequate spacing and retrieve loose balls without crossing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1v1 Protect and Exit</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reduced playing area and organise players into small groups. Use clear starting spots and quick rotations.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1v1 Protect and Exit in short rounds.</w:t>
            </w:r>
          </w:p>
          <w:p>
            <w:pPr>
              <w:spacing w:after="0"/>
              <w:ind w:left="230" w:hanging="158"/>
              <w:keepLines/>
              <w:keepNext/>
            </w:pPr>
            <w:r>
              <w:rPr>
                <w:b/>
                <w:i w:val="0"/>
                <w:color w:val="0B5D4B"/>
                <w:sz w:val="14"/>
              </w:rPr>
              <w:t xml:space="preserve">• </w:t>
            </w:r>
            <w:r>
              <w:rPr>
                <w:b w:val="0"/>
                <w:i w:val="0"/>
                <w:color w:val="111111"/>
                <w:sz w:val="14"/>
              </w:rPr>
              <w:t>Players apply the named skill or decision in live play, then rotate promptly so everyone receives repeated opportunities.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space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defensive pressure or allow an extra dribble.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a recovering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making decisions rather than following a script? Is everyone receiving meaningful involvement?</w:t>
            </w:r>
          </w:p>
          <w:p>
            <w:pPr>
              <w:spacing w:before="20" w:after="0"/>
              <w:keepLines/>
              <w:keepNext/>
            </w:pPr>
            <w:r>
              <w:rPr>
                <w:b/>
                <w:i w:val="0"/>
                <w:color w:val="F28C28"/>
                <w:sz w:val="14"/>
              </w:rPr>
              <w:t>SAFETY</w:t>
            </w:r>
          </w:p>
          <w:p>
            <w:pPr>
              <w:spacing w:after="0"/>
              <w:keepLines/>
            </w:pPr>
            <w:r>
              <w:rPr>
                <w:sz w:val="14"/>
              </w:rPr>
              <w:t>Use controlled contact, clear boundaries and short rounds. Stop immediately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Resilience Huddle</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in a clear area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Resilience Huddle to review the session briefly. Ask one focused question, recognise specific effort or teamwork, and finish positively.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or one-word answer.</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quieter players given a chance to contribute? Is praise linked to behaviour and learning?</w:t>
            </w:r>
          </w:p>
          <w:p>
            <w:pPr>
              <w:spacing w:before="20" w:after="0"/>
              <w:keepLines/>
              <w:keepNext/>
            </w:pPr>
            <w:r>
              <w:rPr>
                <w:b/>
                <w:i w:val="0"/>
                <w:color w:val="F28C28"/>
                <w:sz w:val="14"/>
              </w:rPr>
              <w:t>SAFETY</w:t>
            </w:r>
          </w:p>
          <w:p>
            <w:pPr>
              <w:spacing w:after="0"/>
              <w:keepLines/>
            </w:pPr>
            <w:r>
              <w:rPr>
                <w:sz w:val="14"/>
              </w:rPr>
              <w:t>Keep the group clear of balls and baskets while attention is on the coach.</w:t>
            </w:r>
          </w:p>
        </w:tc>
      </w:tr>
    </w:tbl>
    <w:p>
      <w:pPr>
        <w:spacing w:after="0"/>
      </w:pPr>
    </w:p>
    <w:sectPr w:rsidR="00FC693F" w:rsidRPr="0006063C" w:rsidSect="00034616">
      <w:footerReference w:type="default" r:id="rId9"/>
      <w:pgSz w:w="12240" w:h="15840"/>
      <w:pgMar w:top="547" w:right="691" w:bottom="605" w:left="6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b w:val="0"/>
        <w:i w:val="0"/>
        <w:color w:val="6B7280"/>
        <w:sz w:val="15"/>
      </w:rPr>
      <w:t>South Galway Stormers Basketball | Academy Phase 1 Practice Pack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