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U18 PRACTICE PACK</w:t>
            </w:r>
          </w:p>
          <w:p>
            <w:pPr>
              <w:jc w:val="center"/>
            </w:pPr>
            <w:r>
              <w:rPr>
                <w:b/>
                <w:i w:val="0"/>
                <w:color w:val="FFFFFF"/>
                <w:sz w:val="30"/>
              </w:rPr>
              <w:t>Phase 5: Prepare for Adult Basketball</w:t>
            </w:r>
          </w:p>
          <w:p>
            <w:pPr>
              <w:jc w:val="center"/>
            </w:pPr>
            <w:r>
              <w:rPr>
                <w:b/>
                <w:i w:val="0"/>
                <w:color w:val="F28C28"/>
                <w:sz w:val="22"/>
              </w:rPr>
              <w:t>Weeks 25–30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25: ADULT BASKETBALL PHYSICALITY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adult basketball physicality.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adult basketball physicality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adult basketball physicality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adult basketball physicality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Adult Basketball Physicality: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adult basketball physicality.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Adult Basketball Physicality: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adult basketball physicality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Adult Basketball Physicality: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adult basketball physicality.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Adult Basketball Physicality: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adult basketball physicality.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Adult Basketball Physicality: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adult basketball physicality.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Adult Basketball Physicality: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adult basketball physicality.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25: ADULT BASKETBALL PHYSICALITY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adult basketball physicality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adult basketball physicality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Adult Basketball Physicality: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adult basketball physicality.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adult basketball physicality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adult basketball physicality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Adult Basketball Physicality: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adult basketball physicality.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Adult Basketball Physicality: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adult basketball physicality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Adult Basketball Physicality: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adult basketball physicality.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Adult Basketball Physicality: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adult basketball physicality.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Adult Basketball Physicality: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adult basketball physicality.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Adult Basketball Physicality: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adult basketball physicality.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26: ROLE CLARITY AND SELECTION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role clarity and selection.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clarity and selection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clarity and selection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clarity and selection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Clarity and Selection: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clarity and selection.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Clarity and Selection: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clarity and selection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Clarity and Selection: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clarity and selection.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Clarity and Selection: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clarity and selection.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Clarity and Selection: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clarity and selection.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Clarity and Selection: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clarity and selection.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26: ROLE CLARITY AND SELECTION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role clarity and selection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clarity and selection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Clarity and Selection: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clarity and selection.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clarity and selection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clarity and selection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Clarity and Selection: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clarity and selection.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Clarity and Selection: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clarity and selection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Clarity and Selection: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clarity and selection.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Clarity and Selection: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clarity and selection.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Clarity and Selection: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clarity and selection.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Clarity and Selection: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clarity and selection.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27: PREPARATION, RECOVERY AND AVAILABILITY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preparation, recovery and availability.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preparation, recovery and availability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preparation, recovery and availability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preparation, recovery and availability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Preparation, Recovery and Availability: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preparation, recovery and availability.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Preparation, Recovery and Availability: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preparation, recovery and availability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Preparation, Recovery and Availability: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preparation, recovery and availability.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Preparation, Recovery and Availability: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preparation, recovery and availability.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Preparation, Recovery and Availability: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preparation, recovery and availability.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Preparation, Recovery and Availability: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preparation, recovery and availability.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27: PREPARATION, RECOVERY AND AVAILABILITY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preparation, recovery and availability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preparation, recovery and availability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Preparation, Recovery and Availability: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preparation, recovery and availability.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preparation, recovery and availability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preparation, recovery and availability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Preparation, Recovery and Availability: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preparation, recovery and availability.</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Preparation, Recovery and Availability: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preparation, recovery and availability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Preparation, Recovery and Availability: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preparation, recovery and availability.</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Preparation, Recovery and Availability: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preparation, recovery and availability.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Preparation, Recovery and Availability: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preparation, recovery and availability.</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Preparation, Recovery and Availability: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preparation, recovery and availability.</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28: DECISION-MAKING UNDER CONSEQUENCE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decision-making under consequence.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decision-making under consequence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decision-making under consequence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decision-making under consequence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Decision-Making Under Consequence: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decision-making under consequence.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Decision-Making Under Consequence: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decision-making under consequence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Decision-Making Under Consequence: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decision-making under consequence.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Decision-Making Under Consequence: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decision-making under consequence.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Decision-Making Under Consequence: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decision-making under consequence.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Decision-Making Under Consequence: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decision-making under consequence.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28: DECISION-MAKING UNDER CONSEQUENCE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decision-making under consequence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decision-making under consequence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Decision-Making Under Consequence: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decision-making under consequence.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decision-making under consequence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decision-making under consequence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Decision-Making Under Consequence: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decision-making under consequence.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Decision-Making Under Consequence: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decision-making under consequence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Decision-Making Under Consequence: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decision-making under consequence.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Decision-Making Under Consequence: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decision-making under consequence.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Decision-Making Under Consequence: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decision-making under consequence.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Decision-Making Under Consequence: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decision-making under consequence.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29: ADULT-TEAM PRACTICE AND GAME STANDARDS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adult-team practice and game standards.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adult-team practice and game standards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adult-team practice and game standards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adult-team practice and game standards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Adult-Team Practice and Game Standards: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adult-team practice and game standards.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Adult-Team Practice and Game Standards: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adult-team practice and game standards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Adult-Team Practice and Game Standards: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adult-team practice and game standards.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Adult-Team Practice and Game Standards: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adult-team practice and game standards.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Adult-Team Practice and Game Standards: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adult-team practice and game standards.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Adult-Team Practice and Game Standards: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adult-team practice and game standards.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29: ADULT-TEAM PRACTICE AND GAME STANDARDS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adult-team practice and game standards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adult-team practice and game standards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Adult-Team Practice and Game Standards: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adult-team practice and game standards.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adult-team practice and game standards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adult-team practice and game standards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Adult-Team Practice and Game Standards: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adult-team practice and game standards.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Adult-Team Practice and Game Standards: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adult-team practice and game standards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Adult-Team Practice and Game Standards: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adult-team practice and game standards.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Adult-Team Practice and Game Standards: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adult-team practice and game standards.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Adult-Team Practice and Game Standards: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adult-team practice and game standards.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Adult-Team Practice and Game Standards: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adult-team practice and game standards.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30: SEASON REVIEW AND ADULT READINESS - DEVELOP</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season review and adult readiness.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season review and adult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season review and adult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season review and adult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Season Review and Adult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season review and adult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Season Review and Adult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season review and adult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Season Review and Adult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season review and adult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Season Review and Adult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season review and adult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Season Review and Adult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season review and adult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Season Review and Adult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season review and adult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30: SEASON REVIEW AND ADULT READINESS - APPLY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season review and adult readiness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season review and adult readiness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Season Review and Adult Readiness: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season review and adult readiness.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season review and adult readiness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season review and adult readiness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Season Review and Adult Readiness: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season review and adult readiness.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Season Review and Adult Readiness: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season review and adult readiness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Season Review and Adult Readiness: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season review and adult readiness.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Season Review and Adult Readiness: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season review and adult readiness.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Season Review and Adult Readiness: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season review and adult readiness.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Season Review and Adult Readiness: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season review and adult readiness.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U18 Phase 5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