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CUBS PRACTICE PACK</w:t>
            </w:r>
          </w:p>
          <w:p>
            <w:pPr>
              <w:jc w:val="center"/>
            </w:pPr>
            <w:r>
              <w:rPr>
                <w:b/>
                <w:i w:val="0"/>
                <w:color w:val="FFFFFF"/>
                <w:sz w:val="30"/>
              </w:rPr>
              <w:t>Phase 4: Using Skills in Games</w:t>
            </w:r>
          </w:p>
          <w:p>
            <w:pPr>
              <w:jc w:val="center"/>
            </w:pPr>
            <w:r>
              <w:rPr>
                <w:b/>
                <w:i w:val="0"/>
                <w:color w:val="F28C28"/>
                <w:sz w:val="22"/>
              </w:rPr>
              <w:t>Weeks 17–24</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17: BEAT YOUR PLAYER</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Attack open space in simple 1v1 situations.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Attack with courage.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Attack space in 1v1; change speed and direction; protect the ball; finish close while staying in bounds.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Change Pace Tag</w:t>
            </w:r>
          </w:p>
        </w:tc>
        <w:tc>
          <w:tcPr>
            <w:tcW w:type="dxa" w:w="4104"/>
            <w:vAlign w:val="center"/>
            <w:tcMar>
              <w:top w:w="42" w:type="dxa"/>
              <w:start w:w="50" w:type="dxa"/>
              <w:bottom w:w="42" w:type="dxa"/>
              <w:end w:w="50" w:type="dxa"/>
            </w:tcMar>
          </w:tcPr>
          <w:p>
            <w:pPr>
              <w:keepLines/>
            </w:pPr>
            <w:r>
              <w:rPr>
                <w:b w:val="0"/>
                <w:i w:val="0"/>
                <w:color w:val="111111"/>
                <w:sz w:val="14"/>
              </w:rPr>
              <w:t>Move without ball using slow-fast changes.</w:t>
            </w:r>
          </w:p>
        </w:tc>
        <w:tc>
          <w:tcPr>
            <w:tcW w:type="dxa" w:w="2563"/>
            <w:vAlign w:val="center"/>
            <w:tcMar>
              <w:top w:w="42" w:type="dxa"/>
              <w:start w:w="50" w:type="dxa"/>
              <w:bottom w:w="42" w:type="dxa"/>
              <w:end w:w="50" w:type="dxa"/>
            </w:tcMar>
          </w:tcPr>
          <w:p>
            <w:pPr>
              <w:keepLines/>
            </w:pPr>
            <w:r>
              <w:rPr>
                <w:b w:val="0"/>
                <w:i w:val="0"/>
                <w:color w:val="111111"/>
                <w:sz w:val="14"/>
              </w:rPr>
              <w:t>Attack space, not bodies.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Attack the Gate</w:t>
            </w:r>
          </w:p>
        </w:tc>
        <w:tc>
          <w:tcPr>
            <w:tcW w:type="dxa" w:w="4104"/>
            <w:vAlign w:val="center"/>
            <w:tcMar>
              <w:top w:w="42" w:type="dxa"/>
              <w:start w:w="50" w:type="dxa"/>
              <w:bottom w:w="42" w:type="dxa"/>
              <w:end w:w="50" w:type="dxa"/>
            </w:tcMar>
          </w:tcPr>
          <w:p>
            <w:pPr>
              <w:keepLines/>
            </w:pPr>
            <w:r>
              <w:rPr>
                <w:b w:val="0"/>
                <w:i w:val="0"/>
                <w:color w:val="111111"/>
                <w:sz w:val="14"/>
              </w:rPr>
              <w:t>Dribble past a cone using change of direction.</w:t>
            </w:r>
          </w:p>
        </w:tc>
        <w:tc>
          <w:tcPr>
            <w:tcW w:type="dxa" w:w="2563"/>
            <w:vAlign w:val="center"/>
            <w:tcMar>
              <w:top w:w="42" w:type="dxa"/>
              <w:start w:w="50" w:type="dxa"/>
              <w:bottom w:w="42" w:type="dxa"/>
              <w:end w:w="50" w:type="dxa"/>
            </w:tcMar>
          </w:tcPr>
          <w:p>
            <w:pPr>
              <w:keepLines/>
            </w:pPr>
            <w:r>
              <w:rPr>
                <w:b w:val="0"/>
                <w:i w:val="0"/>
                <w:color w:val="111111"/>
                <w:sz w:val="14"/>
              </w:rPr>
              <w:t>Keep ball recoverable.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Shadow Dribble</w:t>
            </w:r>
          </w:p>
        </w:tc>
        <w:tc>
          <w:tcPr>
            <w:tcW w:type="dxa" w:w="4104"/>
            <w:vAlign w:val="center"/>
            <w:tcMar>
              <w:top w:w="42" w:type="dxa"/>
              <w:start w:w="50" w:type="dxa"/>
              <w:bottom w:w="42" w:type="dxa"/>
              <w:end w:w="50" w:type="dxa"/>
            </w:tcMar>
          </w:tcPr>
          <w:p>
            <w:pPr>
              <w:keepLines/>
            </w:pPr>
            <w:r>
              <w:rPr>
                <w:b w:val="0"/>
                <w:i w:val="0"/>
                <w:color w:val="111111"/>
                <w:sz w:val="14"/>
              </w:rPr>
              <w:t>Attacker crosses a line while defender shadows without stealing.</w:t>
            </w:r>
          </w:p>
        </w:tc>
        <w:tc>
          <w:tcPr>
            <w:tcW w:type="dxa" w:w="2563"/>
            <w:vAlign w:val="center"/>
            <w:tcMar>
              <w:top w:w="42" w:type="dxa"/>
              <w:start w:w="50" w:type="dxa"/>
              <w:bottom w:w="42" w:type="dxa"/>
              <w:end w:w="50" w:type="dxa"/>
            </w:tcMar>
          </w:tcPr>
          <w:p>
            <w:pPr>
              <w:keepLines/>
            </w:pPr>
            <w:r>
              <w:rPr>
                <w:b w:val="0"/>
                <w:i w:val="0"/>
                <w:color w:val="111111"/>
                <w:sz w:val="14"/>
              </w:rPr>
              <w:t>Light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Beat Your Player</w:t>
            </w:r>
          </w:p>
        </w:tc>
        <w:tc>
          <w:tcPr>
            <w:tcW w:type="dxa" w:w="4104"/>
            <w:vAlign w:val="center"/>
            <w:tcMar>
              <w:top w:w="42" w:type="dxa"/>
              <w:start w:w="50" w:type="dxa"/>
              <w:bottom w:w="42" w:type="dxa"/>
              <w:end w:w="50" w:type="dxa"/>
            </w:tcMar>
          </w:tcPr>
          <w:p>
            <w:pPr>
              <w:keepLines/>
            </w:pPr>
            <w:r>
              <w:rPr>
                <w:b w:val="0"/>
                <w:i w:val="0"/>
                <w:color w:val="111111"/>
                <w:sz w:val="14"/>
              </w:rPr>
              <w:t>Attacker tries to cross gate or finish close; defender stays safe. Rotate quickly.</w:t>
            </w:r>
          </w:p>
        </w:tc>
        <w:tc>
          <w:tcPr>
            <w:tcW w:type="dxa" w:w="2563"/>
            <w:vAlign w:val="center"/>
            <w:tcMar>
              <w:top w:w="42" w:type="dxa"/>
              <w:start w:w="50" w:type="dxa"/>
              <w:bottom w:w="42" w:type="dxa"/>
              <w:end w:w="50" w:type="dxa"/>
            </w:tcMar>
          </w:tcPr>
          <w:p>
            <w:pPr>
              <w:keepLines/>
            </w:pPr>
            <w:r>
              <w:rPr>
                <w:b w:val="0"/>
                <w:i w:val="0"/>
                <w:color w:val="111111"/>
                <w:sz w:val="14"/>
              </w:rPr>
              <w:t>Short turns; courage to attack.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Numbers Advantage</w:t>
            </w:r>
          </w:p>
        </w:tc>
        <w:tc>
          <w:tcPr>
            <w:tcW w:type="dxa" w:w="4104"/>
            <w:vAlign w:val="center"/>
            <w:tcMar>
              <w:top w:w="42" w:type="dxa"/>
              <w:start w:w="50" w:type="dxa"/>
              <w:bottom w:w="42" w:type="dxa"/>
              <w:end w:w="50" w:type="dxa"/>
            </w:tcMar>
          </w:tcPr>
          <w:p>
            <w:pPr>
              <w:keepLines/>
            </w:pPr>
            <w:r>
              <w:rPr>
                <w:b w:val="0"/>
                <w:i w:val="0"/>
                <w:color w:val="111111"/>
                <w:sz w:val="14"/>
              </w:rPr>
              <w:t>Coach calls pairs into a short 1v1.</w:t>
            </w:r>
          </w:p>
        </w:tc>
        <w:tc>
          <w:tcPr>
            <w:tcW w:type="dxa" w:w="2563"/>
            <w:vAlign w:val="center"/>
            <w:tcMar>
              <w:top w:w="42" w:type="dxa"/>
              <w:start w:w="50" w:type="dxa"/>
              <w:bottom w:w="42" w:type="dxa"/>
              <w:end w:w="50" w:type="dxa"/>
            </w:tcMar>
          </w:tcPr>
          <w:p>
            <w:pPr>
              <w:keepLines/>
            </w:pPr>
            <w:r>
              <w:rPr>
                <w:b w:val="0"/>
                <w:i w:val="0"/>
                <w:color w:val="111111"/>
                <w:sz w:val="14"/>
              </w:rPr>
              <w:t>Balanced matchups.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brave decisions.</w:t>
            </w:r>
          </w:p>
        </w:tc>
        <w:tc>
          <w:tcPr>
            <w:tcW w:type="dxa" w:w="2563"/>
            <w:vAlign w:val="center"/>
            <w:tcMar>
              <w:top w:w="42" w:type="dxa"/>
              <w:start w:w="50" w:type="dxa"/>
              <w:bottom w:w="42" w:type="dxa"/>
              <w:end w:w="50" w:type="dxa"/>
            </w:tcMar>
          </w:tcPr>
          <w:p>
            <w:pPr>
              <w:keepLines/>
            </w:pPr>
            <w:r>
              <w:rPr>
                <w:b w:val="0"/>
                <w:i w:val="0"/>
                <w:color w:val="111111"/>
                <w:sz w:val="14"/>
              </w:rPr>
              <w:t>What space did you attack?</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attackers changing speed rather than charging forward?</w:t>
              <w:br/>
              <w:t>Are defenders applying only light pressure?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a wide gate and shadow defender.</w:t>
              <w:br/>
              <w:t>Harder: Narrow the gate or add a finish at the basket.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Stay in bounds and attack open space.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space did you attack?</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Change Pace Tag</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Choose one or two taggers. All players begin spread out inside clear boundaries.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evade taggers by changing between walking, jogging and short bursts when the coach calls the pace.</w:t>
            </w:r>
          </w:p>
          <w:p>
            <w:pPr>
              <w:spacing w:after="0"/>
              <w:ind w:left="230" w:hanging="158"/>
              <w:keepLines/>
              <w:keepNext/>
            </w:pPr>
            <w:r>
              <w:rPr>
                <w:b/>
                <w:i w:val="0"/>
                <w:color w:val="0B5D4B"/>
                <w:sz w:val="14"/>
              </w:rPr>
              <w:t xml:space="preserve">• </w:t>
            </w:r>
            <w:r>
              <w:rPr>
                <w:b w:val="0"/>
                <w:i w:val="0"/>
                <w:color w:val="111111"/>
                <w:sz w:val="14"/>
              </w:rPr>
              <w:t>Tagged players perform a quick balance task and rejoin immediately.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Change pace, not just direction.</w:t>
            </w:r>
          </w:p>
          <w:p>
            <w:pPr>
              <w:spacing w:after="0"/>
              <w:ind w:left="230" w:hanging="158"/>
              <w:keepLines/>
              <w:keepNext/>
            </w:pPr>
            <w:r>
              <w:rPr>
                <w:b/>
                <w:i w:val="0"/>
                <w:color w:val="0B5D4B"/>
                <w:sz w:val="14"/>
              </w:rPr>
              <w:t xml:space="preserve">• </w:t>
            </w:r>
            <w:r>
              <w:rPr>
                <w:b w:val="0"/>
                <w:i w:val="0"/>
                <w:color w:val="111111"/>
                <w:sz w:val="14"/>
              </w:rPr>
              <w:t>Keep your head up.</w:t>
            </w:r>
          </w:p>
          <w:p>
            <w:pPr>
              <w:spacing w:after="0"/>
              <w:ind w:left="230" w:hanging="158"/>
              <w:keepLines/>
              <w:keepNext/>
            </w:pPr>
            <w:r>
              <w:rPr>
                <w:b/>
                <w:i w:val="0"/>
                <w:color w:val="0B5D4B"/>
                <w:sz w:val="14"/>
              </w:rPr>
              <w:t xml:space="preserve">• </w:t>
            </w:r>
            <w:r>
              <w:rPr>
                <w:b w:val="0"/>
                <w:i w:val="0"/>
                <w:color w:val="111111"/>
                <w:sz w:val="14"/>
              </w:rPr>
              <w:t>Find open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and cones as required</w:t>
            </w:r>
          </w:p>
          <w:p>
            <w:pPr>
              <w:spacing w:after="0"/>
              <w:ind w:left="230" w:hanging="158"/>
              <w:keepLines/>
              <w:keepNext/>
            </w:pPr>
            <w:r>
              <w:rPr>
                <w:b/>
                <w:i w:val="0"/>
                <w:color w:val="0B5D4B"/>
                <w:sz w:val="14"/>
              </w:rPr>
              <w:t xml:space="preserve">• </w:t>
            </w:r>
            <w:r>
              <w:rPr>
                <w:b w:val="0"/>
                <w:i w:val="0"/>
                <w:color w:val="111111"/>
                <w:sz w:val="14"/>
              </w:rPr>
              <w:t>Marked half-court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and jogging only.</w:t>
            </w:r>
          </w:p>
          <w:p>
            <w:pPr>
              <w:spacing w:after="0"/>
              <w:ind w:left="230" w:hanging="158"/>
              <w:keepLines/>
              <w:keepNext/>
            </w:pPr>
            <w:r>
              <w:rPr>
                <w:b/>
                <w:i w:val="0"/>
                <w:color w:val="0B5D4B"/>
                <w:sz w:val="14"/>
              </w:rPr>
              <w:t xml:space="preserve">• </w:t>
            </w:r>
            <w:r>
              <w:rPr>
                <w:b w:val="0"/>
                <w:i w:val="0"/>
                <w:color w:val="111111"/>
                <w:sz w:val="14"/>
              </w:rPr>
              <w:t>Increase the playing area.</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more frequent pace calls.</w:t>
            </w:r>
          </w:p>
          <w:p>
            <w:pPr>
              <w:spacing w:after="0"/>
              <w:ind w:left="230" w:hanging="158"/>
              <w:keepLines/>
              <w:keepNext/>
            </w:pPr>
            <w:r>
              <w:rPr>
                <w:b/>
                <w:i w:val="0"/>
                <w:color w:val="0B5D4B"/>
                <w:sz w:val="14"/>
              </w:rPr>
              <w:t xml:space="preserve">• </w:t>
            </w:r>
            <w:r>
              <w:rPr>
                <w:b w:val="0"/>
                <w:i w:val="0"/>
                <w:color w:val="111111"/>
                <w:sz w:val="14"/>
              </w:rPr>
              <w:t>Give selected players a ball to carry or dribble later in the season.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using pace changes rather than only sprinting?</w:t>
            </w:r>
          </w:p>
          <w:p>
            <w:pPr>
              <w:spacing w:after="0"/>
              <w:ind w:left="230" w:hanging="158"/>
              <w:keepLines/>
              <w:keepNext/>
            </w:pPr>
            <w:r>
              <w:rPr>
                <w:b/>
                <w:i w:val="0"/>
                <w:color w:val="0B5D4B"/>
                <w:sz w:val="14"/>
              </w:rPr>
              <w:t xml:space="preserve">• </w:t>
            </w:r>
            <w:r>
              <w:rPr>
                <w:b w:val="0"/>
                <w:i w:val="0"/>
                <w:color w:val="111111"/>
                <w:sz w:val="14"/>
              </w:rPr>
              <w:t>Is anyone repeatedly targeted?</w:t>
            </w:r>
          </w:p>
          <w:p>
            <w:pPr>
              <w:spacing w:before="20" w:after="0"/>
              <w:keepLines/>
              <w:keepNext/>
            </w:pPr>
            <w:r>
              <w:rPr>
                <w:b/>
                <w:i w:val="0"/>
                <w:color w:val="F28C28"/>
                <w:sz w:val="14"/>
              </w:rPr>
              <w:t>SAFETY</w:t>
            </w:r>
          </w:p>
          <w:p>
            <w:pPr>
              <w:spacing w:after="0"/>
              <w:keepLines/>
            </w:pPr>
            <w:r>
              <w:rPr>
                <w:sz w:val="14"/>
              </w:rPr>
              <w:t>Use touch tags only. No pushing, blocking or grabbing.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Attack the Gate</w:t>
            </w:r>
          </w:p>
        </w:tc>
        <w:tc>
          <w:tcPr>
            <w:tcW w:type="dxa" w:w="5429"/>
            <w:shd w:fill="F28C28"/>
            <w:tcMar>
              <w:top w:w="62" w:type="dxa"/>
              <w:start w:w="82" w:type="dxa"/>
              <w:bottom w:w="62" w:type="dxa"/>
              <w:end w:w="82" w:type="dxa"/>
            </w:tcMar>
          </w:tcPr>
          <w:p>
            <w:pPr>
              <w:jc w:val="center"/>
              <w:keepLines/>
              <w:keepNext/>
            </w:pPr>
            <w:r>
              <w:rPr>
                <w:b/>
                <w:i w:val="0"/>
                <w:color w:val="FFFFFF"/>
                <w:sz w:val="15"/>
              </w:rPr>
              <w:t>8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cone gates around the court. Players work in pairs, one attacker with a ball and one shadow defender.</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attacker scores by dribbling through any open gate.</w:t>
            </w:r>
          </w:p>
          <w:p>
            <w:pPr>
              <w:spacing w:after="0"/>
              <w:ind w:left="230" w:hanging="158"/>
              <w:keepLines/>
              <w:keepNext/>
            </w:pPr>
            <w:r>
              <w:rPr>
                <w:b/>
                <w:i w:val="0"/>
                <w:color w:val="0B5D4B"/>
                <w:sz w:val="14"/>
              </w:rPr>
              <w:t xml:space="preserve">• </w:t>
            </w:r>
            <w:r>
              <w:rPr>
                <w:b w:val="0"/>
                <w:i w:val="0"/>
                <w:color w:val="111111"/>
                <w:sz w:val="14"/>
              </w:rPr>
              <w:t>The defender shadows at a safe distance and tries to arrive first without contact.</w:t>
            </w:r>
          </w:p>
          <w:p>
            <w:pPr>
              <w:spacing w:after="0"/>
              <w:ind w:left="230" w:hanging="158"/>
              <w:keepLines/>
              <w:keepNext/>
            </w:pPr>
            <w:r>
              <w:rPr>
                <w:b/>
                <w:i w:val="0"/>
                <w:color w:val="0B5D4B"/>
                <w:sz w:val="14"/>
              </w:rPr>
              <w:t xml:space="preserve">• </w:t>
            </w:r>
            <w:r>
              <w:rPr>
                <w:b w:val="0"/>
                <w:i w:val="0"/>
                <w:color w:val="111111"/>
                <w:sz w:val="14"/>
              </w:rPr>
              <w:t>Switch roles every 30-45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Attack open space.</w:t>
            </w:r>
          </w:p>
          <w:p>
            <w:pPr>
              <w:spacing w:after="0"/>
              <w:ind w:left="230" w:hanging="158"/>
              <w:keepLines/>
              <w:keepNext/>
            </w:pPr>
            <w:r>
              <w:rPr>
                <w:b/>
                <w:i w:val="0"/>
                <w:color w:val="0B5D4B"/>
                <w:sz w:val="14"/>
              </w:rPr>
              <w:t xml:space="preserve">• </w:t>
            </w:r>
            <w:r>
              <w:rPr>
                <w:b w:val="0"/>
                <w:i w:val="0"/>
                <w:color w:val="111111"/>
                <w:sz w:val="14"/>
              </w:rPr>
              <w:t>Change speed or direction.</w:t>
            </w:r>
          </w:p>
          <w:p>
            <w:pPr>
              <w:spacing w:after="0"/>
              <w:ind w:left="230" w:hanging="158"/>
              <w:keepLines/>
              <w:keepNext/>
            </w:pPr>
            <w:r>
              <w:rPr>
                <w:b/>
                <w:i w:val="0"/>
                <w:color w:val="0B5D4B"/>
                <w:sz w:val="14"/>
              </w:rPr>
              <w:t xml:space="preserve">• </w:t>
            </w:r>
            <w:r>
              <w:rPr>
                <w:b w:val="0"/>
                <w:i w:val="0"/>
                <w:color w:val="111111"/>
                <w:sz w:val="14"/>
              </w:rPr>
              <w:t>Keep your body between the ball and defender.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several gates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the defender.</w:t>
            </w:r>
          </w:p>
          <w:p>
            <w:pPr>
              <w:spacing w:after="0"/>
              <w:ind w:left="230" w:hanging="158"/>
              <w:keepLines/>
              <w:keepNext/>
            </w:pPr>
            <w:r>
              <w:rPr>
                <w:b/>
                <w:i w:val="0"/>
                <w:color w:val="0B5D4B"/>
                <w:sz w:val="14"/>
              </w:rPr>
              <w:t xml:space="preserve">• </w:t>
            </w:r>
            <w:r>
              <w:rPr>
                <w:b w:val="0"/>
                <w:i w:val="0"/>
                <w:color w:val="111111"/>
                <w:sz w:val="14"/>
              </w:rPr>
              <w:t>Allow carrying instead of dribbling.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the number of gates.</w:t>
            </w:r>
          </w:p>
          <w:p>
            <w:pPr>
              <w:spacing w:after="0"/>
              <w:ind w:left="230" w:hanging="158"/>
              <w:keepLines/>
              <w:keepNext/>
            </w:pPr>
            <w:r>
              <w:rPr>
                <w:b/>
                <w:i w:val="0"/>
                <w:color w:val="0B5D4B"/>
                <w:sz w:val="14"/>
              </w:rPr>
              <w:t xml:space="preserve">• </w:t>
            </w:r>
            <w:r>
              <w:rPr>
                <w:b w:val="0"/>
                <w:i w:val="0"/>
                <w:color w:val="111111"/>
                <w:sz w:val="14"/>
              </w:rPr>
              <w:t>Allow the defender to tap the ball lightly.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the attacker look for a new gate when one closes?</w:t>
            </w:r>
          </w:p>
          <w:p>
            <w:pPr>
              <w:spacing w:after="0"/>
              <w:ind w:left="230" w:hanging="158"/>
              <w:keepLines/>
              <w:keepNext/>
            </w:pPr>
            <w:r>
              <w:rPr>
                <w:b/>
                <w:i w:val="0"/>
                <w:color w:val="0B5D4B"/>
                <w:sz w:val="14"/>
              </w:rPr>
              <w:t xml:space="preserve">• </w:t>
            </w:r>
            <w:r>
              <w:rPr>
                <w:b w:val="0"/>
                <w:i w:val="0"/>
                <w:color w:val="111111"/>
                <w:sz w:val="14"/>
              </w:rPr>
              <w:t>Is the defender using feet rather than reaching?</w:t>
            </w:r>
          </w:p>
          <w:p>
            <w:pPr>
              <w:spacing w:before="20" w:after="0"/>
              <w:keepLines/>
              <w:keepNext/>
            </w:pPr>
            <w:r>
              <w:rPr>
                <w:b/>
                <w:i w:val="0"/>
                <w:color w:val="F28C28"/>
                <w:sz w:val="14"/>
              </w:rPr>
              <w:t>SAFETY</w:t>
            </w:r>
          </w:p>
          <w:p>
            <w:pPr>
              <w:spacing w:after="0"/>
              <w:keepLines/>
            </w:pPr>
            <w:r>
              <w:rPr>
                <w:sz w:val="14"/>
              </w:rPr>
              <w:t>Keep gates well spaced. Defenders must not block with contact or grab the ball.</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Shadow Dribble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Pairs spread out. One player has a ball and leads; the other shadows at arm’s length.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attacker dribbles slowly and changes direction. The defender follows using controlled footwork without stealing. Switch after each short round.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at a safe distance.</w:t>
            </w:r>
          </w:p>
          <w:p>
            <w:pPr>
              <w:spacing w:after="0"/>
              <w:ind w:left="230" w:hanging="158"/>
              <w:keepLines/>
              <w:keepNext/>
            </w:pPr>
            <w:r>
              <w:rPr>
                <w:b/>
                <w:i w:val="0"/>
                <w:color w:val="0B5D4B"/>
                <w:sz w:val="14"/>
              </w:rPr>
              <w:t xml:space="preserve">• </w:t>
            </w:r>
            <w:r>
              <w:rPr>
                <w:b w:val="0"/>
                <w:i w:val="0"/>
                <w:color w:val="111111"/>
                <w:sz w:val="14"/>
              </w:rPr>
              <w:t>Move your feet, not your hands.</w:t>
            </w:r>
          </w:p>
          <w:p>
            <w:pPr>
              <w:spacing w:after="0"/>
              <w:ind w:left="230" w:hanging="158"/>
              <w:keepLines/>
              <w:keepNext/>
            </w:pPr>
            <w:r>
              <w:rPr>
                <w:b/>
                <w:i w:val="0"/>
                <w:color w:val="0B5D4B"/>
                <w:sz w:val="14"/>
              </w:rPr>
              <w:t xml:space="preserve">• </w:t>
            </w:r>
            <w:r>
              <w:rPr>
                <w:b w:val="0"/>
                <w:i w:val="0"/>
                <w:color w:val="111111"/>
                <w:sz w:val="14"/>
              </w:rPr>
              <w:t>Attacker: protect and change direction.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and cones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Attacker walks or carries the ball.</w:t>
            </w:r>
          </w:p>
          <w:p>
            <w:pPr>
              <w:spacing w:after="0"/>
              <w:ind w:left="230" w:hanging="158"/>
              <w:keepLines/>
              <w:keepNext/>
            </w:pPr>
            <w:r>
              <w:rPr>
                <w:b/>
                <w:i w:val="0"/>
                <w:color w:val="0B5D4B"/>
                <w:sz w:val="14"/>
              </w:rPr>
              <w:t xml:space="preserve">• </w:t>
            </w:r>
            <w:r>
              <w:rPr>
                <w:b w:val="0"/>
                <w:i w:val="0"/>
                <w:color w:val="111111"/>
                <w:sz w:val="14"/>
              </w:rPr>
              <w:t>Defender follows two steps behind.</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marked turning points.</w:t>
            </w:r>
          </w:p>
          <w:p>
            <w:pPr>
              <w:spacing w:after="0"/>
              <w:ind w:left="230" w:hanging="158"/>
              <w:keepLines/>
              <w:keepNext/>
            </w:pPr>
            <w:r>
              <w:rPr>
                <w:b/>
                <w:i w:val="0"/>
                <w:color w:val="0B5D4B"/>
                <w:sz w:val="14"/>
              </w:rPr>
              <w:t xml:space="preserve">• </w:t>
            </w:r>
            <w:r>
              <w:rPr>
                <w:b w:val="0"/>
                <w:i w:val="0"/>
                <w:color w:val="111111"/>
                <w:sz w:val="14"/>
              </w:rPr>
              <w:t>Allow one gentle ball tap per round.</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defender maintaining space?</w:t>
            </w:r>
          </w:p>
          <w:p>
            <w:pPr>
              <w:spacing w:after="0"/>
              <w:ind w:left="230" w:hanging="158"/>
              <w:keepLines/>
              <w:keepNext/>
            </w:pPr>
            <w:r>
              <w:rPr>
                <w:b/>
                <w:i w:val="0"/>
                <w:color w:val="0B5D4B"/>
                <w:sz w:val="14"/>
              </w:rPr>
              <w:t xml:space="preserve">• </w:t>
            </w:r>
            <w:r>
              <w:rPr>
                <w:b w:val="0"/>
                <w:i w:val="0"/>
                <w:color w:val="111111"/>
                <w:sz w:val="14"/>
              </w:rPr>
              <w:t>Does the attacker stay calm when pressure appears?</w:t>
            </w:r>
          </w:p>
          <w:p>
            <w:pPr>
              <w:spacing w:before="20" w:after="0"/>
              <w:keepLines/>
              <w:keepNext/>
            </w:pPr>
            <w:r>
              <w:rPr>
                <w:b/>
                <w:i w:val="0"/>
                <w:color w:val="F28C28"/>
                <w:sz w:val="14"/>
              </w:rPr>
              <w:t>SAFETY</w:t>
            </w:r>
          </w:p>
          <w:p>
            <w:pPr>
              <w:spacing w:after="0"/>
              <w:keepLines/>
            </w:pPr>
            <w:r>
              <w:rPr>
                <w:sz w:val="14"/>
              </w:rPr>
              <w:t>No lunging or reaching across the attacker. Use separate working areas.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Beat Your Player</w:t>
            </w:r>
          </w:p>
        </w:tc>
        <w:tc>
          <w:tcPr>
            <w:tcW w:type="dxa" w:w="5429"/>
            <w:shd w:fill="F28C28"/>
            <w:tcMar>
              <w:top w:w="62" w:type="dxa"/>
              <w:start w:w="82" w:type="dxa"/>
              <w:bottom w:w="62" w:type="dxa"/>
              <w:end w:w="82" w:type="dxa"/>
            </w:tcMar>
          </w:tcPr>
          <w:p>
            <w:pPr>
              <w:jc w:val="center"/>
              <w:keepLines/>
              <w:keepNext/>
            </w:pPr>
            <w:r>
              <w:rPr>
                <w:b/>
                <w:i w:val="0"/>
                <w:color w:val="FFFFFF"/>
                <w:sz w:val="15"/>
              </w:rPr>
              <w:t>17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short attacking lanes. An attacker starts beside or slightly behind a passive defender.</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On the signal, the attacker uses a change of speed or direction to reach the gate or basket. The defender gives light pressure and then rotates.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open side.</w:t>
            </w:r>
          </w:p>
          <w:p>
            <w:pPr>
              <w:spacing w:after="0"/>
              <w:ind w:left="230" w:hanging="158"/>
              <w:keepLines/>
              <w:keepNext/>
            </w:pPr>
            <w:r>
              <w:rPr>
                <w:b/>
                <w:i w:val="0"/>
                <w:color w:val="0B5D4B"/>
                <w:sz w:val="14"/>
              </w:rPr>
              <w:t xml:space="preserve">• </w:t>
            </w:r>
            <w:r>
              <w:rPr>
                <w:b w:val="0"/>
                <w:i w:val="0"/>
                <w:color w:val="111111"/>
                <w:sz w:val="14"/>
              </w:rPr>
              <w:t>Change pace.</w:t>
            </w:r>
          </w:p>
          <w:p>
            <w:pPr>
              <w:spacing w:after="0"/>
              <w:ind w:left="230" w:hanging="158"/>
              <w:keepLines/>
              <w:keepNext/>
            </w:pPr>
            <w:r>
              <w:rPr>
                <w:b/>
                <w:i w:val="0"/>
                <w:color w:val="0B5D4B"/>
                <w:sz w:val="14"/>
              </w:rPr>
              <w:t xml:space="preserve">• </w:t>
            </w:r>
            <w:r>
              <w:rPr>
                <w:b w:val="0"/>
                <w:i w:val="0"/>
                <w:color w:val="111111"/>
                <w:sz w:val="14"/>
              </w:rPr>
              <w:t>Finish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and cones</w:t>
            </w:r>
          </w:p>
          <w:p>
            <w:pPr>
              <w:spacing w:after="0"/>
              <w:ind w:left="230" w:hanging="158"/>
              <w:keepLines/>
              <w:keepNext/>
            </w:pPr>
            <w:r>
              <w:rPr>
                <w:b/>
                <w:i w:val="0"/>
                <w:color w:val="0B5D4B"/>
                <w:sz w:val="14"/>
              </w:rPr>
              <w:t xml:space="preserve">• </w:t>
            </w:r>
            <w:r>
              <w:rPr>
                <w:b w:val="0"/>
                <w:i w:val="0"/>
                <w:color w:val="111111"/>
                <w:sz w:val="14"/>
              </w:rPr>
              <w:t>Short lanes to a gate or basket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passive cone defender.</w:t>
            </w:r>
          </w:p>
          <w:p>
            <w:pPr>
              <w:spacing w:after="0"/>
              <w:ind w:left="230" w:hanging="158"/>
              <w:keepLines/>
              <w:keepNext/>
            </w:pPr>
            <w:r>
              <w:rPr>
                <w:b/>
                <w:i w:val="0"/>
                <w:color w:val="0B5D4B"/>
                <w:sz w:val="14"/>
              </w:rPr>
              <w:t xml:space="preserve">• </w:t>
            </w:r>
            <w:r>
              <w:rPr>
                <w:b w:val="0"/>
                <w:i w:val="0"/>
                <w:color w:val="111111"/>
                <w:sz w:val="14"/>
              </w:rPr>
              <w:t>Give the attacker a head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Start defender level with attacker.</w:t>
            </w:r>
          </w:p>
          <w:p>
            <w:pPr>
              <w:spacing w:after="0"/>
              <w:ind w:left="230" w:hanging="158"/>
              <w:keepLines/>
              <w:keepNext/>
            </w:pPr>
            <w:r>
              <w:rPr>
                <w:b/>
                <w:i w:val="0"/>
                <w:color w:val="0B5D4B"/>
                <w:sz w:val="14"/>
              </w:rPr>
              <w:t xml:space="preserve">• </w:t>
            </w:r>
            <w:r>
              <w:rPr>
                <w:b w:val="0"/>
                <w:i w:val="0"/>
                <w:color w:val="111111"/>
                <w:sz w:val="14"/>
              </w:rPr>
              <w:t>Require a close finish after the gate.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the attacker create separation without contact?</w:t>
            </w:r>
          </w:p>
          <w:p>
            <w:pPr>
              <w:spacing w:after="0"/>
              <w:ind w:left="230" w:hanging="158"/>
              <w:keepLines/>
              <w:keepNext/>
            </w:pPr>
            <w:r>
              <w:rPr>
                <w:b/>
                <w:i w:val="0"/>
                <w:color w:val="0B5D4B"/>
                <w:sz w:val="14"/>
              </w:rPr>
              <w:t xml:space="preserve">• </w:t>
            </w:r>
            <w:r>
              <w:rPr>
                <w:b w:val="0"/>
                <w:i w:val="0"/>
                <w:color w:val="111111"/>
                <w:sz w:val="14"/>
              </w:rPr>
              <w:t>Are defenders providing the agreed level of pressure?</w:t>
            </w:r>
          </w:p>
          <w:p>
            <w:pPr>
              <w:spacing w:before="20" w:after="0"/>
              <w:keepLines/>
              <w:keepNext/>
            </w:pPr>
            <w:r>
              <w:rPr>
                <w:b/>
                <w:i w:val="0"/>
                <w:color w:val="F28C28"/>
                <w:sz w:val="14"/>
              </w:rPr>
              <w:t>SAFETY</w:t>
            </w:r>
          </w:p>
          <w:p>
            <w:pPr>
              <w:spacing w:after="0"/>
              <w:keepLines/>
            </w:pPr>
            <w:r>
              <w:rPr>
                <w:sz w:val="14"/>
              </w:rPr>
              <w:t>Use clear lanes and short distances. No body checking or grabbing.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Numbers Advantage</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Split players into two teams along opposite sidelines and number them. Identify the scoring target and safe waiting area.</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Coach calls two attackers and one defender. Those players enter for a short 2v1 round, then return and new numbers are called.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Spread out quickly.</w:t>
            </w:r>
          </w:p>
          <w:p>
            <w:pPr>
              <w:spacing w:after="0"/>
              <w:ind w:left="230" w:hanging="158"/>
              <w:keepLines/>
              <w:keepNext/>
            </w:pPr>
            <w:r>
              <w:rPr>
                <w:b/>
                <w:i w:val="0"/>
                <w:color w:val="0B5D4B"/>
                <w:sz w:val="14"/>
              </w:rPr>
              <w:t xml:space="preserve">• </w:t>
            </w:r>
            <w:r>
              <w:rPr>
                <w:b w:val="0"/>
                <w:i w:val="0"/>
                <w:color w:val="111111"/>
                <w:sz w:val="14"/>
              </w:rPr>
              <w:t>Use both attackers.</w:t>
            </w:r>
          </w:p>
          <w:p>
            <w:pPr>
              <w:spacing w:after="0"/>
              <w:ind w:left="230" w:hanging="158"/>
              <w:keepLines/>
              <w:keepNext/>
            </w:pPr>
            <w:r>
              <w:rPr>
                <w:b/>
                <w:i w:val="0"/>
                <w:color w:val="0B5D4B"/>
                <w:sz w:val="14"/>
              </w:rPr>
              <w:t xml:space="preserve">• </w:t>
            </w:r>
            <w:r>
              <w:rPr>
                <w:b w:val="0"/>
                <w:i w:val="0"/>
                <w:color w:val="111111"/>
                <w:sz w:val="14"/>
              </w:rPr>
              <w:t>Defender: protect the target.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Bibs, balls and cones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gate instead of a basket.</w:t>
            </w:r>
          </w:p>
          <w:p>
            <w:pPr>
              <w:spacing w:after="0"/>
              <w:ind w:left="230" w:hanging="158"/>
              <w:keepLines/>
              <w:keepNext/>
            </w:pPr>
            <w:r>
              <w:rPr>
                <w:b/>
                <w:i w:val="0"/>
                <w:color w:val="0B5D4B"/>
                <w:sz w:val="14"/>
              </w:rPr>
              <w:t xml:space="preserve">• </w:t>
            </w:r>
            <w:r>
              <w:rPr>
                <w:b w:val="0"/>
                <w:i w:val="0"/>
                <w:color w:val="111111"/>
                <w:sz w:val="14"/>
              </w:rPr>
              <w:t>Begin with no dribble limit.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Call three attackers and two defenders.</w:t>
            </w:r>
          </w:p>
          <w:p>
            <w:pPr>
              <w:spacing w:after="0"/>
              <w:ind w:left="230" w:hanging="158"/>
              <w:keepLines/>
              <w:keepNext/>
            </w:pPr>
            <w:r>
              <w:rPr>
                <w:b/>
                <w:i w:val="0"/>
                <w:color w:val="0B5D4B"/>
                <w:sz w:val="14"/>
              </w:rPr>
              <w:t xml:space="preserve">• </w:t>
            </w:r>
            <w:r>
              <w:rPr>
                <w:b w:val="0"/>
                <w:i w:val="0"/>
                <w:color w:val="111111"/>
                <w:sz w:val="14"/>
              </w:rPr>
              <w:t>Add a quick sideline restart.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waiting players ready without crowding?</w:t>
            </w:r>
          </w:p>
          <w:p>
            <w:pPr>
              <w:spacing w:after="0"/>
              <w:ind w:left="230" w:hanging="158"/>
              <w:keepLines/>
              <w:keepNext/>
            </w:pPr>
            <w:r>
              <w:rPr>
                <w:b/>
                <w:i w:val="0"/>
                <w:color w:val="0B5D4B"/>
                <w:sz w:val="14"/>
              </w:rPr>
              <w:t xml:space="preserve">• </w:t>
            </w:r>
            <w:r>
              <w:rPr>
                <w:b w:val="0"/>
                <w:i w:val="0"/>
                <w:color w:val="111111"/>
                <w:sz w:val="14"/>
              </w:rPr>
              <w:t>Do attackers recognise the advantage rather than both chasing the ball?</w:t>
            </w:r>
          </w:p>
          <w:p>
            <w:pPr>
              <w:spacing w:before="20" w:after="0"/>
              <w:keepLines/>
              <w:keepNext/>
            </w:pPr>
            <w:r>
              <w:rPr>
                <w:b/>
                <w:i w:val="0"/>
                <w:color w:val="F28C28"/>
                <w:sz w:val="14"/>
              </w:rPr>
              <w:t>SAFETY</w:t>
            </w:r>
          </w:p>
          <w:p>
            <w:pPr>
              <w:spacing w:after="0"/>
              <w:keepLines/>
            </w:pPr>
            <w:r>
              <w:rPr>
                <w:sz w:val="14"/>
              </w:rPr>
              <w:t>Waiting players remain behind a clear line. Call groups only when the previous round has fully stopped.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18: DEFEND SAFELY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Move feet, stay between player and basket, and avoid contact.</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Show controlled effort.</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Stay between attacker and basket; shuffle and recover; keep hands controlled; avoid pushing or grabbing.</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Mirror Movement</w:t>
            </w:r>
          </w:p>
        </w:tc>
        <w:tc>
          <w:tcPr>
            <w:tcW w:type="dxa" w:w="4104"/>
            <w:vAlign w:val="center"/>
            <w:tcMar>
              <w:top w:w="42" w:type="dxa"/>
              <w:start w:w="50" w:type="dxa"/>
              <w:bottom w:w="42" w:type="dxa"/>
              <w:end w:w="50" w:type="dxa"/>
            </w:tcMar>
          </w:tcPr>
          <w:p>
            <w:pPr>
              <w:keepLines/>
            </w:pPr>
            <w:r>
              <w:rPr>
                <w:b w:val="0"/>
                <w:i w:val="0"/>
                <w:color w:val="111111"/>
                <w:sz w:val="14"/>
              </w:rPr>
              <w:t>Partners mirror side steps without ball.</w:t>
            </w:r>
          </w:p>
        </w:tc>
        <w:tc>
          <w:tcPr>
            <w:tcW w:type="dxa" w:w="2563"/>
            <w:vAlign w:val="center"/>
            <w:tcMar>
              <w:top w:w="42" w:type="dxa"/>
              <w:start w:w="50" w:type="dxa"/>
              <w:bottom w:w="42" w:type="dxa"/>
              <w:end w:w="50" w:type="dxa"/>
            </w:tcMar>
          </w:tcPr>
          <w:p>
            <w:pPr>
              <w:keepLines/>
            </w:pPr>
            <w:r>
              <w:rPr>
                <w:b w:val="0"/>
                <w:i w:val="0"/>
                <w:color w:val="111111"/>
                <w:sz w:val="14"/>
              </w:rPr>
              <w:t>Low, balanced, no crossing feet required.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Stay Between</w:t>
            </w:r>
          </w:p>
        </w:tc>
        <w:tc>
          <w:tcPr>
            <w:tcW w:type="dxa" w:w="4104"/>
            <w:vAlign w:val="center"/>
            <w:tcMar>
              <w:top w:w="42" w:type="dxa"/>
              <w:start w:w="50" w:type="dxa"/>
              <w:bottom w:w="42" w:type="dxa"/>
              <w:end w:w="50" w:type="dxa"/>
            </w:tcMar>
          </w:tcPr>
          <w:p>
            <w:pPr>
              <w:keepLines/>
            </w:pPr>
            <w:r>
              <w:rPr>
                <w:b w:val="0"/>
                <w:i w:val="0"/>
                <w:color w:val="111111"/>
                <w:sz w:val="14"/>
              </w:rPr>
              <w:t>Defender moves to stay between partner and cone target.</w:t>
            </w:r>
          </w:p>
        </w:tc>
        <w:tc>
          <w:tcPr>
            <w:tcW w:type="dxa" w:w="2563"/>
            <w:vAlign w:val="center"/>
            <w:tcMar>
              <w:top w:w="42" w:type="dxa"/>
              <w:start w:w="50" w:type="dxa"/>
              <w:bottom w:w="42" w:type="dxa"/>
              <w:end w:w="50" w:type="dxa"/>
            </w:tcMar>
          </w:tcPr>
          <w:p>
            <w:pPr>
              <w:keepLines/>
            </w:pPr>
            <w:r>
              <w:rPr>
                <w:b w:val="0"/>
                <w:i w:val="0"/>
                <w:color w:val="111111"/>
                <w:sz w:val="14"/>
              </w:rPr>
              <w:t>No reaching.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Shadow Dribble</w:t>
            </w:r>
          </w:p>
        </w:tc>
        <w:tc>
          <w:tcPr>
            <w:tcW w:type="dxa" w:w="4104"/>
            <w:vAlign w:val="center"/>
            <w:tcMar>
              <w:top w:w="42" w:type="dxa"/>
              <w:start w:w="50" w:type="dxa"/>
              <w:bottom w:w="42" w:type="dxa"/>
              <w:end w:w="50" w:type="dxa"/>
            </w:tcMar>
          </w:tcPr>
          <w:p>
            <w:pPr>
              <w:keepLines/>
            </w:pPr>
            <w:r>
              <w:rPr>
                <w:b w:val="0"/>
                <w:i w:val="0"/>
                <w:color w:val="111111"/>
                <w:sz w:val="14"/>
              </w:rPr>
              <w:t>Attacker dribbles slowly; defender shadows at arm’s length.</w:t>
            </w:r>
          </w:p>
        </w:tc>
        <w:tc>
          <w:tcPr>
            <w:tcW w:type="dxa" w:w="2563"/>
            <w:vAlign w:val="center"/>
            <w:tcMar>
              <w:top w:w="42" w:type="dxa"/>
              <w:start w:w="50" w:type="dxa"/>
              <w:bottom w:w="42" w:type="dxa"/>
              <w:end w:w="50" w:type="dxa"/>
            </w:tcMar>
          </w:tcPr>
          <w:p>
            <w:pPr>
              <w:keepLines/>
            </w:pPr>
            <w:r>
              <w:rPr>
                <w:b w:val="0"/>
                <w:i w:val="0"/>
                <w:color w:val="111111"/>
                <w:sz w:val="14"/>
              </w:rPr>
              <w:t>Hands controlled.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1v1 Safe Defence</w:t>
            </w:r>
          </w:p>
        </w:tc>
        <w:tc>
          <w:tcPr>
            <w:tcW w:type="dxa" w:w="4104"/>
            <w:vAlign w:val="center"/>
            <w:tcMar>
              <w:top w:w="42" w:type="dxa"/>
              <w:start w:w="50" w:type="dxa"/>
              <w:bottom w:w="42" w:type="dxa"/>
              <w:end w:w="50" w:type="dxa"/>
            </w:tcMar>
          </w:tcPr>
          <w:p>
            <w:pPr>
              <w:keepLines/>
            </w:pPr>
            <w:r>
              <w:rPr>
                <w:b w:val="0"/>
                <w:i w:val="0"/>
                <w:color w:val="111111"/>
                <w:sz w:val="14"/>
              </w:rPr>
              <w:t>Short 1v1 to gate or basket; defender wins by staying in position, not stealing only.</w:t>
            </w:r>
          </w:p>
        </w:tc>
        <w:tc>
          <w:tcPr>
            <w:tcW w:type="dxa" w:w="2563"/>
            <w:vAlign w:val="center"/>
            <w:tcMar>
              <w:top w:w="42" w:type="dxa"/>
              <w:start w:w="50" w:type="dxa"/>
              <w:bottom w:w="42" w:type="dxa"/>
              <w:end w:w="50" w:type="dxa"/>
            </w:tcMar>
          </w:tcPr>
          <w:p>
            <w:pPr>
              <w:keepLines/>
            </w:pPr>
            <w:r>
              <w:rPr>
                <w:b w:val="0"/>
                <w:i w:val="0"/>
                <w:color w:val="111111"/>
                <w:sz w:val="14"/>
              </w:rPr>
              <w:t>Reward movement and safety.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Protect the Castle</w:t>
            </w:r>
          </w:p>
        </w:tc>
        <w:tc>
          <w:tcPr>
            <w:tcW w:type="dxa" w:w="4104"/>
            <w:vAlign w:val="center"/>
            <w:tcMar>
              <w:top w:w="42" w:type="dxa"/>
              <w:start w:w="50" w:type="dxa"/>
              <w:bottom w:w="42" w:type="dxa"/>
              <w:end w:w="50" w:type="dxa"/>
            </w:tcMar>
          </w:tcPr>
          <w:p>
            <w:pPr>
              <w:keepLines/>
            </w:pPr>
            <w:r>
              <w:rPr>
                <w:b w:val="0"/>
                <w:i w:val="0"/>
                <w:color w:val="111111"/>
                <w:sz w:val="14"/>
              </w:rPr>
              <w:t>Defenders guard cone castles using feet and space.</w:t>
            </w:r>
          </w:p>
        </w:tc>
        <w:tc>
          <w:tcPr>
            <w:tcW w:type="dxa" w:w="2563"/>
            <w:vAlign w:val="center"/>
            <w:tcMar>
              <w:top w:w="42" w:type="dxa"/>
              <w:start w:w="50" w:type="dxa"/>
              <w:bottom w:w="42" w:type="dxa"/>
              <w:end w:w="50" w:type="dxa"/>
            </w:tcMar>
          </w:tcPr>
          <w:p>
            <w:pPr>
              <w:keepLines/>
            </w:pPr>
            <w:r>
              <w:rPr>
                <w:b w:val="0"/>
                <w:i w:val="0"/>
                <w:color w:val="111111"/>
                <w:sz w:val="14"/>
              </w:rPr>
              <w:t>No contact.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Recognise controlled effort.</w:t>
            </w:r>
          </w:p>
        </w:tc>
        <w:tc>
          <w:tcPr>
            <w:tcW w:type="dxa" w:w="2563"/>
            <w:vAlign w:val="center"/>
            <w:tcMar>
              <w:top w:w="42" w:type="dxa"/>
              <w:start w:w="50" w:type="dxa"/>
              <w:bottom w:w="42" w:type="dxa"/>
              <w:end w:w="50" w:type="dxa"/>
            </w:tcMar>
          </w:tcPr>
          <w:p>
            <w:pPr>
              <w:keepLines/>
            </w:pPr>
            <w:r>
              <w:rPr>
                <w:b w:val="0"/>
                <w:i w:val="0"/>
                <w:color w:val="111111"/>
                <w:sz w:val="14"/>
              </w:rPr>
              <w:t>What makes defence safe?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defenders staying between attacker and target?</w:t>
              <w:br/>
              <w:t>Are hands and body contact controlled?</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walking pace and a cone target.</w:t>
              <w:br/>
              <w:t>Harder: Increase speed slightly or add a dribbler.</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No pushing, grabbing or reaching across.</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can we defend safely?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Mirror Movement</w:t>
            </w:r>
          </w:p>
        </w:tc>
        <w:tc>
          <w:tcPr>
            <w:tcW w:type="dxa" w:w="5429"/>
            <w:shd w:fill="F28C28"/>
            <w:tcMar>
              <w:top w:w="62" w:type="dxa"/>
              <w:start w:w="82" w:type="dxa"/>
              <w:bottom w:w="62" w:type="dxa"/>
              <w:end w:w="82" w:type="dxa"/>
            </w:tcMar>
          </w:tcPr>
          <w:p>
            <w:pPr>
              <w:jc w:val="center"/>
              <w:keepLines/>
              <w:keepNext/>
            </w:pPr>
            <w:r>
              <w:rPr>
                <w:b/>
                <w:i w:val="0"/>
                <w:color w:val="FFFFFF"/>
                <w:sz w:val="15"/>
              </w:rPr>
              <w:t>5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Pair players and give each pair a small marked space. One player is the leader and one is the mirror.</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leader moves side to side, forward and back while the mirror copies. Switch roles every 30-45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facing your partner.</w:t>
            </w:r>
          </w:p>
          <w:p>
            <w:pPr>
              <w:spacing w:after="0"/>
              <w:ind w:left="230" w:hanging="158"/>
              <w:keepLines/>
              <w:keepNext/>
            </w:pPr>
            <w:r>
              <w:rPr>
                <w:b/>
                <w:i w:val="0"/>
                <w:color w:val="0B5D4B"/>
                <w:sz w:val="14"/>
              </w:rPr>
              <w:t xml:space="preserve">• </w:t>
            </w:r>
            <w:r>
              <w:rPr>
                <w:b w:val="0"/>
                <w:i w:val="0"/>
                <w:color w:val="111111"/>
                <w:sz w:val="14"/>
              </w:rPr>
              <w:t>Use small controlled steps.</w:t>
            </w:r>
          </w:p>
          <w:p>
            <w:pPr>
              <w:spacing w:after="0"/>
              <w:ind w:left="230" w:hanging="158"/>
              <w:keepLines/>
              <w:keepNext/>
            </w:pPr>
            <w:r>
              <w:rPr>
                <w:b/>
                <w:i w:val="0"/>
                <w:color w:val="0B5D4B"/>
                <w:sz w:val="14"/>
              </w:rPr>
              <w:t xml:space="preserve">• </w:t>
            </w:r>
            <w:r>
              <w:rPr>
                <w:b w:val="0"/>
                <w:i w:val="0"/>
                <w:color w:val="111111"/>
                <w:sz w:val="14"/>
              </w:rPr>
              <w:t>React, do not guess.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Small grids for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only side-to-side movement.</w:t>
            </w:r>
          </w:p>
          <w:p>
            <w:pPr>
              <w:spacing w:after="0"/>
              <w:ind w:left="230" w:hanging="158"/>
              <w:keepLines/>
              <w:keepNext/>
            </w:pPr>
            <w:r>
              <w:rPr>
                <w:b/>
                <w:i w:val="0"/>
                <w:color w:val="0B5D4B"/>
                <w:sz w:val="14"/>
              </w:rPr>
              <w:t xml:space="preserve">• </w:t>
            </w:r>
            <w:r>
              <w:rPr>
                <w:b w:val="0"/>
                <w:i w:val="0"/>
                <w:color w:val="111111"/>
                <w:sz w:val="14"/>
              </w:rPr>
              <w:t>Coach leads the whole group first.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changes of level or direction.</w:t>
            </w:r>
          </w:p>
          <w:p>
            <w:pPr>
              <w:spacing w:after="0"/>
              <w:ind w:left="230" w:hanging="158"/>
              <w:keepLines/>
              <w:keepNext/>
            </w:pPr>
            <w:r>
              <w:rPr>
                <w:b/>
                <w:i w:val="0"/>
                <w:color w:val="0B5D4B"/>
                <w:sz w:val="14"/>
              </w:rPr>
              <w:t xml:space="preserve">• </w:t>
            </w:r>
            <w:r>
              <w:rPr>
                <w:b w:val="0"/>
                <w:i w:val="0"/>
                <w:color w:val="111111"/>
                <w:sz w:val="14"/>
              </w:rPr>
              <w:t>Add a ball for the leader to handle or dribble.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both partners getting equal turns?</w:t>
            </w:r>
          </w:p>
          <w:p>
            <w:pPr>
              <w:spacing w:after="0"/>
              <w:ind w:left="230" w:hanging="158"/>
              <w:keepLines/>
              <w:keepNext/>
            </w:pPr>
            <w:r>
              <w:rPr>
                <w:b/>
                <w:i w:val="0"/>
                <w:color w:val="0B5D4B"/>
                <w:sz w:val="14"/>
              </w:rPr>
              <w:t xml:space="preserve">• </w:t>
            </w:r>
            <w:r>
              <w:rPr>
                <w:b w:val="0"/>
                <w:i w:val="0"/>
                <w:color w:val="111111"/>
                <w:sz w:val="14"/>
              </w:rPr>
              <w:t>Are pairs matched so each child can succeed?</w:t>
            </w:r>
          </w:p>
          <w:p>
            <w:pPr>
              <w:spacing w:before="20" w:after="0"/>
              <w:keepLines/>
              <w:keepNext/>
            </w:pPr>
            <w:r>
              <w:rPr>
                <w:b/>
                <w:i w:val="0"/>
                <w:color w:val="F28C28"/>
                <w:sz w:val="14"/>
              </w:rPr>
              <w:t>SAFETY</w:t>
            </w:r>
          </w:p>
          <w:p>
            <w:pPr>
              <w:spacing w:after="0"/>
              <w:keepLines/>
            </w:pPr>
            <w:r>
              <w:rPr>
                <w:sz w:val="14"/>
              </w:rPr>
              <w:t>Keep grids separated so pairs do not collide.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Stay Between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short lanes with a target cone at one end. Players work in pairs without a ball.</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attacker moves side to side trying to reach the target. The defender shuffles to stay between the attacker and the target. Change roles often.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player and target.</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Stay balanced.</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w:t>
            </w:r>
          </w:p>
          <w:p>
            <w:pPr>
              <w:spacing w:after="0"/>
              <w:ind w:left="230" w:hanging="158"/>
              <w:keepLines/>
              <w:keepNext/>
            </w:pPr>
            <w:r>
              <w:rPr>
                <w:b/>
                <w:i w:val="0"/>
                <w:color w:val="0B5D4B"/>
                <w:sz w:val="14"/>
              </w:rPr>
              <w:t xml:space="preserve">• </w:t>
            </w:r>
            <w:r>
              <w:rPr>
                <w:b w:val="0"/>
                <w:i w:val="0"/>
                <w:color w:val="111111"/>
                <w:sz w:val="14"/>
              </w:rPr>
              <w:t>Small lanes or boxes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wider lane.</w:t>
            </w:r>
          </w:p>
          <w:p>
            <w:pPr>
              <w:spacing w:after="0"/>
              <w:ind w:left="230" w:hanging="158"/>
              <w:keepLines/>
              <w:keepNext/>
            </w:pPr>
            <w:r>
              <w:rPr>
                <w:b/>
                <w:i w:val="0"/>
                <w:color w:val="0B5D4B"/>
                <w:sz w:val="14"/>
              </w:rPr>
              <w:t xml:space="preserve">• </w:t>
            </w:r>
            <w:r>
              <w:rPr>
                <w:b w:val="0"/>
                <w:i w:val="0"/>
                <w:color w:val="111111"/>
                <w:sz w:val="14"/>
              </w:rPr>
              <w:t>Move at walking speed.</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Narrow the lane.</w:t>
            </w:r>
          </w:p>
          <w:p>
            <w:pPr>
              <w:spacing w:after="0"/>
              <w:ind w:left="230" w:hanging="158"/>
              <w:keepLines/>
              <w:keepNext/>
            </w:pPr>
            <w:r>
              <w:rPr>
                <w:b/>
                <w:i w:val="0"/>
                <w:color w:val="0B5D4B"/>
                <w:sz w:val="14"/>
              </w:rPr>
              <w:t xml:space="preserve">• </w:t>
            </w:r>
            <w:r>
              <w:rPr>
                <w:b w:val="0"/>
                <w:i w:val="0"/>
                <w:color w:val="111111"/>
                <w:sz w:val="14"/>
              </w:rPr>
              <w:t>Allow one change of pace toward the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the defender stay square without crossing feet excessively?</w:t>
            </w:r>
          </w:p>
          <w:p>
            <w:pPr>
              <w:spacing w:after="0"/>
              <w:ind w:left="230" w:hanging="158"/>
              <w:keepLines/>
              <w:keepNext/>
            </w:pPr>
            <w:r>
              <w:rPr>
                <w:b/>
                <w:i w:val="0"/>
                <w:color w:val="0B5D4B"/>
                <w:sz w:val="14"/>
              </w:rPr>
              <w:t xml:space="preserve">• </w:t>
            </w:r>
            <w:r>
              <w:rPr>
                <w:b w:val="0"/>
                <w:i w:val="0"/>
                <w:color w:val="111111"/>
                <w:sz w:val="14"/>
              </w:rPr>
              <w:t>Can the attacker change direction under control?</w:t>
            </w:r>
          </w:p>
          <w:p>
            <w:pPr>
              <w:spacing w:before="20" w:after="0"/>
              <w:keepLines/>
              <w:keepNext/>
            </w:pPr>
            <w:r>
              <w:rPr>
                <w:b/>
                <w:i w:val="0"/>
                <w:color w:val="F28C28"/>
                <w:sz w:val="14"/>
              </w:rPr>
              <w:t>SAFETY</w:t>
            </w:r>
          </w:p>
          <w:p>
            <w:pPr>
              <w:spacing w:after="0"/>
              <w:keepLines/>
            </w:pPr>
            <w:r>
              <w:rPr>
                <w:sz w:val="14"/>
              </w:rPr>
              <w:t>No pushing, holding or body contact. Keep each pair in a separate lane.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Shadow Dribble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Pairs spread out. One player has a ball and leads; the other shadows at arm’s length.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attacker dribbles slowly and changes direction. The defender follows using controlled footwork without stealing. Switch after each short round.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at a safe distance.</w:t>
            </w:r>
          </w:p>
          <w:p>
            <w:pPr>
              <w:spacing w:after="0"/>
              <w:ind w:left="230" w:hanging="158"/>
              <w:keepLines/>
              <w:keepNext/>
            </w:pPr>
            <w:r>
              <w:rPr>
                <w:b/>
                <w:i w:val="0"/>
                <w:color w:val="0B5D4B"/>
                <w:sz w:val="14"/>
              </w:rPr>
              <w:t xml:space="preserve">• </w:t>
            </w:r>
            <w:r>
              <w:rPr>
                <w:b w:val="0"/>
                <w:i w:val="0"/>
                <w:color w:val="111111"/>
                <w:sz w:val="14"/>
              </w:rPr>
              <w:t>Move your feet, not your hands.</w:t>
            </w:r>
          </w:p>
          <w:p>
            <w:pPr>
              <w:spacing w:after="0"/>
              <w:ind w:left="230" w:hanging="158"/>
              <w:keepLines/>
              <w:keepNext/>
            </w:pPr>
            <w:r>
              <w:rPr>
                <w:b/>
                <w:i w:val="0"/>
                <w:color w:val="0B5D4B"/>
                <w:sz w:val="14"/>
              </w:rPr>
              <w:t xml:space="preserve">• </w:t>
            </w:r>
            <w:r>
              <w:rPr>
                <w:b w:val="0"/>
                <w:i w:val="0"/>
                <w:color w:val="111111"/>
                <w:sz w:val="14"/>
              </w:rPr>
              <w:t>Attacker: protect and change direction.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and cones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Attacker walks or carries the ball.</w:t>
            </w:r>
          </w:p>
          <w:p>
            <w:pPr>
              <w:spacing w:after="0"/>
              <w:ind w:left="230" w:hanging="158"/>
              <w:keepLines/>
              <w:keepNext/>
            </w:pPr>
            <w:r>
              <w:rPr>
                <w:b/>
                <w:i w:val="0"/>
                <w:color w:val="0B5D4B"/>
                <w:sz w:val="14"/>
              </w:rPr>
              <w:t xml:space="preserve">• </w:t>
            </w:r>
            <w:r>
              <w:rPr>
                <w:b w:val="0"/>
                <w:i w:val="0"/>
                <w:color w:val="111111"/>
                <w:sz w:val="14"/>
              </w:rPr>
              <w:t>Defender follows two steps behind.</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marked turning points.</w:t>
            </w:r>
          </w:p>
          <w:p>
            <w:pPr>
              <w:spacing w:after="0"/>
              <w:ind w:left="230" w:hanging="158"/>
              <w:keepLines/>
              <w:keepNext/>
            </w:pPr>
            <w:r>
              <w:rPr>
                <w:b/>
                <w:i w:val="0"/>
                <w:color w:val="0B5D4B"/>
                <w:sz w:val="14"/>
              </w:rPr>
              <w:t xml:space="preserve">• </w:t>
            </w:r>
            <w:r>
              <w:rPr>
                <w:b w:val="0"/>
                <w:i w:val="0"/>
                <w:color w:val="111111"/>
                <w:sz w:val="14"/>
              </w:rPr>
              <w:t>Allow one gentle ball tap per round.</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defender maintaining space?</w:t>
            </w:r>
          </w:p>
          <w:p>
            <w:pPr>
              <w:spacing w:after="0"/>
              <w:ind w:left="230" w:hanging="158"/>
              <w:keepLines/>
              <w:keepNext/>
            </w:pPr>
            <w:r>
              <w:rPr>
                <w:b/>
                <w:i w:val="0"/>
                <w:color w:val="0B5D4B"/>
                <w:sz w:val="14"/>
              </w:rPr>
              <w:t xml:space="preserve">• </w:t>
            </w:r>
            <w:r>
              <w:rPr>
                <w:b w:val="0"/>
                <w:i w:val="0"/>
                <w:color w:val="111111"/>
                <w:sz w:val="14"/>
              </w:rPr>
              <w:t>Does the attacker stay calm when pressure appears?</w:t>
            </w:r>
          </w:p>
          <w:p>
            <w:pPr>
              <w:spacing w:before="20" w:after="0"/>
              <w:keepLines/>
              <w:keepNext/>
            </w:pPr>
            <w:r>
              <w:rPr>
                <w:b/>
                <w:i w:val="0"/>
                <w:color w:val="F28C28"/>
                <w:sz w:val="14"/>
              </w:rPr>
              <w:t>SAFETY</w:t>
            </w:r>
          </w:p>
          <w:p>
            <w:pPr>
              <w:spacing w:after="0"/>
              <w:keepLines/>
            </w:pPr>
            <w:r>
              <w:rPr>
                <w:sz w:val="14"/>
              </w:rPr>
              <w:t>No lunging or reaching across the attacker. Use separate working areas.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1v1 Safe Defence</w:t>
            </w:r>
          </w:p>
        </w:tc>
        <w:tc>
          <w:tcPr>
            <w:tcW w:type="dxa" w:w="5429"/>
            <w:shd w:fill="F28C28"/>
            <w:tcMar>
              <w:top w:w="62" w:type="dxa"/>
              <w:start w:w="82" w:type="dxa"/>
              <w:bottom w:w="62" w:type="dxa"/>
              <w:end w:w="82" w:type="dxa"/>
            </w:tcMar>
          </w:tcPr>
          <w:p>
            <w:pPr>
              <w:jc w:val="center"/>
              <w:keepLines/>
              <w:keepNext/>
            </w:pPr>
            <w:r>
              <w:rPr>
                <w:b/>
                <w:i w:val="0"/>
                <w:color w:val="FFFFFF"/>
                <w:sz w:val="15"/>
              </w:rPr>
              <w:t>17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1v1 lanes. One attacker starts with a ball; one defender starts between the attacker and target.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attacker tries to reach a gate or close shooting spot.</w:t>
            </w:r>
          </w:p>
          <w:p>
            <w:pPr>
              <w:spacing w:after="0"/>
              <w:ind w:left="230" w:hanging="158"/>
              <w:keepLines/>
              <w:keepNext/>
            </w:pPr>
            <w:r>
              <w:rPr>
                <w:b/>
                <w:i w:val="0"/>
                <w:color w:val="0B5D4B"/>
                <w:sz w:val="14"/>
              </w:rPr>
              <w:t xml:space="preserve">• </w:t>
            </w:r>
            <w:r>
              <w:rPr>
                <w:b w:val="0"/>
                <w:i w:val="0"/>
                <w:color w:val="111111"/>
                <w:sz w:val="14"/>
              </w:rPr>
              <w:t>The defender scores success by staying between and forcing a change of direction, not only by stealing.</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Attack the open side.</w:t>
            </w:r>
          </w:p>
          <w:p>
            <w:pPr>
              <w:spacing w:after="0"/>
              <w:ind w:left="230" w:hanging="158"/>
              <w:keepLines/>
              <w:keepNext/>
            </w:pPr>
            <w:r>
              <w:rPr>
                <w:b/>
                <w:i w:val="0"/>
                <w:color w:val="0B5D4B"/>
                <w:sz w:val="14"/>
              </w:rPr>
              <w:t xml:space="preserve">• </w:t>
            </w:r>
            <w:r>
              <w:rPr>
                <w:b w:val="0"/>
                <w:i w:val="0"/>
                <w:color w:val="111111"/>
                <w:sz w:val="14"/>
              </w:rPr>
              <w:t>Defender: stay between.</w:t>
            </w:r>
          </w:p>
          <w:p>
            <w:pPr>
              <w:spacing w:after="0"/>
              <w:ind w:left="230" w:hanging="158"/>
              <w:keepLines/>
              <w:keepNext/>
            </w:pPr>
            <w:r>
              <w:rPr>
                <w:b/>
                <w:i w:val="0"/>
                <w:color w:val="0B5D4B"/>
                <w:sz w:val="14"/>
              </w:rPr>
              <w:t xml:space="preserve">• </w:t>
            </w:r>
            <w:r>
              <w:rPr>
                <w:b w:val="0"/>
                <w:i w:val="0"/>
                <w:color w:val="111111"/>
                <w:sz w:val="14"/>
              </w:rPr>
              <w:t>Play with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baskets or gates</w:t>
            </w:r>
          </w:p>
          <w:p>
            <w:pPr>
              <w:spacing w:after="0"/>
              <w:ind w:left="230" w:hanging="158"/>
              <w:keepLines/>
              <w:keepNext/>
            </w:pPr>
            <w:r>
              <w:rPr>
                <w:b/>
                <w:i w:val="0"/>
                <w:color w:val="0B5D4B"/>
                <w:sz w:val="14"/>
              </w:rPr>
              <w:t xml:space="preserve">• </w:t>
            </w:r>
            <w:r>
              <w:rPr>
                <w:b w:val="0"/>
                <w:i w:val="0"/>
                <w:color w:val="111111"/>
                <w:sz w:val="14"/>
              </w:rPr>
              <w:t>Lanes to gates or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Begin without dribbling.</w:t>
            </w:r>
          </w:p>
          <w:p>
            <w:pPr>
              <w:spacing w:after="0"/>
              <w:ind w:left="230" w:hanging="158"/>
              <w:keepLines/>
              <w:keepNext/>
            </w:pPr>
            <w:r>
              <w:rPr>
                <w:b/>
                <w:i w:val="0"/>
                <w:color w:val="0B5D4B"/>
                <w:sz w:val="14"/>
              </w:rPr>
              <w:t xml:space="preserve">• </w:t>
            </w:r>
            <w:r>
              <w:rPr>
                <w:b w:val="0"/>
                <w:i w:val="0"/>
                <w:color w:val="111111"/>
                <w:sz w:val="14"/>
              </w:rPr>
              <w:t>Use a wide gate.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Use a narrower lane.</w:t>
            </w:r>
          </w:p>
          <w:p>
            <w:pPr>
              <w:spacing w:after="0"/>
              <w:ind w:left="230" w:hanging="158"/>
              <w:keepLines/>
              <w:keepNext/>
            </w:pPr>
            <w:r>
              <w:rPr>
                <w:b/>
                <w:i w:val="0"/>
                <w:color w:val="0B5D4B"/>
                <w:sz w:val="14"/>
              </w:rPr>
              <w:t xml:space="preserve">• </w:t>
            </w:r>
            <w:r>
              <w:rPr>
                <w:b w:val="0"/>
                <w:i w:val="0"/>
                <w:color w:val="111111"/>
                <w:sz w:val="14"/>
              </w:rPr>
              <w:t>Allow a live rebound after a shot.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defenders rewarded for good position?</w:t>
            </w:r>
          </w:p>
          <w:p>
            <w:pPr>
              <w:spacing w:after="0"/>
              <w:ind w:left="230" w:hanging="158"/>
              <w:keepLines/>
              <w:keepNext/>
            </w:pPr>
            <w:r>
              <w:rPr>
                <w:b/>
                <w:i w:val="0"/>
                <w:color w:val="0B5D4B"/>
                <w:sz w:val="14"/>
              </w:rPr>
              <w:t xml:space="preserve">• </w:t>
            </w:r>
            <w:r>
              <w:rPr>
                <w:b w:val="0"/>
                <w:i w:val="0"/>
                <w:color w:val="111111"/>
                <w:sz w:val="14"/>
              </w:rPr>
              <w:t>Are attackers willing to change plan rather than force contact?</w:t>
            </w:r>
          </w:p>
          <w:p>
            <w:pPr>
              <w:spacing w:before="20" w:after="0"/>
              <w:keepLines/>
              <w:keepNext/>
            </w:pPr>
            <w:r>
              <w:rPr>
                <w:b/>
                <w:i w:val="0"/>
                <w:color w:val="F28C28"/>
                <w:sz w:val="14"/>
              </w:rPr>
              <w:t>SAFETY</w:t>
            </w:r>
          </w:p>
          <w:p>
            <w:pPr>
              <w:spacing w:after="0"/>
              <w:keepLines/>
            </w:pPr>
            <w:r>
              <w:rPr>
                <w:sz w:val="14"/>
              </w:rPr>
              <w:t>Short rounds only. Stop immediately for pushing, grabbing or unsafe collisions.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Protect the Castle</w:t>
            </w:r>
          </w:p>
        </w:tc>
        <w:tc>
          <w:tcPr>
            <w:tcW w:type="dxa" w:w="5429"/>
            <w:shd w:fill="F28C28"/>
            <w:tcMar>
              <w:top w:w="62" w:type="dxa"/>
              <w:start w:w="82" w:type="dxa"/>
              <w:bottom w:w="62" w:type="dxa"/>
              <w:end w:w="82" w:type="dxa"/>
            </w:tcMar>
          </w:tcPr>
          <w:p>
            <w:pPr>
              <w:jc w:val="center"/>
              <w:keepLines/>
              <w:keepNext/>
            </w:pPr>
            <w:r>
              <w:rPr>
                <w:b/>
                <w:i w:val="0"/>
                <w:color w:val="FFFFFF"/>
                <w:sz w:val="15"/>
              </w:rPr>
              <w:t>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a cone castle in the centre of each grid. One defender protects it while one or two attackers try to knock it down with a rolled or bounced ball.</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Attackers move the ball to create a clear angle. The defender uses feet and body position to protect the castle without contact. Rotate roles quickly.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the ball to find an angle.</w:t>
            </w:r>
          </w:p>
          <w:p>
            <w:pPr>
              <w:spacing w:after="0"/>
              <w:ind w:left="230" w:hanging="158"/>
              <w:keepLines/>
              <w:keepNext/>
            </w:pPr>
            <w:r>
              <w:rPr>
                <w:b/>
                <w:i w:val="0"/>
                <w:color w:val="0B5D4B"/>
                <w:sz w:val="14"/>
              </w:rPr>
              <w:t xml:space="preserve">• </w:t>
            </w:r>
            <w:r>
              <w:rPr>
                <w:b w:val="0"/>
                <w:i w:val="0"/>
                <w:color w:val="111111"/>
                <w:sz w:val="14"/>
              </w:rPr>
              <w:t>Defender: see ball and castle.</w:t>
            </w:r>
          </w:p>
          <w:p>
            <w:pPr>
              <w:spacing w:after="0"/>
              <w:ind w:left="230" w:hanging="158"/>
              <w:keepLines/>
              <w:keepNext/>
            </w:pPr>
            <w:r>
              <w:rPr>
                <w:b/>
                <w:i w:val="0"/>
                <w:color w:val="0B5D4B"/>
                <w:sz w:val="14"/>
              </w:rPr>
              <w:t xml:space="preserve">• </w:t>
            </w:r>
            <w:r>
              <w:rPr>
                <w:b w:val="0"/>
                <w:i w:val="0"/>
                <w:color w:val="111111"/>
                <w:sz w:val="14"/>
              </w:rPr>
              <w:t>Use safe hands.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skittles and balls</w:t>
            </w:r>
          </w:p>
          <w:p>
            <w:pPr>
              <w:spacing w:after="0"/>
              <w:ind w:left="230" w:hanging="158"/>
              <w:keepLines/>
              <w:keepNext/>
            </w:pPr>
            <w:r>
              <w:rPr>
                <w:b/>
                <w:i w:val="0"/>
                <w:color w:val="0B5D4B"/>
                <w:sz w:val="14"/>
              </w:rPr>
              <w:t xml:space="preserve">• </w:t>
            </w:r>
            <w:r>
              <w:rPr>
                <w:b w:val="0"/>
                <w:i w:val="0"/>
                <w:color w:val="111111"/>
                <w:sz w:val="14"/>
              </w:rPr>
              <w:t>Small grids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no defender.</w:t>
            </w:r>
          </w:p>
          <w:p>
            <w:pPr>
              <w:spacing w:after="0"/>
              <w:ind w:left="230" w:hanging="158"/>
              <w:keepLines/>
              <w:keepNext/>
            </w:pPr>
            <w:r>
              <w:rPr>
                <w:b/>
                <w:i w:val="0"/>
                <w:color w:val="0B5D4B"/>
                <w:sz w:val="14"/>
              </w:rPr>
              <w:t xml:space="preserve">• </w:t>
            </w:r>
            <w:r>
              <w:rPr>
                <w:b w:val="0"/>
                <w:i w:val="0"/>
                <w:color w:val="111111"/>
                <w:sz w:val="14"/>
              </w:rPr>
              <w:t>Increase the grid size.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second attacker.</w:t>
            </w:r>
          </w:p>
          <w:p>
            <w:pPr>
              <w:spacing w:after="0"/>
              <w:ind w:left="230" w:hanging="158"/>
              <w:keepLines/>
              <w:keepNext/>
            </w:pPr>
            <w:r>
              <w:rPr>
                <w:b/>
                <w:i w:val="0"/>
                <w:color w:val="0B5D4B"/>
                <w:sz w:val="14"/>
              </w:rPr>
              <w:t xml:space="preserve">• </w:t>
            </w:r>
            <w:r>
              <w:rPr>
                <w:b w:val="0"/>
                <w:i w:val="0"/>
                <w:color w:val="111111"/>
                <w:sz w:val="14"/>
              </w:rPr>
              <w:t>Require a pass before an attempt.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attackers move rather than throw through the defender?</w:t>
            </w:r>
          </w:p>
          <w:p>
            <w:pPr>
              <w:spacing w:after="0"/>
              <w:ind w:left="230" w:hanging="158"/>
              <w:keepLines/>
              <w:keepNext/>
            </w:pPr>
            <w:r>
              <w:rPr>
                <w:b/>
                <w:i w:val="0"/>
                <w:color w:val="0B5D4B"/>
                <w:sz w:val="14"/>
              </w:rPr>
              <w:t xml:space="preserve">• </w:t>
            </w:r>
            <w:r>
              <w:rPr>
                <w:b w:val="0"/>
                <w:i w:val="0"/>
                <w:color w:val="111111"/>
                <w:sz w:val="14"/>
              </w:rPr>
              <w:t>Does the defender protect space safely?</w:t>
            </w:r>
          </w:p>
          <w:p>
            <w:pPr>
              <w:spacing w:before="20" w:after="0"/>
              <w:keepLines/>
              <w:keepNext/>
            </w:pPr>
            <w:r>
              <w:rPr>
                <w:b/>
                <w:i w:val="0"/>
                <w:color w:val="F28C28"/>
                <w:sz w:val="14"/>
              </w:rPr>
              <w:t>SAFETY</w:t>
            </w:r>
          </w:p>
          <w:p>
            <w:pPr>
              <w:spacing w:after="0"/>
              <w:keepLines/>
            </w:pPr>
            <w:r>
              <w:rPr>
                <w:sz w:val="14"/>
              </w:rPr>
              <w:t>Only soft rolls or controlled bounce passes may be used. No throwing at people.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19: TWO ATTACKERS, ONE DEFENDER</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space and choose pass or dribble in 2v1.</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Share responsibility.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Create a passing option in 2v1; choose when to dribble or pass; keep both attackers involved.</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Space Bubbles</w:t>
            </w:r>
          </w:p>
        </w:tc>
        <w:tc>
          <w:tcPr>
            <w:tcW w:type="dxa" w:w="4104"/>
            <w:vAlign w:val="center"/>
            <w:tcMar>
              <w:top w:w="42" w:type="dxa"/>
              <w:start w:w="50" w:type="dxa"/>
              <w:bottom w:w="42" w:type="dxa"/>
              <w:end w:w="50" w:type="dxa"/>
            </w:tcMar>
          </w:tcPr>
          <w:p>
            <w:pPr>
              <w:keepLines/>
            </w:pPr>
            <w:r>
              <w:rPr>
                <w:b w:val="0"/>
                <w:i w:val="0"/>
                <w:color w:val="111111"/>
                <w:sz w:val="14"/>
              </w:rPr>
              <w:t>Pairs move in separate lanes and keep spacing.</w:t>
            </w:r>
          </w:p>
        </w:tc>
        <w:tc>
          <w:tcPr>
            <w:tcW w:type="dxa" w:w="2563"/>
            <w:vAlign w:val="center"/>
            <w:tcMar>
              <w:top w:w="42" w:type="dxa"/>
              <w:start w:w="50" w:type="dxa"/>
              <w:bottom w:w="42" w:type="dxa"/>
              <w:end w:w="50" w:type="dxa"/>
            </w:tcMar>
          </w:tcPr>
          <w:p>
            <w:pPr>
              <w:keepLines/>
            </w:pPr>
            <w:r>
              <w:rPr>
                <w:b w:val="0"/>
                <w:i w:val="0"/>
                <w:color w:val="111111"/>
                <w:sz w:val="14"/>
              </w:rPr>
              <w:t>Do not crowd.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Pass the Defender Cone</w:t>
            </w:r>
          </w:p>
        </w:tc>
        <w:tc>
          <w:tcPr>
            <w:tcW w:type="dxa" w:w="4104"/>
            <w:vAlign w:val="center"/>
            <w:tcMar>
              <w:top w:w="42" w:type="dxa"/>
              <w:start w:w="50" w:type="dxa"/>
              <w:bottom w:w="42" w:type="dxa"/>
              <w:end w:w="50" w:type="dxa"/>
            </w:tcMar>
          </w:tcPr>
          <w:p>
            <w:pPr>
              <w:keepLines/>
            </w:pPr>
            <w:r>
              <w:rPr>
                <w:b w:val="0"/>
                <w:i w:val="0"/>
                <w:color w:val="111111"/>
                <w:sz w:val="14"/>
              </w:rPr>
              <w:t>Two attackers pass around a cone defender.</w:t>
            </w:r>
          </w:p>
        </w:tc>
        <w:tc>
          <w:tcPr>
            <w:tcW w:type="dxa" w:w="2563"/>
            <w:vAlign w:val="center"/>
            <w:tcMar>
              <w:top w:w="42" w:type="dxa"/>
              <w:start w:w="50" w:type="dxa"/>
              <w:bottom w:w="42" w:type="dxa"/>
              <w:end w:w="50" w:type="dxa"/>
            </w:tcMar>
          </w:tcPr>
          <w:p>
            <w:pPr>
              <w:keepLines/>
            </w:pPr>
            <w:r>
              <w:rPr>
                <w:b w:val="0"/>
                <w:i w:val="0"/>
                <w:color w:val="111111"/>
                <w:sz w:val="14"/>
              </w:rPr>
              <w:t>Create an angle.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2v1 to Score</w:t>
            </w:r>
          </w:p>
        </w:tc>
        <w:tc>
          <w:tcPr>
            <w:tcW w:type="dxa" w:w="4104"/>
            <w:vAlign w:val="center"/>
            <w:tcMar>
              <w:top w:w="42" w:type="dxa"/>
              <w:start w:w="50" w:type="dxa"/>
              <w:bottom w:w="42" w:type="dxa"/>
              <w:end w:w="50" w:type="dxa"/>
            </w:tcMar>
          </w:tcPr>
          <w:p>
            <w:pPr>
              <w:keepLines/>
            </w:pPr>
            <w:r>
              <w:rPr>
                <w:b w:val="0"/>
                <w:i w:val="0"/>
                <w:color w:val="111111"/>
                <w:sz w:val="14"/>
              </w:rPr>
              <w:t>Slow 2v1 to an end zone; freeze once to notice choices.</w:t>
            </w:r>
          </w:p>
        </w:tc>
        <w:tc>
          <w:tcPr>
            <w:tcW w:type="dxa" w:w="2563"/>
            <w:vAlign w:val="center"/>
            <w:tcMar>
              <w:top w:w="42" w:type="dxa"/>
              <w:start w:w="50" w:type="dxa"/>
              <w:bottom w:w="42" w:type="dxa"/>
              <w:end w:w="50" w:type="dxa"/>
            </w:tcMar>
          </w:tcPr>
          <w:p>
            <w:pPr>
              <w:keepLines/>
            </w:pPr>
            <w:r>
              <w:rPr>
                <w:b w:val="0"/>
                <w:i w:val="0"/>
                <w:color w:val="111111"/>
                <w:sz w:val="14"/>
              </w:rPr>
              <w:t>One brief question.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2v1 to Score</w:t>
            </w:r>
          </w:p>
        </w:tc>
        <w:tc>
          <w:tcPr>
            <w:tcW w:type="dxa" w:w="4104"/>
            <w:vAlign w:val="center"/>
            <w:tcMar>
              <w:top w:w="42" w:type="dxa"/>
              <w:start w:w="50" w:type="dxa"/>
              <w:bottom w:w="42" w:type="dxa"/>
              <w:end w:w="50" w:type="dxa"/>
            </w:tcMar>
          </w:tcPr>
          <w:p>
            <w:pPr>
              <w:keepLines/>
            </w:pPr>
            <w:r>
              <w:rPr>
                <w:b w:val="0"/>
                <w:i w:val="0"/>
                <w:color w:val="111111"/>
                <w:sz w:val="14"/>
              </w:rPr>
              <w:t>Attackers choose pass or dribble to gate/basket; rotate defender often.</w:t>
            </w:r>
          </w:p>
        </w:tc>
        <w:tc>
          <w:tcPr>
            <w:tcW w:type="dxa" w:w="2563"/>
            <w:vAlign w:val="center"/>
            <w:tcMar>
              <w:top w:w="42" w:type="dxa"/>
              <w:start w:w="50" w:type="dxa"/>
              <w:bottom w:w="42" w:type="dxa"/>
              <w:end w:w="50" w:type="dxa"/>
            </w:tcMar>
          </w:tcPr>
          <w:p>
            <w:pPr>
              <w:keepLines/>
            </w:pPr>
            <w:r>
              <w:rPr>
                <w:b w:val="0"/>
                <w:i w:val="0"/>
                <w:color w:val="111111"/>
                <w:sz w:val="14"/>
              </w:rPr>
              <w:t>Both attackers involved.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Numbers Advantage</w:t>
            </w:r>
          </w:p>
        </w:tc>
        <w:tc>
          <w:tcPr>
            <w:tcW w:type="dxa" w:w="4104"/>
            <w:vAlign w:val="center"/>
            <w:tcMar>
              <w:top w:w="42" w:type="dxa"/>
              <w:start w:w="50" w:type="dxa"/>
              <w:bottom w:w="42" w:type="dxa"/>
              <w:end w:w="50" w:type="dxa"/>
            </w:tcMar>
          </w:tcPr>
          <w:p>
            <w:pPr>
              <w:keepLines/>
            </w:pPr>
            <w:r>
              <w:rPr>
                <w:b w:val="0"/>
                <w:i w:val="0"/>
                <w:color w:val="111111"/>
                <w:sz w:val="14"/>
              </w:rPr>
              <w:t>Coach calls 2 attackers and 1 defender.</w:t>
            </w:r>
          </w:p>
        </w:tc>
        <w:tc>
          <w:tcPr>
            <w:tcW w:type="dxa" w:w="2563"/>
            <w:vAlign w:val="center"/>
            <w:tcMar>
              <w:top w:w="42" w:type="dxa"/>
              <w:start w:w="50" w:type="dxa"/>
              <w:bottom w:w="42" w:type="dxa"/>
              <w:end w:w="50" w:type="dxa"/>
            </w:tcMar>
          </w:tcPr>
          <w:p>
            <w:pPr>
              <w:keepLines/>
            </w:pPr>
            <w:r>
              <w:rPr>
                <w:b w:val="0"/>
                <w:i w:val="0"/>
                <w:color w:val="111111"/>
                <w:sz w:val="14"/>
              </w:rPr>
              <w:t>Fast setup, short rounds.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team choices.</w:t>
            </w:r>
          </w:p>
        </w:tc>
        <w:tc>
          <w:tcPr>
            <w:tcW w:type="dxa" w:w="2563"/>
            <w:vAlign w:val="center"/>
            <w:tcMar>
              <w:top w:w="42" w:type="dxa"/>
              <w:start w:w="50" w:type="dxa"/>
              <w:bottom w:w="42" w:type="dxa"/>
              <w:end w:w="50" w:type="dxa"/>
            </w:tcMar>
          </w:tcPr>
          <w:p>
            <w:pPr>
              <w:keepLines/>
            </w:pPr>
            <w:r>
              <w:rPr>
                <w:b w:val="0"/>
                <w:i w:val="0"/>
                <w:color w:val="111111"/>
                <w:sz w:val="14"/>
              </w:rPr>
              <w:t>When did passing help?</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both attackers creating useful spacing?</w:t>
              <w:br/>
              <w:t>Does the ball carrier see the pass before pressure arrives?</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Walk through with a cone defender.</w:t>
              <w:br/>
              <w:t>Harder: Use a live defender and shorten decision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Pass or dribble; keep both attackers involved.</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When was passing the best choice?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Space Bubbles</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playing area and explain that every player has an invisible bubble around them.</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without allowing bubbles to touch. On signals they change speed, direction or movement style while keeping safe space.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Head up.</w:t>
            </w:r>
          </w:p>
          <w:p>
            <w:pPr>
              <w:spacing w:after="0"/>
              <w:ind w:left="230" w:hanging="158"/>
              <w:keepLines/>
              <w:keepNext/>
            </w:pPr>
            <w:r>
              <w:rPr>
                <w:b/>
                <w:i w:val="0"/>
                <w:color w:val="0B5D4B"/>
                <w:sz w:val="14"/>
              </w:rPr>
              <w:t xml:space="preserve">• </w:t>
            </w:r>
            <w:r>
              <w:rPr>
                <w:b w:val="0"/>
                <w:i w:val="0"/>
                <w:color w:val="111111"/>
                <w:sz w:val="14"/>
              </w:rPr>
              <w:t>Protect your bubble.</w:t>
            </w:r>
          </w:p>
          <w:p>
            <w:pPr>
              <w:spacing w:after="0"/>
              <w:ind w:left="230" w:hanging="158"/>
              <w:keepLines/>
              <w:keepNext/>
            </w:pPr>
            <w:r>
              <w:rPr>
                <w:b/>
                <w:i w:val="0"/>
                <w:color w:val="0B5D4B"/>
                <w:sz w:val="14"/>
              </w:rPr>
              <w:t xml:space="preserve">• </w:t>
            </w:r>
            <w:r>
              <w:rPr>
                <w:b w:val="0"/>
                <w:i w:val="0"/>
                <w:color w:val="111111"/>
                <w:sz w:val="14"/>
              </w:rPr>
              <w:t>Move away from crowds.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balls optional</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Walk only.</w:t>
            </w:r>
          </w:p>
          <w:p>
            <w:pPr>
              <w:spacing w:after="0"/>
              <w:ind w:left="230" w:hanging="158"/>
              <w:keepLines/>
              <w:keepNext/>
            </w:pPr>
            <w:r>
              <w:rPr>
                <w:b/>
                <w:i w:val="0"/>
                <w:color w:val="0B5D4B"/>
                <w:sz w:val="14"/>
              </w:rPr>
              <w:t xml:space="preserve">• </w:t>
            </w:r>
            <w:r>
              <w:rPr>
                <w:b w:val="0"/>
                <w:i w:val="0"/>
                <w:color w:val="111111"/>
                <w:sz w:val="14"/>
              </w:rPr>
              <w:t>Increase the area.</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w:t>
            </w:r>
          </w:p>
          <w:p>
            <w:pPr>
              <w:spacing w:after="0"/>
              <w:ind w:left="230" w:hanging="158"/>
              <w:keepLines/>
              <w:keepNext/>
            </w:pPr>
            <w:r>
              <w:rPr>
                <w:b/>
                <w:i w:val="0"/>
                <w:color w:val="0B5D4B"/>
                <w:sz w:val="14"/>
              </w:rPr>
              <w:t xml:space="preserve">• </w:t>
            </w:r>
            <w:r>
              <w:rPr>
                <w:b w:val="0"/>
                <w:i w:val="0"/>
                <w:color w:val="111111"/>
                <w:sz w:val="14"/>
              </w:rPr>
              <w:t>Reduce the area slightly while keeping it safe.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adjusting before collisions happen?</w:t>
            </w:r>
          </w:p>
          <w:p>
            <w:pPr>
              <w:spacing w:after="0"/>
              <w:ind w:left="230" w:hanging="158"/>
              <w:keepLines/>
              <w:keepNext/>
            </w:pPr>
            <w:r>
              <w:rPr>
                <w:b/>
                <w:i w:val="0"/>
                <w:color w:val="0B5D4B"/>
                <w:sz w:val="14"/>
              </w:rPr>
              <w:t xml:space="preserve">• </w:t>
            </w:r>
            <w:r>
              <w:rPr>
                <w:b w:val="0"/>
                <w:i w:val="0"/>
                <w:color w:val="111111"/>
                <w:sz w:val="14"/>
              </w:rPr>
              <w:t>Who needs help understanding personal space?</w:t>
            </w:r>
          </w:p>
          <w:p>
            <w:pPr>
              <w:spacing w:before="20" w:after="0"/>
              <w:keepLines/>
              <w:keepNext/>
            </w:pPr>
            <w:r>
              <w:rPr>
                <w:b/>
                <w:i w:val="0"/>
                <w:color w:val="F28C28"/>
                <w:sz w:val="14"/>
              </w:rPr>
              <w:t>SAFETY</w:t>
            </w:r>
          </w:p>
          <w:p>
            <w:pPr>
              <w:spacing w:after="0"/>
              <w:keepLines/>
            </w:pPr>
            <w:r>
              <w:rPr>
                <w:sz w:val="14"/>
              </w:rPr>
              <w:t>Stop immediately if contact becomes frequent.</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 the Defender Cone</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a cone between two attackers to represent a defender. Give each pair one ball and enough space to move around the cone.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to create a clear passing angle around the defender cone. They pass, relocate and repeat. Later, replace the cone with a passive defender.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to see your partner.</w:t>
            </w:r>
          </w:p>
          <w:p>
            <w:pPr>
              <w:spacing w:after="0"/>
              <w:ind w:left="230" w:hanging="158"/>
              <w:keepLines/>
              <w:keepNext/>
            </w:pPr>
            <w:r>
              <w:rPr>
                <w:b/>
                <w:i w:val="0"/>
                <w:color w:val="0B5D4B"/>
                <w:sz w:val="14"/>
              </w:rPr>
              <w:t xml:space="preserve">• </w:t>
            </w:r>
            <w:r>
              <w:rPr>
                <w:b w:val="0"/>
                <w:i w:val="0"/>
                <w:color w:val="111111"/>
                <w:sz w:val="14"/>
              </w:rPr>
              <w:t>Pass around, not through, the defender.</w:t>
            </w:r>
          </w:p>
          <w:p>
            <w:pPr>
              <w:spacing w:after="0"/>
              <w:ind w:left="230" w:hanging="158"/>
              <w:keepLines/>
              <w:keepNext/>
            </w:pPr>
            <w:r>
              <w:rPr>
                <w:b/>
                <w:i w:val="0"/>
                <w:color w:val="0B5D4B"/>
                <w:sz w:val="14"/>
              </w:rPr>
              <w:t xml:space="preserve">• </w:t>
            </w:r>
            <w:r>
              <w:rPr>
                <w:b w:val="0"/>
                <w:i w:val="0"/>
                <w:color w:val="111111"/>
                <w:sz w:val="14"/>
              </w:rPr>
              <w:t>Move again after passing.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or group; Cones or floor markers; Bibs</w:t>
            </w:r>
          </w:p>
          <w:p>
            <w:pPr>
              <w:spacing w:after="0"/>
              <w:ind w:left="230" w:hanging="158"/>
              <w:keepLines/>
              <w:keepNext/>
            </w:pPr>
            <w:r>
              <w:rPr>
                <w:b/>
                <w:i w:val="0"/>
                <w:color w:val="0B5D4B"/>
                <w:sz w:val="14"/>
              </w:rPr>
              <w:t xml:space="preserve">• </w:t>
            </w:r>
            <w:r>
              <w:rPr>
                <w:b w:val="0"/>
                <w:i w:val="0"/>
                <w:color w:val="111111"/>
                <w:sz w:val="14"/>
              </w:rPr>
              <w:t>Small grids with two cones per group</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Keep the defender as a cone.</w:t>
            </w:r>
          </w:p>
          <w:p>
            <w:pPr>
              <w:spacing w:after="0"/>
              <w:ind w:left="230" w:hanging="158"/>
              <w:keepLines/>
              <w:keepNext/>
            </w:pPr>
            <w:r>
              <w:rPr>
                <w:b/>
                <w:i w:val="0"/>
                <w:color w:val="0B5D4B"/>
                <w:sz w:val="14"/>
              </w:rPr>
              <w:t xml:space="preserve">• </w:t>
            </w:r>
            <w:r>
              <w:rPr>
                <w:b w:val="0"/>
                <w:i w:val="0"/>
                <w:color w:val="111111"/>
                <w:sz w:val="14"/>
              </w:rPr>
              <w:t>Allow players to stop before every pass.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Use a passive player defender.</w:t>
            </w:r>
          </w:p>
          <w:p>
            <w:pPr>
              <w:spacing w:after="0"/>
              <w:ind w:left="230" w:hanging="158"/>
              <w:keepLines/>
              <w:keepNext/>
            </w:pPr>
            <w:r>
              <w:rPr>
                <w:b/>
                <w:i w:val="0"/>
                <w:color w:val="0B5D4B"/>
                <w:sz w:val="14"/>
              </w:rPr>
              <w:t xml:space="preserve">• </w:t>
            </w:r>
            <w:r>
              <w:rPr>
                <w:b w:val="0"/>
                <w:i w:val="0"/>
                <w:color w:val="111111"/>
                <w:sz w:val="14"/>
              </w:rPr>
              <w:t>Add a target gate or end zone after the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changing their angle or standing directly behind the cone?</w:t>
            </w:r>
          </w:p>
          <w:p>
            <w:pPr>
              <w:spacing w:after="0"/>
              <w:ind w:left="230" w:hanging="158"/>
              <w:keepLines/>
              <w:keepNext/>
            </w:pPr>
            <w:r>
              <w:rPr>
                <w:b/>
                <w:i w:val="0"/>
                <w:color w:val="0B5D4B"/>
                <w:sz w:val="14"/>
              </w:rPr>
              <w:t xml:space="preserve">• </w:t>
            </w:r>
            <w:r>
              <w:rPr>
                <w:b w:val="0"/>
                <w:i w:val="0"/>
                <w:color w:val="111111"/>
                <w:sz w:val="14"/>
              </w:rPr>
              <w:t>Are passes short enough for success?</w:t>
            </w:r>
          </w:p>
          <w:p>
            <w:pPr>
              <w:spacing w:before="20" w:after="0"/>
              <w:keepLines/>
              <w:keepNext/>
            </w:pPr>
            <w:r>
              <w:rPr>
                <w:b/>
                <w:i w:val="0"/>
                <w:color w:val="F28C28"/>
                <w:sz w:val="14"/>
              </w:rPr>
              <w:t>SAFETY</w:t>
            </w:r>
          </w:p>
          <w:p>
            <w:pPr>
              <w:spacing w:after="0"/>
              <w:keepLines/>
            </w:pPr>
            <w:r>
              <w:rPr>
                <w:sz w:val="14"/>
              </w:rPr>
              <w:t>Keep passive defenders controlled and prohibit reaching across bodies.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2v1 to Score</w:t>
            </w:r>
          </w:p>
        </w:tc>
        <w:tc>
          <w:tcPr>
            <w:tcW w:type="dxa" w:w="5429"/>
            <w:shd w:fill="F28C28"/>
            <w:tcMar>
              <w:top w:w="62" w:type="dxa"/>
              <w:start w:w="82" w:type="dxa"/>
              <w:bottom w:w="62" w:type="dxa"/>
              <w:end w:w="82" w:type="dxa"/>
            </w:tcMar>
          </w:tcPr>
          <w:p>
            <w:pPr>
              <w:jc w:val="center"/>
              <w:keepLines/>
              <w:keepNext/>
            </w:pPr>
            <w:r>
              <w:rPr>
                <w:b/>
                <w:i w:val="0"/>
                <w:color w:val="FFFFFF"/>
                <w:sz w:val="15"/>
              </w:rPr>
              <w:t>10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lanes or use half court. Two attackers begin against one defender with a clear target.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Attackers choose to pass or dribble to score at a basket, gate or end zone. Rotate the defender after every round.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both attackers involved.</w:t>
            </w:r>
          </w:p>
          <w:p>
            <w:pPr>
              <w:spacing w:after="0"/>
              <w:ind w:left="230" w:hanging="158"/>
              <w:keepLines/>
              <w:keepNext/>
            </w:pPr>
            <w:r>
              <w:rPr>
                <w:b/>
                <w:i w:val="0"/>
                <w:color w:val="0B5D4B"/>
                <w:sz w:val="14"/>
              </w:rPr>
              <w:t xml:space="preserve">• </w:t>
            </w:r>
            <w:r>
              <w:rPr>
                <w:b w:val="0"/>
                <w:i w:val="0"/>
                <w:color w:val="111111"/>
                <w:sz w:val="14"/>
              </w:rPr>
              <w:t>Attack the open space.</w:t>
            </w:r>
          </w:p>
          <w:p>
            <w:pPr>
              <w:spacing w:after="0"/>
              <w:ind w:left="230" w:hanging="158"/>
              <w:keepLines/>
              <w:keepNext/>
            </w:pPr>
            <w:r>
              <w:rPr>
                <w:b/>
                <w:i w:val="0"/>
                <w:color w:val="0B5D4B"/>
                <w:sz w:val="14"/>
              </w:rPr>
              <w:t xml:space="preserve">• </w:t>
            </w:r>
            <w:r>
              <w:rPr>
                <w:b w:val="0"/>
                <w:i w:val="0"/>
                <w:color w:val="111111"/>
                <w:sz w:val="14"/>
              </w:rPr>
              <w:t>Pass when the defender commits.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bibs, cones and basket or end zone</w:t>
            </w:r>
          </w:p>
          <w:p>
            <w:pPr>
              <w:spacing w:after="0"/>
              <w:ind w:left="230" w:hanging="158"/>
              <w:keepLines/>
              <w:keepNext/>
            </w:pPr>
            <w:r>
              <w:rPr>
                <w:b/>
                <w:i w:val="0"/>
                <w:color w:val="0B5D4B"/>
                <w:sz w:val="14"/>
              </w:rPr>
              <w:t xml:space="preserve">• </w:t>
            </w:r>
            <w:r>
              <w:rPr>
                <w:b w:val="0"/>
                <w:i w:val="0"/>
                <w:color w:val="111111"/>
                <w:sz w:val="14"/>
              </w:rPr>
              <w:t>Half court lanes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Walk through the first round.</w:t>
            </w:r>
          </w:p>
          <w:p>
            <w:pPr>
              <w:spacing w:after="0"/>
              <w:ind w:left="230" w:hanging="158"/>
              <w:keepLines/>
              <w:keepNext/>
            </w:pPr>
            <w:r>
              <w:rPr>
                <w:b/>
                <w:i w:val="0"/>
                <w:color w:val="0B5D4B"/>
                <w:sz w:val="14"/>
              </w:rPr>
              <w:t xml:space="preserve">• </w:t>
            </w:r>
            <w:r>
              <w:rPr>
                <w:b w:val="0"/>
                <w:i w:val="0"/>
                <w:color w:val="111111"/>
                <w:sz w:val="14"/>
              </w:rPr>
              <w:t>Use an end zone rather than a basket.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time limit.</w:t>
            </w:r>
          </w:p>
          <w:p>
            <w:pPr>
              <w:spacing w:after="0"/>
              <w:ind w:left="230" w:hanging="158"/>
              <w:keepLines/>
              <w:keepNext/>
            </w:pPr>
            <w:r>
              <w:rPr>
                <w:b/>
                <w:i w:val="0"/>
                <w:color w:val="0B5D4B"/>
                <w:sz w:val="14"/>
              </w:rPr>
              <w:t xml:space="preserve">• </w:t>
            </w:r>
            <w:r>
              <w:rPr>
                <w:b w:val="0"/>
                <w:i w:val="0"/>
                <w:color w:val="111111"/>
                <w:sz w:val="14"/>
              </w:rPr>
              <w:t>Begin from a sideline restart.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the player without the ball create a clear option?</w:t>
            </w:r>
          </w:p>
          <w:p>
            <w:pPr>
              <w:spacing w:after="0"/>
              <w:ind w:left="230" w:hanging="158"/>
              <w:keepLines/>
              <w:keepNext/>
            </w:pPr>
            <w:r>
              <w:rPr>
                <w:b/>
                <w:i w:val="0"/>
                <w:color w:val="0B5D4B"/>
                <w:sz w:val="14"/>
              </w:rPr>
              <w:t xml:space="preserve">• </w:t>
            </w:r>
            <w:r>
              <w:rPr>
                <w:b w:val="0"/>
                <w:i w:val="0"/>
                <w:color w:val="111111"/>
                <w:sz w:val="14"/>
              </w:rPr>
              <w:t>Is the defender learning to delay rather than chase wildly?</w:t>
            </w:r>
          </w:p>
          <w:p>
            <w:pPr>
              <w:spacing w:before="20" w:after="0"/>
              <w:keepLines/>
              <w:keepNext/>
            </w:pPr>
            <w:r>
              <w:rPr>
                <w:b/>
                <w:i w:val="0"/>
                <w:color w:val="F28C28"/>
                <w:sz w:val="14"/>
              </w:rPr>
              <w:t>SAFETY</w:t>
            </w:r>
          </w:p>
          <w:p>
            <w:pPr>
              <w:spacing w:after="0"/>
              <w:keepLines/>
            </w:pPr>
            <w:r>
              <w:rPr>
                <w:sz w:val="14"/>
              </w:rPr>
              <w:t>Use controlled speed and short rounds. No contact at the basket or target.</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2v1 to Score</w:t>
            </w:r>
          </w:p>
        </w:tc>
        <w:tc>
          <w:tcPr>
            <w:tcW w:type="dxa" w:w="5429"/>
            <w:shd w:fill="F28C28"/>
            <w:tcMar>
              <w:top w:w="62" w:type="dxa"/>
              <w:start w:w="82" w:type="dxa"/>
              <w:bottom w:w="62" w:type="dxa"/>
              <w:end w:w="82" w:type="dxa"/>
            </w:tcMar>
          </w:tcPr>
          <w:p>
            <w:pPr>
              <w:jc w:val="center"/>
              <w:keepLines/>
              <w:keepNext/>
            </w:pPr>
            <w:r>
              <w:rPr>
                <w:b/>
                <w:i w:val="0"/>
                <w:color w:val="FFFFFF"/>
                <w:sz w:val="15"/>
              </w:rPr>
              <w:t>17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lanes or use half court. Two attackers begin against one defender with a clear target.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Attackers choose to pass or dribble to score at a basket, gate or end zone. Rotate the defender after every round.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both attackers involved.</w:t>
            </w:r>
          </w:p>
          <w:p>
            <w:pPr>
              <w:spacing w:after="0"/>
              <w:ind w:left="230" w:hanging="158"/>
              <w:keepLines/>
              <w:keepNext/>
            </w:pPr>
            <w:r>
              <w:rPr>
                <w:b/>
                <w:i w:val="0"/>
                <w:color w:val="0B5D4B"/>
                <w:sz w:val="14"/>
              </w:rPr>
              <w:t xml:space="preserve">• </w:t>
            </w:r>
            <w:r>
              <w:rPr>
                <w:b w:val="0"/>
                <w:i w:val="0"/>
                <w:color w:val="111111"/>
                <w:sz w:val="14"/>
              </w:rPr>
              <w:t>Attack the open space.</w:t>
            </w:r>
          </w:p>
          <w:p>
            <w:pPr>
              <w:spacing w:after="0"/>
              <w:ind w:left="230" w:hanging="158"/>
              <w:keepLines/>
              <w:keepNext/>
            </w:pPr>
            <w:r>
              <w:rPr>
                <w:b/>
                <w:i w:val="0"/>
                <w:color w:val="0B5D4B"/>
                <w:sz w:val="14"/>
              </w:rPr>
              <w:t xml:space="preserve">• </w:t>
            </w:r>
            <w:r>
              <w:rPr>
                <w:b w:val="0"/>
                <w:i w:val="0"/>
                <w:color w:val="111111"/>
                <w:sz w:val="14"/>
              </w:rPr>
              <w:t>Pass when the defender commits.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bibs, cones and basket or end zone</w:t>
            </w:r>
          </w:p>
          <w:p>
            <w:pPr>
              <w:spacing w:after="0"/>
              <w:ind w:left="230" w:hanging="158"/>
              <w:keepLines/>
              <w:keepNext/>
            </w:pPr>
            <w:r>
              <w:rPr>
                <w:b/>
                <w:i w:val="0"/>
                <w:color w:val="0B5D4B"/>
                <w:sz w:val="14"/>
              </w:rPr>
              <w:t xml:space="preserve">• </w:t>
            </w:r>
            <w:r>
              <w:rPr>
                <w:b w:val="0"/>
                <w:i w:val="0"/>
                <w:color w:val="111111"/>
                <w:sz w:val="14"/>
              </w:rPr>
              <w:t>Half court lanes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Walk through the first round.</w:t>
            </w:r>
          </w:p>
          <w:p>
            <w:pPr>
              <w:spacing w:after="0"/>
              <w:ind w:left="230" w:hanging="158"/>
              <w:keepLines/>
              <w:keepNext/>
            </w:pPr>
            <w:r>
              <w:rPr>
                <w:b/>
                <w:i w:val="0"/>
                <w:color w:val="0B5D4B"/>
                <w:sz w:val="14"/>
              </w:rPr>
              <w:t xml:space="preserve">• </w:t>
            </w:r>
            <w:r>
              <w:rPr>
                <w:b w:val="0"/>
                <w:i w:val="0"/>
                <w:color w:val="111111"/>
                <w:sz w:val="14"/>
              </w:rPr>
              <w:t>Use an end zone rather than a basket.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time limit.</w:t>
            </w:r>
          </w:p>
          <w:p>
            <w:pPr>
              <w:spacing w:after="0"/>
              <w:ind w:left="230" w:hanging="158"/>
              <w:keepLines/>
              <w:keepNext/>
            </w:pPr>
            <w:r>
              <w:rPr>
                <w:b/>
                <w:i w:val="0"/>
                <w:color w:val="0B5D4B"/>
                <w:sz w:val="14"/>
              </w:rPr>
              <w:t xml:space="preserve">• </w:t>
            </w:r>
            <w:r>
              <w:rPr>
                <w:b w:val="0"/>
                <w:i w:val="0"/>
                <w:color w:val="111111"/>
                <w:sz w:val="14"/>
              </w:rPr>
              <w:t>Begin from a sideline restart.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the player without the ball create a clear option?</w:t>
            </w:r>
          </w:p>
          <w:p>
            <w:pPr>
              <w:spacing w:after="0"/>
              <w:ind w:left="230" w:hanging="158"/>
              <w:keepLines/>
              <w:keepNext/>
            </w:pPr>
            <w:r>
              <w:rPr>
                <w:b/>
                <w:i w:val="0"/>
                <w:color w:val="0B5D4B"/>
                <w:sz w:val="14"/>
              </w:rPr>
              <w:t xml:space="preserve">• </w:t>
            </w:r>
            <w:r>
              <w:rPr>
                <w:b w:val="0"/>
                <w:i w:val="0"/>
                <w:color w:val="111111"/>
                <w:sz w:val="14"/>
              </w:rPr>
              <w:t>Is the defender learning to delay rather than chase wildly?</w:t>
            </w:r>
          </w:p>
          <w:p>
            <w:pPr>
              <w:spacing w:before="20" w:after="0"/>
              <w:keepLines/>
              <w:keepNext/>
            </w:pPr>
            <w:r>
              <w:rPr>
                <w:b/>
                <w:i w:val="0"/>
                <w:color w:val="F28C28"/>
                <w:sz w:val="14"/>
              </w:rPr>
              <w:t>SAFETY</w:t>
            </w:r>
          </w:p>
          <w:p>
            <w:pPr>
              <w:spacing w:after="0"/>
              <w:keepLines/>
            </w:pPr>
            <w:r>
              <w:rPr>
                <w:sz w:val="14"/>
              </w:rPr>
              <w:t>Use controlled speed and short rounds. No contact at the basket or target.</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Numbers Advantage</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Split players into two teams along opposite sidelines and number them. Identify the scoring target and safe waiting area.</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Coach calls two attackers and one defender. Those players enter for a short 2v1 round, then return and new numbers are called.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Spread out quickly.</w:t>
            </w:r>
          </w:p>
          <w:p>
            <w:pPr>
              <w:spacing w:after="0"/>
              <w:ind w:left="230" w:hanging="158"/>
              <w:keepLines/>
              <w:keepNext/>
            </w:pPr>
            <w:r>
              <w:rPr>
                <w:b/>
                <w:i w:val="0"/>
                <w:color w:val="0B5D4B"/>
                <w:sz w:val="14"/>
              </w:rPr>
              <w:t xml:space="preserve">• </w:t>
            </w:r>
            <w:r>
              <w:rPr>
                <w:b w:val="0"/>
                <w:i w:val="0"/>
                <w:color w:val="111111"/>
                <w:sz w:val="14"/>
              </w:rPr>
              <w:t>Use both attackers.</w:t>
            </w:r>
          </w:p>
          <w:p>
            <w:pPr>
              <w:spacing w:after="0"/>
              <w:ind w:left="230" w:hanging="158"/>
              <w:keepLines/>
              <w:keepNext/>
            </w:pPr>
            <w:r>
              <w:rPr>
                <w:b/>
                <w:i w:val="0"/>
                <w:color w:val="0B5D4B"/>
                <w:sz w:val="14"/>
              </w:rPr>
              <w:t xml:space="preserve">• </w:t>
            </w:r>
            <w:r>
              <w:rPr>
                <w:b w:val="0"/>
                <w:i w:val="0"/>
                <w:color w:val="111111"/>
                <w:sz w:val="14"/>
              </w:rPr>
              <w:t>Defender: protect the target.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Bibs, balls and cones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gate instead of a basket.</w:t>
            </w:r>
          </w:p>
          <w:p>
            <w:pPr>
              <w:spacing w:after="0"/>
              <w:ind w:left="230" w:hanging="158"/>
              <w:keepLines/>
              <w:keepNext/>
            </w:pPr>
            <w:r>
              <w:rPr>
                <w:b/>
                <w:i w:val="0"/>
                <w:color w:val="0B5D4B"/>
                <w:sz w:val="14"/>
              </w:rPr>
              <w:t xml:space="preserve">• </w:t>
            </w:r>
            <w:r>
              <w:rPr>
                <w:b w:val="0"/>
                <w:i w:val="0"/>
                <w:color w:val="111111"/>
                <w:sz w:val="14"/>
              </w:rPr>
              <w:t>Begin with no dribble limit.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Call three attackers and two defenders.</w:t>
            </w:r>
          </w:p>
          <w:p>
            <w:pPr>
              <w:spacing w:after="0"/>
              <w:ind w:left="230" w:hanging="158"/>
              <w:keepLines/>
              <w:keepNext/>
            </w:pPr>
            <w:r>
              <w:rPr>
                <w:b/>
                <w:i w:val="0"/>
                <w:color w:val="0B5D4B"/>
                <w:sz w:val="14"/>
              </w:rPr>
              <w:t xml:space="preserve">• </w:t>
            </w:r>
            <w:r>
              <w:rPr>
                <w:b w:val="0"/>
                <w:i w:val="0"/>
                <w:color w:val="111111"/>
                <w:sz w:val="14"/>
              </w:rPr>
              <w:t>Add a quick sideline restart.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waiting players ready without crowding?</w:t>
            </w:r>
          </w:p>
          <w:p>
            <w:pPr>
              <w:spacing w:after="0"/>
              <w:ind w:left="230" w:hanging="158"/>
              <w:keepLines/>
              <w:keepNext/>
            </w:pPr>
            <w:r>
              <w:rPr>
                <w:b/>
                <w:i w:val="0"/>
                <w:color w:val="0B5D4B"/>
                <w:sz w:val="14"/>
              </w:rPr>
              <w:t xml:space="preserve">• </w:t>
            </w:r>
            <w:r>
              <w:rPr>
                <w:b w:val="0"/>
                <w:i w:val="0"/>
                <w:color w:val="111111"/>
                <w:sz w:val="14"/>
              </w:rPr>
              <w:t>Do attackers recognise the advantage rather than both chasing the ball?</w:t>
            </w:r>
          </w:p>
          <w:p>
            <w:pPr>
              <w:spacing w:before="20" w:after="0"/>
              <w:keepLines/>
              <w:keepNext/>
            </w:pPr>
            <w:r>
              <w:rPr>
                <w:b/>
                <w:i w:val="0"/>
                <w:color w:val="F28C28"/>
                <w:sz w:val="14"/>
              </w:rPr>
              <w:t>SAFETY</w:t>
            </w:r>
          </w:p>
          <w:p>
            <w:pPr>
              <w:spacing w:after="0"/>
              <w:keepLines/>
            </w:pPr>
            <w:r>
              <w:rPr>
                <w:sz w:val="14"/>
              </w:rPr>
              <w:t>Waiting players remain behind a clear line. Call groups only when the previous round has fully stopped.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20: PASS, MOVE AND SCORE</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Pass, relocate, receive and finish near the basket.</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Support the next action.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Pass, move into open space, receive and finish; restart after a score.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Pass and Follow</w:t>
            </w:r>
          </w:p>
        </w:tc>
        <w:tc>
          <w:tcPr>
            <w:tcW w:type="dxa" w:w="4104"/>
            <w:vAlign w:val="center"/>
            <w:tcMar>
              <w:top w:w="42" w:type="dxa"/>
              <w:start w:w="50" w:type="dxa"/>
              <w:bottom w:w="42" w:type="dxa"/>
              <w:end w:w="50" w:type="dxa"/>
            </w:tcMar>
          </w:tcPr>
          <w:p>
            <w:pPr>
              <w:keepLines/>
            </w:pPr>
            <w:r>
              <w:rPr>
                <w:b w:val="0"/>
                <w:i w:val="0"/>
                <w:color w:val="111111"/>
                <w:sz w:val="14"/>
              </w:rPr>
              <w:t>Pass then move to a new cone closer to basket.</w:t>
            </w:r>
          </w:p>
        </w:tc>
        <w:tc>
          <w:tcPr>
            <w:tcW w:type="dxa" w:w="2563"/>
            <w:vAlign w:val="center"/>
            <w:tcMar>
              <w:top w:w="42" w:type="dxa"/>
              <w:start w:w="50" w:type="dxa"/>
              <w:bottom w:w="42" w:type="dxa"/>
              <w:end w:w="50" w:type="dxa"/>
            </w:tcMar>
          </w:tcPr>
          <w:p>
            <w:pPr>
              <w:keepLines/>
            </w:pPr>
            <w:r>
              <w:rPr>
                <w:b w:val="0"/>
                <w:i w:val="0"/>
                <w:color w:val="111111"/>
                <w:sz w:val="14"/>
              </w:rPr>
              <w:t>Move after pass.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Pass and Follow</w:t>
            </w:r>
          </w:p>
        </w:tc>
        <w:tc>
          <w:tcPr>
            <w:tcW w:type="dxa" w:w="4104"/>
            <w:vAlign w:val="center"/>
            <w:tcMar>
              <w:top w:w="42" w:type="dxa"/>
              <w:start w:w="50" w:type="dxa"/>
              <w:bottom w:w="42" w:type="dxa"/>
              <w:end w:w="50" w:type="dxa"/>
            </w:tcMar>
          </w:tcPr>
          <w:p>
            <w:pPr>
              <w:keepLines/>
            </w:pPr>
            <w:r>
              <w:rPr>
                <w:b w:val="0"/>
                <w:i w:val="0"/>
                <w:color w:val="111111"/>
                <w:sz w:val="14"/>
              </w:rPr>
              <w:t>Pairs pass, move, receive again.</w:t>
            </w:r>
          </w:p>
        </w:tc>
        <w:tc>
          <w:tcPr>
            <w:tcW w:type="dxa" w:w="2563"/>
            <w:vAlign w:val="center"/>
            <w:tcMar>
              <w:top w:w="42" w:type="dxa"/>
              <w:start w:w="50" w:type="dxa"/>
              <w:bottom w:w="42" w:type="dxa"/>
              <w:end w:w="50" w:type="dxa"/>
            </w:tcMar>
          </w:tcPr>
          <w:p>
            <w:pPr>
              <w:keepLines/>
            </w:pPr>
            <w:r>
              <w:rPr>
                <w:b w:val="0"/>
                <w:i w:val="0"/>
                <w:color w:val="111111"/>
                <w:sz w:val="14"/>
              </w:rPr>
              <w:t>Clear lanes.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Catch Close and Finish</w:t>
            </w:r>
          </w:p>
        </w:tc>
        <w:tc>
          <w:tcPr>
            <w:tcW w:type="dxa" w:w="4104"/>
            <w:vAlign w:val="center"/>
            <w:tcMar>
              <w:top w:w="42" w:type="dxa"/>
              <w:start w:w="50" w:type="dxa"/>
              <w:bottom w:w="42" w:type="dxa"/>
              <w:end w:w="50" w:type="dxa"/>
            </w:tcMar>
          </w:tcPr>
          <w:p>
            <w:pPr>
              <w:keepLines/>
            </w:pPr>
            <w:r>
              <w:rPr>
                <w:b w:val="0"/>
                <w:i w:val="0"/>
                <w:color w:val="111111"/>
                <w:sz w:val="14"/>
              </w:rPr>
              <w:t>Receive near basket and shoot from success distance.</w:t>
            </w:r>
          </w:p>
        </w:tc>
        <w:tc>
          <w:tcPr>
            <w:tcW w:type="dxa" w:w="2563"/>
            <w:vAlign w:val="center"/>
            <w:tcMar>
              <w:top w:w="42" w:type="dxa"/>
              <w:start w:w="50" w:type="dxa"/>
              <w:bottom w:w="42" w:type="dxa"/>
              <w:end w:w="50" w:type="dxa"/>
            </w:tcMar>
          </w:tcPr>
          <w:p>
            <w:pPr>
              <w:keepLines/>
            </w:pPr>
            <w:r>
              <w:rPr>
                <w:b w:val="0"/>
                <w:i w:val="0"/>
                <w:color w:val="111111"/>
                <w:sz w:val="14"/>
              </w:rPr>
              <w:t>Balance and backboard.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Pass, Catch, Shoot</w:t>
            </w:r>
          </w:p>
        </w:tc>
        <w:tc>
          <w:tcPr>
            <w:tcW w:type="dxa" w:w="4104"/>
            <w:vAlign w:val="center"/>
            <w:tcMar>
              <w:top w:w="42" w:type="dxa"/>
              <w:start w:w="50" w:type="dxa"/>
              <w:bottom w:w="42" w:type="dxa"/>
              <w:end w:w="50" w:type="dxa"/>
            </w:tcMar>
          </w:tcPr>
          <w:p>
            <w:pPr>
              <w:keepLines/>
            </w:pPr>
            <w:r>
              <w:rPr>
                <w:b w:val="0"/>
                <w:i w:val="0"/>
                <w:color w:val="111111"/>
                <w:sz w:val="14"/>
              </w:rPr>
              <w:t>2 or 3 attackers must pass and move before scoring; light defence.</w:t>
            </w:r>
          </w:p>
        </w:tc>
        <w:tc>
          <w:tcPr>
            <w:tcW w:type="dxa" w:w="2563"/>
            <w:vAlign w:val="center"/>
            <w:tcMar>
              <w:top w:w="42" w:type="dxa"/>
              <w:start w:w="50" w:type="dxa"/>
              <w:bottom w:w="42" w:type="dxa"/>
              <w:end w:w="50" w:type="dxa"/>
            </w:tcMar>
          </w:tcPr>
          <w:p>
            <w:pPr>
              <w:keepLines/>
            </w:pPr>
            <w:r>
              <w:rPr>
                <w:b w:val="0"/>
                <w:i w:val="0"/>
                <w:color w:val="111111"/>
                <w:sz w:val="14"/>
              </w:rPr>
              <w:t>Do not force exact pattern.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Team Finish Challenge</w:t>
            </w:r>
          </w:p>
        </w:tc>
        <w:tc>
          <w:tcPr>
            <w:tcW w:type="dxa" w:w="4104"/>
            <w:vAlign w:val="center"/>
            <w:tcMar>
              <w:top w:w="42" w:type="dxa"/>
              <w:start w:w="50" w:type="dxa"/>
              <w:bottom w:w="42" w:type="dxa"/>
              <w:end w:w="50" w:type="dxa"/>
            </w:tcMar>
          </w:tcPr>
          <w:p>
            <w:pPr>
              <w:keepLines/>
            </w:pPr>
            <w:r>
              <w:rPr>
                <w:b w:val="0"/>
                <w:i w:val="0"/>
                <w:color w:val="111111"/>
                <w:sz w:val="14"/>
              </w:rPr>
              <w:t>Teams earn points for pass, move and close shot attempts.</w:t>
            </w:r>
          </w:p>
        </w:tc>
        <w:tc>
          <w:tcPr>
            <w:tcW w:type="dxa" w:w="2563"/>
            <w:vAlign w:val="center"/>
            <w:tcMar>
              <w:top w:w="42" w:type="dxa"/>
              <w:start w:w="50" w:type="dxa"/>
              <w:bottom w:w="42" w:type="dxa"/>
              <w:end w:w="50" w:type="dxa"/>
            </w:tcMar>
          </w:tcPr>
          <w:p>
            <w:pPr>
              <w:keepLines/>
            </w:pPr>
            <w:r>
              <w:rPr>
                <w:b w:val="0"/>
                <w:i w:val="0"/>
                <w:color w:val="111111"/>
                <w:sz w:val="14"/>
              </w:rPr>
              <w:t>Reward process.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Recognise support after passing.</w:t>
            </w:r>
          </w:p>
        </w:tc>
        <w:tc>
          <w:tcPr>
            <w:tcW w:type="dxa" w:w="2563"/>
            <w:vAlign w:val="center"/>
            <w:tcMar>
              <w:top w:w="42" w:type="dxa"/>
              <w:start w:w="50" w:type="dxa"/>
              <w:bottom w:w="42" w:type="dxa"/>
              <w:end w:w="50" w:type="dxa"/>
            </w:tcMar>
          </w:tcPr>
          <w:p>
            <w:pPr>
              <w:keepLines/>
            </w:pPr>
            <w:r>
              <w:rPr>
                <w:b w:val="0"/>
                <w:i w:val="0"/>
                <w:color w:val="111111"/>
                <w:sz w:val="14"/>
              </w:rPr>
              <w:t>What did you do after the pass?</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Do players move after passing instead of watching?</w:t>
              <w:br/>
              <w:t>Are finishes happening from a successful distance?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no defender and marked movement spots.</w:t>
              <w:br/>
              <w:t>Harder: Add a passive defender or require a give-and-go.</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Score, restart and move after passing.</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did you do after passing?</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 and Follow</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short passing lines or triangles with no more than two players waiting at a cone.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 player passes to the next cone and immediately follows the pass, joining that position. Keep the ball and players moving continuously.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Pass, then go.</w:t>
            </w:r>
          </w:p>
          <w:p>
            <w:pPr>
              <w:spacing w:after="0"/>
              <w:ind w:left="230" w:hanging="158"/>
              <w:keepLines/>
              <w:keepNext/>
            </w:pPr>
            <w:r>
              <w:rPr>
                <w:b/>
                <w:i w:val="0"/>
                <w:color w:val="0B5D4B"/>
                <w:sz w:val="14"/>
              </w:rPr>
              <w:t xml:space="preserve">• </w:t>
            </w:r>
            <w:r>
              <w:rPr>
                <w:b w:val="0"/>
                <w:i w:val="0"/>
                <w:color w:val="111111"/>
                <w:sz w:val="14"/>
              </w:rPr>
              <w:t>Show hands early.</w:t>
            </w:r>
          </w:p>
          <w:p>
            <w:pPr>
              <w:spacing w:after="0"/>
              <w:ind w:left="230" w:hanging="158"/>
              <w:keepLines/>
              <w:keepNext/>
            </w:pPr>
            <w:r>
              <w:rPr>
                <w:b/>
                <w:i w:val="0"/>
                <w:color w:val="0B5D4B"/>
                <w:sz w:val="14"/>
              </w:rPr>
              <w:t xml:space="preserve">• </w:t>
            </w:r>
            <w:r>
              <w:rPr>
                <w:b w:val="0"/>
                <w:i w:val="0"/>
                <w:color w:val="111111"/>
                <w:sz w:val="14"/>
              </w:rPr>
              <w:t>Move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group; cones</w:t>
            </w:r>
          </w:p>
          <w:p>
            <w:pPr>
              <w:spacing w:after="0"/>
              <w:ind w:left="230" w:hanging="158"/>
              <w:keepLines/>
              <w:keepNext/>
            </w:pPr>
            <w:r>
              <w:rPr>
                <w:b/>
                <w:i w:val="0"/>
                <w:color w:val="0B5D4B"/>
                <w:sz w:val="14"/>
              </w:rPr>
              <w:t xml:space="preserve">• </w:t>
            </w:r>
            <w:r>
              <w:rPr>
                <w:b w:val="0"/>
                <w:i w:val="0"/>
                <w:color w:val="111111"/>
                <w:sz w:val="14"/>
              </w:rPr>
              <w:t>Half court; groups of 3-5</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three close cones.</w:t>
            </w:r>
          </w:p>
          <w:p>
            <w:pPr>
              <w:spacing w:after="0"/>
              <w:ind w:left="230" w:hanging="158"/>
              <w:keepLines/>
              <w:keepNext/>
            </w:pPr>
            <w:r>
              <w:rPr>
                <w:b/>
                <w:i w:val="0"/>
                <w:color w:val="0B5D4B"/>
                <w:sz w:val="14"/>
              </w:rPr>
              <w:t xml:space="preserve">• </w:t>
            </w:r>
            <w:r>
              <w:rPr>
                <w:b w:val="0"/>
                <w:i w:val="0"/>
                <w:color w:val="111111"/>
                <w:sz w:val="14"/>
              </w:rPr>
              <w:t>Allow a brief pause after receiving.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Increase spacing slightly.</w:t>
            </w:r>
          </w:p>
          <w:p>
            <w:pPr>
              <w:spacing w:after="0"/>
              <w:ind w:left="230" w:hanging="158"/>
              <w:keepLines/>
              <w:keepNext/>
            </w:pPr>
            <w:r>
              <w:rPr>
                <w:b/>
                <w:i w:val="0"/>
                <w:color w:val="0B5D4B"/>
                <w:sz w:val="14"/>
              </w:rPr>
              <w:t xml:space="preserve">• </w:t>
            </w:r>
            <w:r>
              <w:rPr>
                <w:b w:val="0"/>
                <w:i w:val="0"/>
                <w:color w:val="111111"/>
                <w:sz w:val="14"/>
              </w:rPr>
              <w:t>Add a second ball when the group is ready.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move immediately after passing?</w:t>
            </w:r>
          </w:p>
          <w:p>
            <w:pPr>
              <w:spacing w:after="0"/>
              <w:ind w:left="230" w:hanging="158"/>
              <w:keepLines/>
              <w:keepNext/>
            </w:pPr>
            <w:r>
              <w:rPr>
                <w:b/>
                <w:i w:val="0"/>
                <w:color w:val="0B5D4B"/>
                <w:sz w:val="14"/>
              </w:rPr>
              <w:t xml:space="preserve">• </w:t>
            </w:r>
            <w:r>
              <w:rPr>
                <w:b w:val="0"/>
                <w:i w:val="0"/>
                <w:color w:val="111111"/>
                <w:sz w:val="14"/>
              </w:rPr>
              <w:t>Are queues staying short?</w:t>
            </w:r>
          </w:p>
          <w:p>
            <w:pPr>
              <w:spacing w:before="20" w:after="0"/>
              <w:keepLines/>
              <w:keepNext/>
            </w:pPr>
            <w:r>
              <w:rPr>
                <w:b/>
                <w:i w:val="0"/>
                <w:color w:val="F28C28"/>
                <w:sz w:val="14"/>
              </w:rPr>
              <w:t>SAFETY</w:t>
            </w:r>
          </w:p>
          <w:p>
            <w:pPr>
              <w:spacing w:after="0"/>
              <w:keepLines/>
            </w:pPr>
            <w:r>
              <w:rPr>
                <w:sz w:val="14"/>
              </w:rPr>
              <w:t>Do not add a second ball unless players can track both safely.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 and Follow</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short passing lines or triangles with no more than two players waiting at a cone.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 player passes to the next cone and immediately follows the pass, joining that position. Keep the ball and players moving continuously.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Pass, then go.</w:t>
            </w:r>
          </w:p>
          <w:p>
            <w:pPr>
              <w:spacing w:after="0"/>
              <w:ind w:left="230" w:hanging="158"/>
              <w:keepLines/>
              <w:keepNext/>
            </w:pPr>
            <w:r>
              <w:rPr>
                <w:b/>
                <w:i w:val="0"/>
                <w:color w:val="0B5D4B"/>
                <w:sz w:val="14"/>
              </w:rPr>
              <w:t xml:space="preserve">• </w:t>
            </w:r>
            <w:r>
              <w:rPr>
                <w:b w:val="0"/>
                <w:i w:val="0"/>
                <w:color w:val="111111"/>
                <w:sz w:val="14"/>
              </w:rPr>
              <w:t>Show hands early.</w:t>
            </w:r>
          </w:p>
          <w:p>
            <w:pPr>
              <w:spacing w:after="0"/>
              <w:ind w:left="230" w:hanging="158"/>
              <w:keepLines/>
              <w:keepNext/>
            </w:pPr>
            <w:r>
              <w:rPr>
                <w:b/>
                <w:i w:val="0"/>
                <w:color w:val="0B5D4B"/>
                <w:sz w:val="14"/>
              </w:rPr>
              <w:t xml:space="preserve">• </w:t>
            </w:r>
            <w:r>
              <w:rPr>
                <w:b w:val="0"/>
                <w:i w:val="0"/>
                <w:color w:val="111111"/>
                <w:sz w:val="14"/>
              </w:rPr>
              <w:t>Move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group; cones</w:t>
            </w:r>
          </w:p>
          <w:p>
            <w:pPr>
              <w:spacing w:after="0"/>
              <w:ind w:left="230" w:hanging="158"/>
              <w:keepLines/>
              <w:keepNext/>
            </w:pPr>
            <w:r>
              <w:rPr>
                <w:b/>
                <w:i w:val="0"/>
                <w:color w:val="0B5D4B"/>
                <w:sz w:val="14"/>
              </w:rPr>
              <w:t xml:space="preserve">• </w:t>
            </w:r>
            <w:r>
              <w:rPr>
                <w:b w:val="0"/>
                <w:i w:val="0"/>
                <w:color w:val="111111"/>
                <w:sz w:val="14"/>
              </w:rPr>
              <w:t>Half court; groups of 3-5</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three close cones.</w:t>
            </w:r>
          </w:p>
          <w:p>
            <w:pPr>
              <w:spacing w:after="0"/>
              <w:ind w:left="230" w:hanging="158"/>
              <w:keepLines/>
              <w:keepNext/>
            </w:pPr>
            <w:r>
              <w:rPr>
                <w:b/>
                <w:i w:val="0"/>
                <w:color w:val="0B5D4B"/>
                <w:sz w:val="14"/>
              </w:rPr>
              <w:t xml:space="preserve">• </w:t>
            </w:r>
            <w:r>
              <w:rPr>
                <w:b w:val="0"/>
                <w:i w:val="0"/>
                <w:color w:val="111111"/>
                <w:sz w:val="14"/>
              </w:rPr>
              <w:t>Allow a brief pause after receiving.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Increase spacing slightly.</w:t>
            </w:r>
          </w:p>
          <w:p>
            <w:pPr>
              <w:spacing w:after="0"/>
              <w:ind w:left="230" w:hanging="158"/>
              <w:keepLines/>
              <w:keepNext/>
            </w:pPr>
            <w:r>
              <w:rPr>
                <w:b/>
                <w:i w:val="0"/>
                <w:color w:val="0B5D4B"/>
                <w:sz w:val="14"/>
              </w:rPr>
              <w:t xml:space="preserve">• </w:t>
            </w:r>
            <w:r>
              <w:rPr>
                <w:b w:val="0"/>
                <w:i w:val="0"/>
                <w:color w:val="111111"/>
                <w:sz w:val="14"/>
              </w:rPr>
              <w:t>Add a second ball when the group is ready.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move immediately after passing?</w:t>
            </w:r>
          </w:p>
          <w:p>
            <w:pPr>
              <w:spacing w:after="0"/>
              <w:ind w:left="230" w:hanging="158"/>
              <w:keepLines/>
              <w:keepNext/>
            </w:pPr>
            <w:r>
              <w:rPr>
                <w:b/>
                <w:i w:val="0"/>
                <w:color w:val="0B5D4B"/>
                <w:sz w:val="14"/>
              </w:rPr>
              <w:t xml:space="preserve">• </w:t>
            </w:r>
            <w:r>
              <w:rPr>
                <w:b w:val="0"/>
                <w:i w:val="0"/>
                <w:color w:val="111111"/>
                <w:sz w:val="14"/>
              </w:rPr>
              <w:t>Are queues staying short?</w:t>
            </w:r>
          </w:p>
          <w:p>
            <w:pPr>
              <w:spacing w:before="20" w:after="0"/>
              <w:keepLines/>
              <w:keepNext/>
            </w:pPr>
            <w:r>
              <w:rPr>
                <w:b/>
                <w:i w:val="0"/>
                <w:color w:val="F28C28"/>
                <w:sz w:val="14"/>
              </w:rPr>
              <w:t>SAFETY</w:t>
            </w:r>
          </w:p>
          <w:p>
            <w:pPr>
              <w:spacing w:after="0"/>
              <w:keepLines/>
            </w:pPr>
            <w:r>
              <w:rPr>
                <w:sz w:val="14"/>
              </w:rPr>
              <w:t>Do not add a second ball unless players can track both safely.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Catch Close and Finish</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a passing point and one or two close finishing spots on each side of the basket.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 player moves to the spot, catches a short pass and finishes close to the basket. Passer rebounds and players rotate.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to the ball.</w:t>
            </w:r>
          </w:p>
          <w:p>
            <w:pPr>
              <w:spacing w:after="0"/>
              <w:ind w:left="230" w:hanging="158"/>
              <w:keepLines/>
              <w:keepNext/>
            </w:pPr>
            <w:r>
              <w:rPr>
                <w:b/>
                <w:i w:val="0"/>
                <w:color w:val="0B5D4B"/>
                <w:sz w:val="14"/>
              </w:rPr>
              <w:t xml:space="preserve">• </w:t>
            </w:r>
            <w:r>
              <w:rPr>
                <w:b w:val="0"/>
                <w:i w:val="0"/>
                <w:color w:val="111111"/>
                <w:sz w:val="14"/>
              </w:rPr>
              <w:t>Stop under control.</w:t>
            </w:r>
          </w:p>
          <w:p>
            <w:pPr>
              <w:spacing w:after="0"/>
              <w:ind w:left="230" w:hanging="158"/>
              <w:keepLines/>
              <w:keepNext/>
            </w:pPr>
            <w:r>
              <w:rPr>
                <w:b/>
                <w:i w:val="0"/>
                <w:color w:val="0B5D4B"/>
                <w:sz w:val="14"/>
              </w:rPr>
              <w:t xml:space="preserve">• </w:t>
            </w:r>
            <w:r>
              <w:rPr>
                <w:b w:val="0"/>
                <w:i w:val="0"/>
                <w:color w:val="111111"/>
                <w:sz w:val="14"/>
              </w:rPr>
              <w:t>Finish close.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spots</w:t>
            </w:r>
          </w:p>
          <w:p>
            <w:pPr>
              <w:spacing w:after="0"/>
              <w:ind w:left="230" w:hanging="158"/>
              <w:keepLines/>
              <w:keepNext/>
            </w:pPr>
            <w:r>
              <w:rPr>
                <w:b/>
                <w:i w:val="0"/>
                <w:color w:val="0B5D4B"/>
                <w:sz w:val="14"/>
              </w:rPr>
              <w:t xml:space="preserve">• </w:t>
            </w:r>
            <w:r>
              <w:rPr>
                <w:b w:val="0"/>
                <w:i w:val="0"/>
                <w:color w:val="111111"/>
                <w:sz w:val="14"/>
              </w:rPr>
              <w:t>Basket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Begin with no movement.</w:t>
            </w:r>
          </w:p>
          <w:p>
            <w:pPr>
              <w:spacing w:after="0"/>
              <w:ind w:left="230" w:hanging="158"/>
              <w:keepLines/>
              <w:keepNext/>
            </w:pPr>
            <w:r>
              <w:rPr>
                <w:b/>
                <w:i w:val="0"/>
                <w:color w:val="0B5D4B"/>
                <w:sz w:val="14"/>
              </w:rPr>
              <w:t xml:space="preserve">• </w:t>
            </w:r>
            <w:r>
              <w:rPr>
                <w:b w:val="0"/>
                <w:i w:val="0"/>
                <w:color w:val="111111"/>
                <w:sz w:val="14"/>
              </w:rPr>
              <w:t>Use the strongest side only.</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Alternate sides.</w:t>
            </w:r>
          </w:p>
          <w:p>
            <w:pPr>
              <w:spacing w:after="0"/>
              <w:ind w:left="230" w:hanging="158"/>
              <w:keepLines/>
              <w:keepNext/>
            </w:pPr>
            <w:r>
              <w:rPr>
                <w:b/>
                <w:i w:val="0"/>
                <w:color w:val="0B5D4B"/>
                <w:sz w:val="14"/>
              </w:rPr>
              <w:t xml:space="preserve">• </w:t>
            </w:r>
            <w:r>
              <w:rPr>
                <w:b w:val="0"/>
                <w:i w:val="0"/>
                <w:color w:val="111111"/>
                <w:sz w:val="14"/>
              </w:rPr>
              <w:t>Add one controlled dribble before finishing.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children staying close enough to succeed?</w:t>
            </w:r>
          </w:p>
          <w:p>
            <w:pPr>
              <w:spacing w:after="0"/>
              <w:ind w:left="230" w:hanging="158"/>
              <w:keepLines/>
              <w:keepNext/>
            </w:pPr>
            <w:r>
              <w:rPr>
                <w:b/>
                <w:i w:val="0"/>
                <w:color w:val="0B5D4B"/>
                <w:sz w:val="14"/>
              </w:rPr>
              <w:t xml:space="preserve">• </w:t>
            </w:r>
            <w:r>
              <w:rPr>
                <w:b w:val="0"/>
                <w:i w:val="0"/>
                <w:color w:val="111111"/>
                <w:sz w:val="14"/>
              </w:rPr>
              <w:t>Can they receive, control and finish in order?</w:t>
            </w:r>
          </w:p>
          <w:p>
            <w:pPr>
              <w:spacing w:before="20" w:after="0"/>
              <w:keepLines/>
              <w:keepNext/>
            </w:pPr>
            <w:r>
              <w:rPr>
                <w:b/>
                <w:i w:val="0"/>
                <w:color w:val="F28C28"/>
                <w:sz w:val="14"/>
              </w:rPr>
              <w:t>SAFETY</w:t>
            </w:r>
          </w:p>
          <w:p>
            <w:pPr>
              <w:spacing w:after="0"/>
              <w:keepLines/>
            </w:pPr>
            <w:r>
              <w:rPr>
                <w:sz w:val="14"/>
              </w:rPr>
              <w:t>Keep one finishing lane active at a time on each side.</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 Catch, Shoot</w:t>
            </w:r>
          </w:p>
        </w:tc>
        <w:tc>
          <w:tcPr>
            <w:tcW w:type="dxa" w:w="5429"/>
            <w:shd w:fill="F28C28"/>
            <w:tcMar>
              <w:top w:w="62" w:type="dxa"/>
              <w:start w:w="82" w:type="dxa"/>
              <w:bottom w:w="62" w:type="dxa"/>
              <w:end w:w="82" w:type="dxa"/>
            </w:tcMar>
          </w:tcPr>
          <w:p>
            <w:pPr>
              <w:jc w:val="center"/>
              <w:keepLines/>
              <w:keepNext/>
            </w:pPr>
            <w:r>
              <w:rPr>
                <w:b/>
                <w:i w:val="0"/>
                <w:color w:val="FFFFFF"/>
                <w:sz w:val="15"/>
              </w:rPr>
              <w:t>17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Pairs work at baskets or targets. One player passes from a short distance while the other moves to a close shooting spot.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Receiver shows hands, catches, balances and shoots. The passer rebounds, and players rotate roles after each attempt or short set.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Ready hands.</w:t>
            </w:r>
          </w:p>
          <w:p>
            <w:pPr>
              <w:spacing w:after="0"/>
              <w:ind w:left="230" w:hanging="158"/>
              <w:keepLines/>
              <w:keepNext/>
            </w:pPr>
            <w:r>
              <w:rPr>
                <w:b/>
                <w:i w:val="0"/>
                <w:color w:val="0B5D4B"/>
                <w:sz w:val="14"/>
              </w:rPr>
              <w:t xml:space="preserve">• </w:t>
            </w:r>
            <w:r>
              <w:rPr>
                <w:b w:val="0"/>
                <w:i w:val="0"/>
                <w:color w:val="111111"/>
                <w:sz w:val="14"/>
              </w:rPr>
              <w:t>Balance before shooting.</w:t>
            </w:r>
          </w:p>
          <w:p>
            <w:pPr>
              <w:spacing w:after="0"/>
              <w:ind w:left="230" w:hanging="158"/>
              <w:keepLines/>
              <w:keepNext/>
            </w:pPr>
            <w:r>
              <w:rPr>
                <w:b/>
                <w:i w:val="0"/>
                <w:color w:val="0B5D4B"/>
                <w:sz w:val="14"/>
              </w:rPr>
              <w:t xml:space="preserve">• </w:t>
            </w:r>
            <w:r>
              <w:rPr>
                <w:b w:val="0"/>
                <w:i w:val="0"/>
                <w:color w:val="111111"/>
                <w:sz w:val="14"/>
              </w:rPr>
              <w:t>Use the backboard from an angle.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shooting spots</w:t>
            </w:r>
          </w:p>
          <w:p>
            <w:pPr>
              <w:spacing w:after="0"/>
              <w:ind w:left="230" w:hanging="158"/>
              <w:keepLines/>
              <w:keepNext/>
            </w:pPr>
            <w:r>
              <w:rPr>
                <w:b/>
                <w:i w:val="0"/>
                <w:color w:val="0B5D4B"/>
                <w:sz w:val="14"/>
              </w:rPr>
              <w:t xml:space="preserve">• </w:t>
            </w:r>
            <w:r>
              <w:rPr>
                <w:b w:val="0"/>
                <w:i w:val="0"/>
                <w:color w:val="111111"/>
                <w:sz w:val="14"/>
              </w:rPr>
              <w:t>Basket area;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stationary receiver.</w:t>
            </w:r>
          </w:p>
          <w:p>
            <w:pPr>
              <w:spacing w:after="0"/>
              <w:ind w:left="230" w:hanging="158"/>
              <w:keepLines/>
              <w:keepNext/>
            </w:pPr>
            <w:r>
              <w:rPr>
                <w:b/>
                <w:i w:val="0"/>
                <w:color w:val="0B5D4B"/>
                <w:sz w:val="14"/>
              </w:rPr>
              <w:t xml:space="preserve">• </w:t>
            </w:r>
            <w:r>
              <w:rPr>
                <w:b w:val="0"/>
                <w:i w:val="0"/>
                <w:color w:val="111111"/>
                <w:sz w:val="14"/>
              </w:rPr>
              <w:t>Move the shooting spot closer.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Receiver moves to the spot first.</w:t>
            </w:r>
          </w:p>
          <w:p>
            <w:pPr>
              <w:spacing w:after="0"/>
              <w:ind w:left="230" w:hanging="158"/>
              <w:keepLines/>
              <w:keepNext/>
            </w:pPr>
            <w:r>
              <w:rPr>
                <w:b/>
                <w:i w:val="0"/>
                <w:color w:val="0B5D4B"/>
                <w:sz w:val="14"/>
              </w:rPr>
              <w:t xml:space="preserve">• </w:t>
            </w:r>
            <w:r>
              <w:rPr>
                <w:b w:val="0"/>
                <w:i w:val="0"/>
                <w:color w:val="111111"/>
                <w:sz w:val="14"/>
              </w:rPr>
              <w:t>Add a choice of two spots.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pass helping the shooter succeed?</w:t>
            </w:r>
          </w:p>
          <w:p>
            <w:pPr>
              <w:spacing w:after="0"/>
              <w:ind w:left="230" w:hanging="158"/>
              <w:keepLines/>
              <w:keepNext/>
            </w:pPr>
            <w:r>
              <w:rPr>
                <w:b/>
                <w:i w:val="0"/>
                <w:color w:val="0B5D4B"/>
                <w:sz w:val="14"/>
              </w:rPr>
              <w:t xml:space="preserve">• </w:t>
            </w:r>
            <w:r>
              <w:rPr>
                <w:b w:val="0"/>
                <w:i w:val="0"/>
                <w:color w:val="111111"/>
                <w:sz w:val="14"/>
              </w:rPr>
              <w:t>Are players preparing before the ball arrives?</w:t>
            </w:r>
          </w:p>
          <w:p>
            <w:pPr>
              <w:spacing w:before="20" w:after="0"/>
              <w:keepLines/>
              <w:keepNext/>
            </w:pPr>
            <w:r>
              <w:rPr>
                <w:b/>
                <w:i w:val="0"/>
                <w:color w:val="F28C28"/>
                <w:sz w:val="14"/>
              </w:rPr>
              <w:t>SAFETY</w:t>
            </w:r>
          </w:p>
          <w:p>
            <w:pPr>
              <w:spacing w:after="0"/>
              <w:keepLines/>
            </w:pPr>
            <w:r>
              <w:rPr>
                <w:sz w:val="14"/>
              </w:rPr>
              <w:t>Use clear shooting lanes and rotate away from the basket after rebounding.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Finish Challenge</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small teams at several baskets or target lanes.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Teams earn points for completing the full process: pass, move, catch and close shot attempt. A make can earn an extra point, but the process always counts.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Pass, move, prepare.</w:t>
            </w:r>
          </w:p>
          <w:p>
            <w:pPr>
              <w:spacing w:after="0"/>
              <w:ind w:left="230" w:hanging="158"/>
              <w:keepLines/>
              <w:keepNext/>
            </w:pPr>
            <w:r>
              <w:rPr>
                <w:b/>
                <w:i w:val="0"/>
                <w:color w:val="0B5D4B"/>
                <w:sz w:val="14"/>
              </w:rPr>
              <w:t xml:space="preserve">• </w:t>
            </w:r>
            <w:r>
              <w:rPr>
                <w:b w:val="0"/>
                <w:i w:val="0"/>
                <w:color w:val="111111"/>
                <w:sz w:val="14"/>
              </w:rPr>
              <w:t>Close shot.</w:t>
            </w:r>
          </w:p>
          <w:p>
            <w:pPr>
              <w:spacing w:after="0"/>
              <w:ind w:left="230" w:hanging="158"/>
              <w:keepLines/>
              <w:keepNext/>
            </w:pPr>
            <w:r>
              <w:rPr>
                <w:b/>
                <w:i w:val="0"/>
                <w:color w:val="0B5D4B"/>
                <w:sz w:val="14"/>
              </w:rPr>
              <w:t xml:space="preserve">• </w:t>
            </w:r>
            <w:r>
              <w:rPr>
                <w:b w:val="0"/>
                <w:i w:val="0"/>
                <w:color w:val="111111"/>
                <w:sz w:val="14"/>
              </w:rPr>
              <w:t>Celebrate the process.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baskets</w:t>
            </w:r>
          </w:p>
          <w:p>
            <w:pPr>
              <w:spacing w:after="0"/>
              <w:ind w:left="230" w:hanging="158"/>
              <w:keepLines/>
              <w:keepNext/>
            </w:pPr>
            <w:r>
              <w:rPr>
                <w:b/>
                <w:i w:val="0"/>
                <w:color w:val="0B5D4B"/>
                <w:sz w:val="14"/>
              </w:rPr>
              <w:t xml:space="preserve">• </w:t>
            </w:r>
            <w:r>
              <w:rPr>
                <w:b w:val="0"/>
                <w:i w:val="0"/>
                <w:color w:val="111111"/>
                <w:sz w:val="14"/>
              </w:rPr>
              <w:t>Basket area; teams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the pass and begin with a catch.</w:t>
            </w:r>
          </w:p>
          <w:p>
            <w:pPr>
              <w:spacing w:after="0"/>
              <w:ind w:left="230" w:hanging="158"/>
              <w:keepLines/>
              <w:keepNext/>
            </w:pPr>
            <w:r>
              <w:rPr>
                <w:b/>
                <w:i w:val="0"/>
                <w:color w:val="0B5D4B"/>
                <w:sz w:val="14"/>
              </w:rPr>
              <w:t xml:space="preserve">• </w:t>
            </w:r>
            <w:r>
              <w:rPr>
                <w:b w:val="0"/>
                <w:i w:val="0"/>
                <w:color w:val="111111"/>
                <w:sz w:val="14"/>
              </w:rPr>
              <w:t>Use a larger target.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defender cone.</w:t>
            </w:r>
          </w:p>
          <w:p>
            <w:pPr>
              <w:spacing w:after="0"/>
              <w:ind w:left="230" w:hanging="158"/>
              <w:keepLines/>
              <w:keepNext/>
            </w:pPr>
            <w:r>
              <w:rPr>
                <w:b/>
                <w:i w:val="0"/>
                <w:color w:val="0B5D4B"/>
                <w:sz w:val="14"/>
              </w:rPr>
              <w:t xml:space="preserve">• </w:t>
            </w:r>
            <w:r>
              <w:rPr>
                <w:b w:val="0"/>
                <w:i w:val="0"/>
                <w:color w:val="111111"/>
                <w:sz w:val="14"/>
              </w:rPr>
              <w:t>Require both sides of the basket.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rushing the final shot?</w:t>
            </w:r>
          </w:p>
          <w:p>
            <w:pPr>
              <w:spacing w:after="0"/>
              <w:ind w:left="230" w:hanging="158"/>
              <w:keepLines/>
              <w:keepNext/>
            </w:pPr>
            <w:r>
              <w:rPr>
                <w:b/>
                <w:i w:val="0"/>
                <w:color w:val="0B5D4B"/>
                <w:sz w:val="14"/>
              </w:rPr>
              <w:t xml:space="preserve">• </w:t>
            </w:r>
            <w:r>
              <w:rPr>
                <w:b w:val="0"/>
                <w:i w:val="0"/>
                <w:color w:val="111111"/>
                <w:sz w:val="14"/>
              </w:rPr>
              <w:t>Are all roles rotating fairly?</w:t>
            </w:r>
          </w:p>
          <w:p>
            <w:pPr>
              <w:spacing w:before="20" w:after="0"/>
              <w:keepLines/>
              <w:keepNext/>
            </w:pPr>
            <w:r>
              <w:rPr>
                <w:b/>
                <w:i w:val="0"/>
                <w:color w:val="F28C28"/>
                <w:sz w:val="14"/>
              </w:rPr>
              <w:t>SAFETY</w:t>
            </w:r>
          </w:p>
          <w:p>
            <w:pPr>
              <w:spacing w:after="0"/>
              <w:keepLines/>
            </w:pPr>
            <w:r>
              <w:rPr>
                <w:sz w:val="14"/>
              </w:rPr>
              <w:t>Use defined lanes and no contested rebounds.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21: SMALL-TEAM BASKETBALL</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Experience simple 2v2 with clear direction and quick restarts.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Involve teammates.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Play introductory 2v2; attack one basket and defend the other; move after passing; recognise possession changes.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Which Basket?</w:t>
            </w:r>
          </w:p>
        </w:tc>
        <w:tc>
          <w:tcPr>
            <w:tcW w:type="dxa" w:w="4104"/>
            <w:vAlign w:val="center"/>
            <w:tcMar>
              <w:top w:w="42" w:type="dxa"/>
              <w:start w:w="50" w:type="dxa"/>
              <w:bottom w:w="42" w:type="dxa"/>
              <w:end w:w="50" w:type="dxa"/>
            </w:tcMar>
          </w:tcPr>
          <w:p>
            <w:pPr>
              <w:keepLines/>
            </w:pPr>
            <w:r>
              <w:rPr>
                <w:b w:val="0"/>
                <w:i w:val="0"/>
                <w:color w:val="111111"/>
                <w:sz w:val="14"/>
              </w:rPr>
              <w:t>Bibs on; move to correct attack basket on signal.</w:t>
            </w:r>
          </w:p>
        </w:tc>
        <w:tc>
          <w:tcPr>
            <w:tcW w:type="dxa" w:w="2563"/>
            <w:vAlign w:val="center"/>
            <w:tcMar>
              <w:top w:w="42" w:type="dxa"/>
              <w:start w:w="50" w:type="dxa"/>
              <w:bottom w:w="42" w:type="dxa"/>
              <w:end w:w="50" w:type="dxa"/>
            </w:tcMar>
          </w:tcPr>
          <w:p>
            <w:pPr>
              <w:keepLines/>
            </w:pPr>
            <w:r>
              <w:rPr>
                <w:b w:val="0"/>
                <w:i w:val="0"/>
                <w:color w:val="111111"/>
                <w:sz w:val="14"/>
              </w:rPr>
              <w:t>Clear colours and direction.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Pass and Follow</w:t>
            </w:r>
          </w:p>
        </w:tc>
        <w:tc>
          <w:tcPr>
            <w:tcW w:type="dxa" w:w="4104"/>
            <w:vAlign w:val="center"/>
            <w:tcMar>
              <w:top w:w="42" w:type="dxa"/>
              <w:start w:w="50" w:type="dxa"/>
              <w:bottom w:w="42" w:type="dxa"/>
              <w:end w:w="50" w:type="dxa"/>
            </w:tcMar>
          </w:tcPr>
          <w:p>
            <w:pPr>
              <w:keepLines/>
            </w:pPr>
            <w:r>
              <w:rPr>
                <w:b w:val="0"/>
                <w:i w:val="0"/>
                <w:color w:val="111111"/>
                <w:sz w:val="14"/>
              </w:rPr>
              <w:t>Pairs advance, pass and finish without defence.</w:t>
            </w:r>
          </w:p>
        </w:tc>
        <w:tc>
          <w:tcPr>
            <w:tcW w:type="dxa" w:w="2563"/>
            <w:vAlign w:val="center"/>
            <w:tcMar>
              <w:top w:w="42" w:type="dxa"/>
              <w:start w:w="50" w:type="dxa"/>
              <w:bottom w:w="42" w:type="dxa"/>
              <w:end w:w="50" w:type="dxa"/>
            </w:tcMar>
          </w:tcPr>
          <w:p>
            <w:pPr>
              <w:keepLines/>
            </w:pPr>
            <w:r>
              <w:rPr>
                <w:b w:val="0"/>
                <w:i w:val="0"/>
                <w:color w:val="111111"/>
                <w:sz w:val="14"/>
              </w:rPr>
              <w:t>Spacing and sharing.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2v1 to Score</w:t>
            </w:r>
          </w:p>
        </w:tc>
        <w:tc>
          <w:tcPr>
            <w:tcW w:type="dxa" w:w="4104"/>
            <w:vAlign w:val="center"/>
            <w:tcMar>
              <w:top w:w="42" w:type="dxa"/>
              <w:start w:w="50" w:type="dxa"/>
              <w:bottom w:w="42" w:type="dxa"/>
              <w:end w:w="50" w:type="dxa"/>
            </w:tcMar>
          </w:tcPr>
          <w:p>
            <w:pPr>
              <w:keepLines/>
            </w:pPr>
            <w:r>
              <w:rPr>
                <w:b w:val="0"/>
                <w:i w:val="0"/>
                <w:color w:val="111111"/>
                <w:sz w:val="14"/>
              </w:rPr>
              <w:t>Quick advantage games.</w:t>
            </w:r>
          </w:p>
        </w:tc>
        <w:tc>
          <w:tcPr>
            <w:tcW w:type="dxa" w:w="2563"/>
            <w:vAlign w:val="center"/>
            <w:tcMar>
              <w:top w:w="42" w:type="dxa"/>
              <w:start w:w="50" w:type="dxa"/>
              <w:bottom w:w="42" w:type="dxa"/>
              <w:end w:w="50" w:type="dxa"/>
            </w:tcMar>
          </w:tcPr>
          <w:p>
            <w:pPr>
              <w:keepLines/>
            </w:pPr>
            <w:r>
              <w:rPr>
                <w:b w:val="0"/>
                <w:i w:val="0"/>
                <w:color w:val="111111"/>
                <w:sz w:val="14"/>
              </w:rPr>
              <w:t>Pass or attack open space.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Simple 2v2</w:t>
            </w:r>
          </w:p>
        </w:tc>
        <w:tc>
          <w:tcPr>
            <w:tcW w:type="dxa" w:w="4104"/>
            <w:vAlign w:val="center"/>
            <w:tcMar>
              <w:top w:w="42" w:type="dxa"/>
              <w:start w:w="50" w:type="dxa"/>
              <w:bottom w:w="42" w:type="dxa"/>
              <w:end w:w="50" w:type="dxa"/>
            </w:tcMar>
          </w:tcPr>
          <w:p>
            <w:pPr>
              <w:keepLines/>
            </w:pPr>
            <w:r>
              <w:rPr>
                <w:b w:val="0"/>
                <w:i w:val="0"/>
                <w:color w:val="111111"/>
                <w:sz w:val="14"/>
              </w:rPr>
              <w:t>Short games with quick restarts; coach helps direction and spacing only.</w:t>
            </w:r>
          </w:p>
        </w:tc>
        <w:tc>
          <w:tcPr>
            <w:tcW w:type="dxa" w:w="2563"/>
            <w:vAlign w:val="center"/>
            <w:tcMar>
              <w:top w:w="42" w:type="dxa"/>
              <w:start w:w="50" w:type="dxa"/>
              <w:bottom w:w="42" w:type="dxa"/>
              <w:end w:w="50" w:type="dxa"/>
            </w:tcMar>
          </w:tcPr>
          <w:p>
            <w:pPr>
              <w:keepLines/>
            </w:pPr>
            <w:r>
              <w:rPr>
                <w:b w:val="0"/>
                <w:i w:val="0"/>
                <w:color w:val="111111"/>
                <w:sz w:val="14"/>
              </w:rPr>
              <w:t>Let play continue.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Simple 2v2</w:t>
            </w:r>
          </w:p>
        </w:tc>
        <w:tc>
          <w:tcPr>
            <w:tcW w:type="dxa" w:w="4104"/>
            <w:vAlign w:val="center"/>
            <w:tcMar>
              <w:top w:w="42" w:type="dxa"/>
              <w:start w:w="50" w:type="dxa"/>
              <w:bottom w:w="42" w:type="dxa"/>
              <w:end w:w="50" w:type="dxa"/>
            </w:tcMar>
          </w:tcPr>
          <w:p>
            <w:pPr>
              <w:keepLines/>
            </w:pPr>
            <w:r>
              <w:rPr>
                <w:b w:val="0"/>
                <w:i w:val="0"/>
                <w:color w:val="111111"/>
                <w:sz w:val="14"/>
              </w:rPr>
              <w:t>Rotate opponents every short round.</w:t>
            </w:r>
          </w:p>
        </w:tc>
        <w:tc>
          <w:tcPr>
            <w:tcW w:type="dxa" w:w="2563"/>
            <w:vAlign w:val="center"/>
            <w:tcMar>
              <w:top w:w="42" w:type="dxa"/>
              <w:start w:w="50" w:type="dxa"/>
              <w:bottom w:w="42" w:type="dxa"/>
              <w:end w:w="50" w:type="dxa"/>
            </w:tcMar>
          </w:tcPr>
          <w:p>
            <w:pPr>
              <w:keepLines/>
            </w:pPr>
            <w:r>
              <w:rPr>
                <w:b w:val="0"/>
                <w:i w:val="0"/>
                <w:color w:val="111111"/>
                <w:sz w:val="14"/>
              </w:rPr>
              <w:t>Equal turns; no standings.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involving teammates.</w:t>
            </w:r>
          </w:p>
        </w:tc>
        <w:tc>
          <w:tcPr>
            <w:tcW w:type="dxa" w:w="2563"/>
            <w:vAlign w:val="center"/>
            <w:tcMar>
              <w:top w:w="42" w:type="dxa"/>
              <w:start w:w="50" w:type="dxa"/>
              <w:bottom w:w="42" w:type="dxa"/>
              <w:end w:w="50" w:type="dxa"/>
            </w:tcMar>
          </w:tcPr>
          <w:p>
            <w:pPr>
              <w:keepLines/>
            </w:pPr>
            <w:r>
              <w:rPr>
                <w:b w:val="0"/>
                <w:i w:val="0"/>
                <w:color w:val="111111"/>
                <w:sz w:val="14"/>
              </w:rPr>
              <w:t>How did you help your partner?</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teammates spreading out enough to help each other?</w:t>
              <w:br/>
              <w:t>Do players switch quickly between attack and defence?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Play 2v0 or use larger scoring gates.</w:t>
              <w:br/>
              <w:t>Harder: Add a pass-before-score rule or a smaller space.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Possession change, attacking basket and defending basket.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 involve your teammate?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Which Basket?</w:t>
            </w:r>
          </w:p>
        </w:tc>
        <w:tc>
          <w:tcPr>
            <w:tcW w:type="dxa" w:w="5429"/>
            <w:shd w:fill="F28C28"/>
            <w:tcMar>
              <w:top w:w="62" w:type="dxa"/>
              <w:start w:w="82" w:type="dxa"/>
              <w:bottom w:w="62" w:type="dxa"/>
              <w:end w:w="82" w:type="dxa"/>
            </w:tcMar>
          </w:tcPr>
          <w:p>
            <w:pPr>
              <w:jc w:val="center"/>
              <w:keepLines/>
              <w:keepNext/>
            </w:pPr>
            <w:r>
              <w:rPr>
                <w:b/>
                <w:i w:val="0"/>
                <w:color w:val="FFFFFF"/>
                <w:sz w:val="15"/>
              </w:rPr>
              <w:t>5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Identify one attacking target and one defending target for each team.</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On the coach’s signal, players point, move or dribble toward the named attacking basket, then turn and recover toward the defending basket.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your direction.</w:t>
            </w:r>
          </w:p>
          <w:p>
            <w:pPr>
              <w:spacing w:after="0"/>
              <w:ind w:left="230" w:hanging="158"/>
              <w:keepLines/>
              <w:keepNext/>
            </w:pPr>
            <w:r>
              <w:rPr>
                <w:b/>
                <w:i w:val="0"/>
                <w:color w:val="0B5D4B"/>
                <w:sz w:val="14"/>
              </w:rPr>
              <w:t xml:space="preserve">• </w:t>
            </w:r>
            <w:r>
              <w:rPr>
                <w:b w:val="0"/>
                <w:i w:val="0"/>
                <w:color w:val="111111"/>
                <w:sz w:val="14"/>
              </w:rPr>
              <w:t>Turn quickly.</w:t>
            </w:r>
          </w:p>
          <w:p>
            <w:pPr>
              <w:spacing w:after="0"/>
              <w:ind w:left="230" w:hanging="158"/>
              <w:keepLines/>
              <w:keepNext/>
            </w:pPr>
            <w:r>
              <w:rPr>
                <w:b/>
                <w:i w:val="0"/>
                <w:color w:val="0B5D4B"/>
                <w:sz w:val="14"/>
              </w:rPr>
              <w:t xml:space="preserve">• </w:t>
            </w:r>
            <w:r>
              <w:rPr>
                <w:b w:val="0"/>
                <w:i w:val="0"/>
                <w:color w:val="111111"/>
                <w:sz w:val="14"/>
              </w:rPr>
              <w:t>Look before moving.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Two baskets or target goals; bibs optional</w:t>
            </w:r>
          </w:p>
          <w:p>
            <w:pPr>
              <w:spacing w:after="0"/>
              <w:ind w:left="230" w:hanging="158"/>
              <w:keepLines/>
              <w:keepNext/>
            </w:pPr>
            <w:r>
              <w:rPr>
                <w:b/>
                <w:i w:val="0"/>
                <w:color w:val="0B5D4B"/>
                <w:sz w:val="14"/>
              </w:rPr>
              <w:t xml:space="preserve">• </w:t>
            </w:r>
            <w:r>
              <w:rPr>
                <w:b w:val="0"/>
                <w:i w:val="0"/>
                <w:color w:val="111111"/>
                <w:sz w:val="14"/>
              </w:rPr>
              <w:t>Full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Walk and point only.</w:t>
            </w:r>
          </w:p>
          <w:p>
            <w:pPr>
              <w:spacing w:after="0"/>
              <w:ind w:left="230" w:hanging="158"/>
              <w:keepLines/>
              <w:keepNext/>
            </w:pPr>
            <w:r>
              <w:rPr>
                <w:b/>
                <w:i w:val="0"/>
                <w:color w:val="0B5D4B"/>
                <w:sz w:val="14"/>
              </w:rPr>
              <w:t xml:space="preserve">• </w:t>
            </w:r>
            <w:r>
              <w:rPr>
                <w:b w:val="0"/>
                <w:i w:val="0"/>
                <w:color w:val="111111"/>
                <w:sz w:val="14"/>
              </w:rPr>
              <w:t>Use coloured cones as goals.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pass before changing direction.</w:t>
            </w:r>
          </w:p>
          <w:p>
            <w:pPr>
              <w:spacing w:after="0"/>
              <w:ind w:left="230" w:hanging="158"/>
              <w:keepLines/>
              <w:keepNext/>
            </w:pPr>
            <w:r>
              <w:rPr>
                <w:b/>
                <w:i w:val="0"/>
                <w:color w:val="0B5D4B"/>
                <w:sz w:val="14"/>
              </w:rPr>
              <w:t xml:space="preserve">• </w:t>
            </w:r>
            <w:r>
              <w:rPr>
                <w:b w:val="0"/>
                <w:i w:val="0"/>
                <w:color w:val="111111"/>
                <w:sz w:val="14"/>
              </w:rPr>
              <w:t>Switch attacking direction unexpectedly.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changes direction confidently?</w:t>
            </w:r>
          </w:p>
          <w:p>
            <w:pPr>
              <w:spacing w:after="0"/>
              <w:ind w:left="230" w:hanging="158"/>
              <w:keepLines/>
              <w:keepNext/>
            </w:pPr>
            <w:r>
              <w:rPr>
                <w:b/>
                <w:i w:val="0"/>
                <w:color w:val="0B5D4B"/>
                <w:sz w:val="14"/>
              </w:rPr>
              <w:t xml:space="preserve">• </w:t>
            </w:r>
            <w:r>
              <w:rPr>
                <w:b w:val="0"/>
                <w:i w:val="0"/>
                <w:color w:val="111111"/>
                <w:sz w:val="14"/>
              </w:rPr>
              <w:t>Are players learning both attack and defence language?</w:t>
            </w:r>
          </w:p>
          <w:p>
            <w:pPr>
              <w:spacing w:before="20" w:after="0"/>
              <w:keepLines/>
              <w:keepNext/>
            </w:pPr>
            <w:r>
              <w:rPr>
                <w:b/>
                <w:i w:val="0"/>
                <w:color w:val="F28C28"/>
                <w:sz w:val="14"/>
              </w:rPr>
              <w:t>SAFETY</w:t>
            </w:r>
          </w:p>
          <w:p>
            <w:pPr>
              <w:spacing w:after="0"/>
              <w:keepLines/>
            </w:pPr>
            <w:r>
              <w:rPr>
                <w:sz w:val="14"/>
              </w:rPr>
              <w:t>Keep traffic lanes clear when groups turn.</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 and Follow</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short passing lines or triangles with no more than two players waiting at a cone.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 player passes to the next cone and immediately follows the pass, joining that position. Keep the ball and players moving continuously.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Pass, then go.</w:t>
            </w:r>
          </w:p>
          <w:p>
            <w:pPr>
              <w:spacing w:after="0"/>
              <w:ind w:left="230" w:hanging="158"/>
              <w:keepLines/>
              <w:keepNext/>
            </w:pPr>
            <w:r>
              <w:rPr>
                <w:b/>
                <w:i w:val="0"/>
                <w:color w:val="0B5D4B"/>
                <w:sz w:val="14"/>
              </w:rPr>
              <w:t xml:space="preserve">• </w:t>
            </w:r>
            <w:r>
              <w:rPr>
                <w:b w:val="0"/>
                <w:i w:val="0"/>
                <w:color w:val="111111"/>
                <w:sz w:val="14"/>
              </w:rPr>
              <w:t>Show hands early.</w:t>
            </w:r>
          </w:p>
          <w:p>
            <w:pPr>
              <w:spacing w:after="0"/>
              <w:ind w:left="230" w:hanging="158"/>
              <w:keepLines/>
              <w:keepNext/>
            </w:pPr>
            <w:r>
              <w:rPr>
                <w:b/>
                <w:i w:val="0"/>
                <w:color w:val="0B5D4B"/>
                <w:sz w:val="14"/>
              </w:rPr>
              <w:t xml:space="preserve">• </w:t>
            </w:r>
            <w:r>
              <w:rPr>
                <w:b w:val="0"/>
                <w:i w:val="0"/>
                <w:color w:val="111111"/>
                <w:sz w:val="14"/>
              </w:rPr>
              <w:t>Move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group; cones</w:t>
            </w:r>
          </w:p>
          <w:p>
            <w:pPr>
              <w:spacing w:after="0"/>
              <w:ind w:left="230" w:hanging="158"/>
              <w:keepLines/>
              <w:keepNext/>
            </w:pPr>
            <w:r>
              <w:rPr>
                <w:b/>
                <w:i w:val="0"/>
                <w:color w:val="0B5D4B"/>
                <w:sz w:val="14"/>
              </w:rPr>
              <w:t xml:space="preserve">• </w:t>
            </w:r>
            <w:r>
              <w:rPr>
                <w:b w:val="0"/>
                <w:i w:val="0"/>
                <w:color w:val="111111"/>
                <w:sz w:val="14"/>
              </w:rPr>
              <w:t>Half court; groups of 3-5</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three close cones.</w:t>
            </w:r>
          </w:p>
          <w:p>
            <w:pPr>
              <w:spacing w:after="0"/>
              <w:ind w:left="230" w:hanging="158"/>
              <w:keepLines/>
              <w:keepNext/>
            </w:pPr>
            <w:r>
              <w:rPr>
                <w:b/>
                <w:i w:val="0"/>
                <w:color w:val="0B5D4B"/>
                <w:sz w:val="14"/>
              </w:rPr>
              <w:t xml:space="preserve">• </w:t>
            </w:r>
            <w:r>
              <w:rPr>
                <w:b w:val="0"/>
                <w:i w:val="0"/>
                <w:color w:val="111111"/>
                <w:sz w:val="14"/>
              </w:rPr>
              <w:t>Allow a brief pause after receiving.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Increase spacing slightly.</w:t>
            </w:r>
          </w:p>
          <w:p>
            <w:pPr>
              <w:spacing w:after="0"/>
              <w:ind w:left="230" w:hanging="158"/>
              <w:keepLines/>
              <w:keepNext/>
            </w:pPr>
            <w:r>
              <w:rPr>
                <w:b/>
                <w:i w:val="0"/>
                <w:color w:val="0B5D4B"/>
                <w:sz w:val="14"/>
              </w:rPr>
              <w:t xml:space="preserve">• </w:t>
            </w:r>
            <w:r>
              <w:rPr>
                <w:b w:val="0"/>
                <w:i w:val="0"/>
                <w:color w:val="111111"/>
                <w:sz w:val="14"/>
              </w:rPr>
              <w:t>Add a second ball when the group is ready.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move immediately after passing?</w:t>
            </w:r>
          </w:p>
          <w:p>
            <w:pPr>
              <w:spacing w:after="0"/>
              <w:ind w:left="230" w:hanging="158"/>
              <w:keepLines/>
              <w:keepNext/>
            </w:pPr>
            <w:r>
              <w:rPr>
                <w:b/>
                <w:i w:val="0"/>
                <w:color w:val="0B5D4B"/>
                <w:sz w:val="14"/>
              </w:rPr>
              <w:t xml:space="preserve">• </w:t>
            </w:r>
            <w:r>
              <w:rPr>
                <w:b w:val="0"/>
                <w:i w:val="0"/>
                <w:color w:val="111111"/>
                <w:sz w:val="14"/>
              </w:rPr>
              <w:t>Are queues staying short?</w:t>
            </w:r>
          </w:p>
          <w:p>
            <w:pPr>
              <w:spacing w:before="20" w:after="0"/>
              <w:keepLines/>
              <w:keepNext/>
            </w:pPr>
            <w:r>
              <w:rPr>
                <w:b/>
                <w:i w:val="0"/>
                <w:color w:val="F28C28"/>
                <w:sz w:val="14"/>
              </w:rPr>
              <w:t>SAFETY</w:t>
            </w:r>
          </w:p>
          <w:p>
            <w:pPr>
              <w:spacing w:after="0"/>
              <w:keepLines/>
            </w:pPr>
            <w:r>
              <w:rPr>
                <w:sz w:val="14"/>
              </w:rPr>
              <w:t>Do not add a second ball unless players can track both safely.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2v1 to Score</w:t>
            </w:r>
          </w:p>
        </w:tc>
        <w:tc>
          <w:tcPr>
            <w:tcW w:type="dxa" w:w="5429"/>
            <w:shd w:fill="F28C28"/>
            <w:tcMar>
              <w:top w:w="62" w:type="dxa"/>
              <w:start w:w="82" w:type="dxa"/>
              <w:bottom w:w="62" w:type="dxa"/>
              <w:end w:w="82" w:type="dxa"/>
            </w:tcMar>
          </w:tcPr>
          <w:p>
            <w:pPr>
              <w:jc w:val="center"/>
              <w:keepLines/>
              <w:keepNext/>
            </w:pPr>
            <w:r>
              <w:rPr>
                <w:b/>
                <w:i w:val="0"/>
                <w:color w:val="FFFFFF"/>
                <w:sz w:val="15"/>
              </w:rPr>
              <w:t>10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lanes or use half court. Two attackers begin against one defender with a clear target.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Attackers choose to pass or dribble to score at a basket, gate or end zone. Rotate the defender after every round.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both attackers involved.</w:t>
            </w:r>
          </w:p>
          <w:p>
            <w:pPr>
              <w:spacing w:after="0"/>
              <w:ind w:left="230" w:hanging="158"/>
              <w:keepLines/>
              <w:keepNext/>
            </w:pPr>
            <w:r>
              <w:rPr>
                <w:b/>
                <w:i w:val="0"/>
                <w:color w:val="0B5D4B"/>
                <w:sz w:val="14"/>
              </w:rPr>
              <w:t xml:space="preserve">• </w:t>
            </w:r>
            <w:r>
              <w:rPr>
                <w:b w:val="0"/>
                <w:i w:val="0"/>
                <w:color w:val="111111"/>
                <w:sz w:val="14"/>
              </w:rPr>
              <w:t>Attack the open space.</w:t>
            </w:r>
          </w:p>
          <w:p>
            <w:pPr>
              <w:spacing w:after="0"/>
              <w:ind w:left="230" w:hanging="158"/>
              <w:keepLines/>
              <w:keepNext/>
            </w:pPr>
            <w:r>
              <w:rPr>
                <w:b/>
                <w:i w:val="0"/>
                <w:color w:val="0B5D4B"/>
                <w:sz w:val="14"/>
              </w:rPr>
              <w:t xml:space="preserve">• </w:t>
            </w:r>
            <w:r>
              <w:rPr>
                <w:b w:val="0"/>
                <w:i w:val="0"/>
                <w:color w:val="111111"/>
                <w:sz w:val="14"/>
              </w:rPr>
              <w:t>Pass when the defender commits.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bibs, cones and basket or end zone</w:t>
            </w:r>
          </w:p>
          <w:p>
            <w:pPr>
              <w:spacing w:after="0"/>
              <w:ind w:left="230" w:hanging="158"/>
              <w:keepLines/>
              <w:keepNext/>
            </w:pPr>
            <w:r>
              <w:rPr>
                <w:b/>
                <w:i w:val="0"/>
                <w:color w:val="0B5D4B"/>
                <w:sz w:val="14"/>
              </w:rPr>
              <w:t xml:space="preserve">• </w:t>
            </w:r>
            <w:r>
              <w:rPr>
                <w:b w:val="0"/>
                <w:i w:val="0"/>
                <w:color w:val="111111"/>
                <w:sz w:val="14"/>
              </w:rPr>
              <w:t>Half court lanes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Walk through the first round.</w:t>
            </w:r>
          </w:p>
          <w:p>
            <w:pPr>
              <w:spacing w:after="0"/>
              <w:ind w:left="230" w:hanging="158"/>
              <w:keepLines/>
              <w:keepNext/>
            </w:pPr>
            <w:r>
              <w:rPr>
                <w:b/>
                <w:i w:val="0"/>
                <w:color w:val="0B5D4B"/>
                <w:sz w:val="14"/>
              </w:rPr>
              <w:t xml:space="preserve">• </w:t>
            </w:r>
            <w:r>
              <w:rPr>
                <w:b w:val="0"/>
                <w:i w:val="0"/>
                <w:color w:val="111111"/>
                <w:sz w:val="14"/>
              </w:rPr>
              <w:t>Use an end zone rather than a basket.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time limit.</w:t>
            </w:r>
          </w:p>
          <w:p>
            <w:pPr>
              <w:spacing w:after="0"/>
              <w:ind w:left="230" w:hanging="158"/>
              <w:keepLines/>
              <w:keepNext/>
            </w:pPr>
            <w:r>
              <w:rPr>
                <w:b/>
                <w:i w:val="0"/>
                <w:color w:val="0B5D4B"/>
                <w:sz w:val="14"/>
              </w:rPr>
              <w:t xml:space="preserve">• </w:t>
            </w:r>
            <w:r>
              <w:rPr>
                <w:b w:val="0"/>
                <w:i w:val="0"/>
                <w:color w:val="111111"/>
                <w:sz w:val="14"/>
              </w:rPr>
              <w:t>Begin from a sideline restart.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the player without the ball create a clear option?</w:t>
            </w:r>
          </w:p>
          <w:p>
            <w:pPr>
              <w:spacing w:after="0"/>
              <w:ind w:left="230" w:hanging="158"/>
              <w:keepLines/>
              <w:keepNext/>
            </w:pPr>
            <w:r>
              <w:rPr>
                <w:b/>
                <w:i w:val="0"/>
                <w:color w:val="0B5D4B"/>
                <w:sz w:val="14"/>
              </w:rPr>
              <w:t xml:space="preserve">• </w:t>
            </w:r>
            <w:r>
              <w:rPr>
                <w:b w:val="0"/>
                <w:i w:val="0"/>
                <w:color w:val="111111"/>
                <w:sz w:val="14"/>
              </w:rPr>
              <w:t>Is the defender learning to delay rather than chase wildly?</w:t>
            </w:r>
          </w:p>
          <w:p>
            <w:pPr>
              <w:spacing w:before="20" w:after="0"/>
              <w:keepLines/>
              <w:keepNext/>
            </w:pPr>
            <w:r>
              <w:rPr>
                <w:b/>
                <w:i w:val="0"/>
                <w:color w:val="F28C28"/>
                <w:sz w:val="14"/>
              </w:rPr>
              <w:t>SAFETY</w:t>
            </w:r>
          </w:p>
          <w:p>
            <w:pPr>
              <w:spacing w:after="0"/>
              <w:keepLines/>
            </w:pPr>
            <w:r>
              <w:rPr>
                <w:sz w:val="14"/>
              </w:rPr>
              <w:t>Use controlled speed and short rounds. No contact at the basket or target.</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Simple 2v2</w:t>
            </w:r>
          </w:p>
        </w:tc>
        <w:tc>
          <w:tcPr>
            <w:tcW w:type="dxa" w:w="5429"/>
            <w:shd w:fill="F28C28"/>
            <w:tcMar>
              <w:top w:w="62" w:type="dxa"/>
              <w:start w:w="82" w:type="dxa"/>
              <w:bottom w:w="62" w:type="dxa"/>
              <w:end w:w="82" w:type="dxa"/>
            </w:tcMar>
          </w:tcPr>
          <w:p>
            <w:pPr>
              <w:jc w:val="center"/>
              <w:keepLines/>
              <w:keepNext/>
            </w:pPr>
            <w:r>
              <w:rPr>
                <w:b/>
                <w:i w:val="0"/>
                <w:color w:val="FFFFFF"/>
                <w:sz w:val="15"/>
              </w:rPr>
              <w:t>17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 playing areas and organise groups of four. Use a basket, two-cone gate or end zone as the scoring target.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Two attackers try to score while two defenders apply controlled pressure.</w:t>
            </w:r>
          </w:p>
          <w:p>
            <w:pPr>
              <w:spacing w:after="0"/>
              <w:ind w:left="230" w:hanging="158"/>
              <w:keepLines/>
              <w:keepNext/>
            </w:pPr>
            <w:r>
              <w:rPr>
                <w:b/>
                <w:i w:val="0"/>
                <w:color w:val="0B5D4B"/>
                <w:sz w:val="14"/>
              </w:rPr>
              <w:t xml:space="preserve">• </w:t>
            </w:r>
            <w:r>
              <w:rPr>
                <w:b w:val="0"/>
                <w:i w:val="0"/>
                <w:color w:val="111111"/>
                <w:sz w:val="14"/>
              </w:rPr>
              <w:t>Begin with a pass-in and short possessions.</w:t>
            </w:r>
          </w:p>
          <w:p>
            <w:pPr>
              <w:spacing w:after="0"/>
              <w:ind w:left="230" w:hanging="158"/>
              <w:keepLines/>
              <w:keepNext/>
            </w:pPr>
            <w:r>
              <w:rPr>
                <w:b/>
                <w:i w:val="0"/>
                <w:color w:val="0B5D4B"/>
                <w:sz w:val="14"/>
              </w:rPr>
              <w:t xml:space="preserve">• </w:t>
            </w:r>
            <w:r>
              <w:rPr>
                <w:b w:val="0"/>
                <w:i w:val="0"/>
                <w:color w:val="111111"/>
                <w:sz w:val="14"/>
              </w:rPr>
              <w:t>Rotate roles frequently and restart quickly.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Spread out.</w:t>
            </w:r>
          </w:p>
          <w:p>
            <w:pPr>
              <w:spacing w:after="0"/>
              <w:ind w:left="230" w:hanging="158"/>
              <w:keepLines/>
              <w:keepNext/>
            </w:pPr>
            <w:r>
              <w:rPr>
                <w:b/>
                <w:i w:val="0"/>
                <w:color w:val="0B5D4B"/>
                <w:sz w:val="14"/>
              </w:rPr>
              <w:t xml:space="preserve">• </w:t>
            </w:r>
            <w:r>
              <w:rPr>
                <w:b w:val="0"/>
                <w:i w:val="0"/>
                <w:color w:val="111111"/>
                <w:sz w:val="14"/>
              </w:rPr>
              <w:t>Pass, move and look again.</w:t>
            </w:r>
          </w:p>
          <w:p>
            <w:pPr>
              <w:spacing w:after="0"/>
              <w:ind w:left="230" w:hanging="158"/>
              <w:keepLines/>
              <w:keepNext/>
            </w:pPr>
            <w:r>
              <w:rPr>
                <w:b/>
                <w:i w:val="0"/>
                <w:color w:val="0B5D4B"/>
                <w:sz w:val="14"/>
              </w:rPr>
              <w:t xml:space="preserve">• </w:t>
            </w:r>
            <w:r>
              <w:rPr>
                <w:b w:val="0"/>
                <w:i w:val="0"/>
                <w:color w:val="111111"/>
                <w:sz w:val="14"/>
              </w:rPr>
              <w:t>Defend with feet, not hands.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or group; Cones or floor markers; Baskets or suitable targets</w:t>
            </w:r>
          </w:p>
          <w:p>
            <w:pPr>
              <w:spacing w:after="0"/>
              <w:ind w:left="230" w:hanging="158"/>
              <w:keepLines/>
              <w:keepNext/>
            </w:pPr>
            <w:r>
              <w:rPr>
                <w:b/>
                <w:i w:val="0"/>
                <w:color w:val="0B5D4B"/>
                <w:sz w:val="14"/>
              </w:rPr>
              <w:t xml:space="preserve">• </w:t>
            </w:r>
            <w:r>
              <w:rPr>
                <w:b w:val="0"/>
                <w:i w:val="0"/>
                <w:color w:val="111111"/>
                <w:sz w:val="14"/>
              </w:rPr>
              <w:t>One basket, gate or end zone per group</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passive defenders.</w:t>
            </w:r>
          </w:p>
          <w:p>
            <w:pPr>
              <w:spacing w:after="0"/>
              <w:ind w:left="230" w:hanging="158"/>
              <w:keepLines/>
              <w:keepNext/>
            </w:pPr>
            <w:r>
              <w:rPr>
                <w:b/>
                <w:i w:val="0"/>
                <w:color w:val="0B5D4B"/>
                <w:sz w:val="14"/>
              </w:rPr>
              <w:t xml:space="preserve">• </w:t>
            </w:r>
            <w:r>
              <w:rPr>
                <w:b w:val="0"/>
                <w:i w:val="0"/>
                <w:color w:val="111111"/>
                <w:sz w:val="14"/>
              </w:rPr>
              <w:t>Score by crossing a gate or catching in an end zone.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Allow live defence.</w:t>
            </w:r>
          </w:p>
          <w:p>
            <w:pPr>
              <w:spacing w:after="0"/>
              <w:ind w:left="230" w:hanging="158"/>
              <w:keepLines/>
              <w:keepNext/>
            </w:pPr>
            <w:r>
              <w:rPr>
                <w:b/>
                <w:i w:val="0"/>
                <w:color w:val="0B5D4B"/>
                <w:sz w:val="14"/>
              </w:rPr>
              <w:t xml:space="preserve">• </w:t>
            </w:r>
            <w:r>
              <w:rPr>
                <w:b w:val="0"/>
                <w:i w:val="0"/>
                <w:color w:val="111111"/>
                <w:sz w:val="14"/>
              </w:rPr>
              <w:t>Add a requirement that both attackers touch the ball.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both attackers involved?</w:t>
            </w:r>
          </w:p>
          <w:p>
            <w:pPr>
              <w:spacing w:after="0"/>
              <w:ind w:left="230" w:hanging="158"/>
              <w:keepLines/>
              <w:keepNext/>
            </w:pPr>
            <w:r>
              <w:rPr>
                <w:b/>
                <w:i w:val="0"/>
                <w:color w:val="0B5D4B"/>
                <w:sz w:val="14"/>
              </w:rPr>
              <w:t xml:space="preserve">• </w:t>
            </w:r>
            <w:r>
              <w:rPr>
                <w:b w:val="0"/>
                <w:i w:val="0"/>
                <w:color w:val="111111"/>
                <w:sz w:val="14"/>
              </w:rPr>
              <w:t>Are defenders staying safe and controlled?</w:t>
            </w:r>
          </w:p>
          <w:p>
            <w:pPr>
              <w:spacing w:after="0"/>
              <w:ind w:left="230" w:hanging="158"/>
              <w:keepLines/>
              <w:keepNext/>
            </w:pPr>
            <w:r>
              <w:rPr>
                <w:b/>
                <w:i w:val="0"/>
                <w:color w:val="0B5D4B"/>
                <w:sz w:val="14"/>
              </w:rPr>
              <w:t xml:space="preserve">• </w:t>
            </w:r>
            <w:r>
              <w:rPr>
                <w:b w:val="0"/>
                <w:i w:val="0"/>
                <w:color w:val="111111"/>
                <w:sz w:val="14"/>
              </w:rPr>
              <w:t>Are turns short enough to keep everyone active?</w:t>
            </w:r>
          </w:p>
          <w:p>
            <w:pPr>
              <w:spacing w:before="20" w:after="0"/>
              <w:keepLines/>
              <w:keepNext/>
            </w:pPr>
            <w:r>
              <w:rPr>
                <w:b/>
                <w:i w:val="0"/>
                <w:color w:val="F28C28"/>
                <w:sz w:val="14"/>
              </w:rPr>
              <w:t>SAFETY</w:t>
            </w:r>
          </w:p>
          <w:p>
            <w:pPr>
              <w:spacing w:after="0"/>
              <w:keepLines/>
            </w:pPr>
            <w:r>
              <w:rPr>
                <w:sz w:val="14"/>
              </w:rPr>
              <w:t>Match players thoughtfully, limit contact and stop play immediately if pushing or grabbing begins.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Simple 2v2</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 playing areas and organise groups of four. Use a basket, two-cone gate or end zone as the scoring target.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Two attackers try to score while two defenders apply controlled pressure.</w:t>
            </w:r>
          </w:p>
          <w:p>
            <w:pPr>
              <w:spacing w:after="0"/>
              <w:ind w:left="230" w:hanging="158"/>
              <w:keepLines/>
              <w:keepNext/>
            </w:pPr>
            <w:r>
              <w:rPr>
                <w:b/>
                <w:i w:val="0"/>
                <w:color w:val="0B5D4B"/>
                <w:sz w:val="14"/>
              </w:rPr>
              <w:t xml:space="preserve">• </w:t>
            </w:r>
            <w:r>
              <w:rPr>
                <w:b w:val="0"/>
                <w:i w:val="0"/>
                <w:color w:val="111111"/>
                <w:sz w:val="14"/>
              </w:rPr>
              <w:t>Begin with a pass-in and short possessions.</w:t>
            </w:r>
          </w:p>
          <w:p>
            <w:pPr>
              <w:spacing w:after="0"/>
              <w:ind w:left="230" w:hanging="158"/>
              <w:keepLines/>
              <w:keepNext/>
            </w:pPr>
            <w:r>
              <w:rPr>
                <w:b/>
                <w:i w:val="0"/>
                <w:color w:val="0B5D4B"/>
                <w:sz w:val="14"/>
              </w:rPr>
              <w:t xml:space="preserve">• </w:t>
            </w:r>
            <w:r>
              <w:rPr>
                <w:b w:val="0"/>
                <w:i w:val="0"/>
                <w:color w:val="111111"/>
                <w:sz w:val="14"/>
              </w:rPr>
              <w:t>Rotate roles frequently and restart quickly.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Spread out.</w:t>
            </w:r>
          </w:p>
          <w:p>
            <w:pPr>
              <w:spacing w:after="0"/>
              <w:ind w:left="230" w:hanging="158"/>
              <w:keepLines/>
              <w:keepNext/>
            </w:pPr>
            <w:r>
              <w:rPr>
                <w:b/>
                <w:i w:val="0"/>
                <w:color w:val="0B5D4B"/>
                <w:sz w:val="14"/>
              </w:rPr>
              <w:t xml:space="preserve">• </w:t>
            </w:r>
            <w:r>
              <w:rPr>
                <w:b w:val="0"/>
                <w:i w:val="0"/>
                <w:color w:val="111111"/>
                <w:sz w:val="14"/>
              </w:rPr>
              <w:t>Pass, move and look again.</w:t>
            </w:r>
          </w:p>
          <w:p>
            <w:pPr>
              <w:spacing w:after="0"/>
              <w:ind w:left="230" w:hanging="158"/>
              <w:keepLines/>
              <w:keepNext/>
            </w:pPr>
            <w:r>
              <w:rPr>
                <w:b/>
                <w:i w:val="0"/>
                <w:color w:val="0B5D4B"/>
                <w:sz w:val="14"/>
              </w:rPr>
              <w:t xml:space="preserve">• </w:t>
            </w:r>
            <w:r>
              <w:rPr>
                <w:b w:val="0"/>
                <w:i w:val="0"/>
                <w:color w:val="111111"/>
                <w:sz w:val="14"/>
              </w:rPr>
              <w:t>Defend with feet, not hands.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or group; Cones or floor markers; Baskets or suitable targets</w:t>
            </w:r>
          </w:p>
          <w:p>
            <w:pPr>
              <w:spacing w:after="0"/>
              <w:ind w:left="230" w:hanging="158"/>
              <w:keepLines/>
              <w:keepNext/>
            </w:pPr>
            <w:r>
              <w:rPr>
                <w:b/>
                <w:i w:val="0"/>
                <w:color w:val="0B5D4B"/>
                <w:sz w:val="14"/>
              </w:rPr>
              <w:t xml:space="preserve">• </w:t>
            </w:r>
            <w:r>
              <w:rPr>
                <w:b w:val="0"/>
                <w:i w:val="0"/>
                <w:color w:val="111111"/>
                <w:sz w:val="14"/>
              </w:rPr>
              <w:t>One basket, gate or end zone per group</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passive defenders.</w:t>
            </w:r>
          </w:p>
          <w:p>
            <w:pPr>
              <w:spacing w:after="0"/>
              <w:ind w:left="230" w:hanging="158"/>
              <w:keepLines/>
              <w:keepNext/>
            </w:pPr>
            <w:r>
              <w:rPr>
                <w:b/>
                <w:i w:val="0"/>
                <w:color w:val="0B5D4B"/>
                <w:sz w:val="14"/>
              </w:rPr>
              <w:t xml:space="preserve">• </w:t>
            </w:r>
            <w:r>
              <w:rPr>
                <w:b w:val="0"/>
                <w:i w:val="0"/>
                <w:color w:val="111111"/>
                <w:sz w:val="14"/>
              </w:rPr>
              <w:t>Score by crossing a gate or catching in an end zone.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Allow live defence.</w:t>
            </w:r>
          </w:p>
          <w:p>
            <w:pPr>
              <w:spacing w:after="0"/>
              <w:ind w:left="230" w:hanging="158"/>
              <w:keepLines/>
              <w:keepNext/>
            </w:pPr>
            <w:r>
              <w:rPr>
                <w:b/>
                <w:i w:val="0"/>
                <w:color w:val="0B5D4B"/>
                <w:sz w:val="14"/>
              </w:rPr>
              <w:t xml:space="preserve">• </w:t>
            </w:r>
            <w:r>
              <w:rPr>
                <w:b w:val="0"/>
                <w:i w:val="0"/>
                <w:color w:val="111111"/>
                <w:sz w:val="14"/>
              </w:rPr>
              <w:t>Add a requirement that both attackers touch the ball.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both attackers involved?</w:t>
            </w:r>
          </w:p>
          <w:p>
            <w:pPr>
              <w:spacing w:after="0"/>
              <w:ind w:left="230" w:hanging="158"/>
              <w:keepLines/>
              <w:keepNext/>
            </w:pPr>
            <w:r>
              <w:rPr>
                <w:b/>
                <w:i w:val="0"/>
                <w:color w:val="0B5D4B"/>
                <w:sz w:val="14"/>
              </w:rPr>
              <w:t xml:space="preserve">• </w:t>
            </w:r>
            <w:r>
              <w:rPr>
                <w:b w:val="0"/>
                <w:i w:val="0"/>
                <w:color w:val="111111"/>
                <w:sz w:val="14"/>
              </w:rPr>
              <w:t>Are defenders staying safe and controlled?</w:t>
            </w:r>
          </w:p>
          <w:p>
            <w:pPr>
              <w:spacing w:after="0"/>
              <w:ind w:left="230" w:hanging="158"/>
              <w:keepLines/>
              <w:keepNext/>
            </w:pPr>
            <w:r>
              <w:rPr>
                <w:b/>
                <w:i w:val="0"/>
                <w:color w:val="0B5D4B"/>
                <w:sz w:val="14"/>
              </w:rPr>
              <w:t xml:space="preserve">• </w:t>
            </w:r>
            <w:r>
              <w:rPr>
                <w:b w:val="0"/>
                <w:i w:val="0"/>
                <w:color w:val="111111"/>
                <w:sz w:val="14"/>
              </w:rPr>
              <w:t>Are turns short enough to keep everyone active?</w:t>
            </w:r>
          </w:p>
          <w:p>
            <w:pPr>
              <w:spacing w:before="20" w:after="0"/>
              <w:keepLines/>
              <w:keepNext/>
            </w:pPr>
            <w:r>
              <w:rPr>
                <w:b/>
                <w:i w:val="0"/>
                <w:color w:val="F28C28"/>
                <w:sz w:val="14"/>
              </w:rPr>
              <w:t>SAFETY</w:t>
            </w:r>
          </w:p>
          <w:p>
            <w:pPr>
              <w:spacing w:after="0"/>
              <w:keepLines/>
            </w:pPr>
            <w:r>
              <w:rPr>
                <w:sz w:val="14"/>
              </w:rPr>
              <w:t>Match players thoughtfully, limit contact and stop play immediately if pushing or grabbing begins.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22: MAKE A DECISION</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Choose to dribble, pass or shoot after looking.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Choose without fear.</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Stop, look and choose dribble, pass or shoot; attack open space; develop travelling awareness.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Decision Points</w:t>
            </w:r>
          </w:p>
        </w:tc>
        <w:tc>
          <w:tcPr>
            <w:tcW w:type="dxa" w:w="4104"/>
            <w:vAlign w:val="center"/>
            <w:tcMar>
              <w:top w:w="42" w:type="dxa"/>
              <w:start w:w="50" w:type="dxa"/>
              <w:bottom w:w="42" w:type="dxa"/>
              <w:end w:w="50" w:type="dxa"/>
            </w:tcMar>
          </w:tcPr>
          <w:p>
            <w:pPr>
              <w:keepLines/>
            </w:pPr>
            <w:r>
              <w:rPr>
                <w:b w:val="0"/>
                <w:i w:val="0"/>
                <w:color w:val="111111"/>
                <w:sz w:val="14"/>
              </w:rPr>
              <w:t>Move with ball; on signal stop, look left/right, then act.</w:t>
            </w:r>
          </w:p>
        </w:tc>
        <w:tc>
          <w:tcPr>
            <w:tcW w:type="dxa" w:w="2563"/>
            <w:vAlign w:val="center"/>
            <w:tcMar>
              <w:top w:w="42" w:type="dxa"/>
              <w:start w:w="50" w:type="dxa"/>
              <w:bottom w:w="42" w:type="dxa"/>
              <w:end w:w="50" w:type="dxa"/>
            </w:tcMar>
          </w:tcPr>
          <w:p>
            <w:pPr>
              <w:keepLines/>
            </w:pPr>
            <w:r>
              <w:rPr>
                <w:b w:val="0"/>
                <w:i w:val="0"/>
                <w:color w:val="111111"/>
                <w:sz w:val="14"/>
              </w:rPr>
              <w:t>Head up.</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Three Choices</w:t>
            </w:r>
          </w:p>
        </w:tc>
        <w:tc>
          <w:tcPr>
            <w:tcW w:type="dxa" w:w="4104"/>
            <w:vAlign w:val="center"/>
            <w:tcMar>
              <w:top w:w="42" w:type="dxa"/>
              <w:start w:w="50" w:type="dxa"/>
              <w:bottom w:w="42" w:type="dxa"/>
              <w:end w:w="50" w:type="dxa"/>
            </w:tcMar>
          </w:tcPr>
          <w:p>
            <w:pPr>
              <w:keepLines/>
            </w:pPr>
            <w:r>
              <w:rPr>
                <w:b w:val="0"/>
                <w:i w:val="0"/>
                <w:color w:val="111111"/>
                <w:sz w:val="14"/>
              </w:rPr>
              <w:t>At a cone choose dribble gate, pass to partner or shoot target.</w:t>
            </w:r>
          </w:p>
        </w:tc>
        <w:tc>
          <w:tcPr>
            <w:tcW w:type="dxa" w:w="2563"/>
            <w:vAlign w:val="center"/>
            <w:tcMar>
              <w:top w:w="42" w:type="dxa"/>
              <w:start w:w="50" w:type="dxa"/>
              <w:bottom w:w="42" w:type="dxa"/>
              <w:end w:w="50" w:type="dxa"/>
            </w:tcMar>
          </w:tcPr>
          <w:p>
            <w:pPr>
              <w:keepLines/>
            </w:pPr>
            <w:r>
              <w:rPr>
                <w:b w:val="0"/>
                <w:i w:val="0"/>
                <w:color w:val="111111"/>
                <w:sz w:val="14"/>
              </w:rPr>
              <w:t>No wrong choice if safe.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Three Choices</w:t>
            </w:r>
          </w:p>
        </w:tc>
        <w:tc>
          <w:tcPr>
            <w:tcW w:type="dxa" w:w="4104"/>
            <w:vAlign w:val="center"/>
            <w:tcMar>
              <w:top w:w="42" w:type="dxa"/>
              <w:start w:w="50" w:type="dxa"/>
              <w:bottom w:w="42" w:type="dxa"/>
              <w:end w:w="50" w:type="dxa"/>
            </w:tcMar>
          </w:tcPr>
          <w:p>
            <w:pPr>
              <w:keepLines/>
            </w:pPr>
            <w:r>
              <w:rPr>
                <w:b w:val="0"/>
                <w:i w:val="0"/>
                <w:color w:val="111111"/>
                <w:sz w:val="14"/>
              </w:rPr>
              <w:t>Coach shows open lane, teammate or basket cue; player chooses action.</w:t>
            </w:r>
          </w:p>
        </w:tc>
        <w:tc>
          <w:tcPr>
            <w:tcW w:type="dxa" w:w="2563"/>
            <w:vAlign w:val="center"/>
            <w:tcMar>
              <w:top w:w="42" w:type="dxa"/>
              <w:start w:w="50" w:type="dxa"/>
              <w:bottom w:w="42" w:type="dxa"/>
              <w:end w:w="50" w:type="dxa"/>
            </w:tcMar>
          </w:tcPr>
          <w:p>
            <w:pPr>
              <w:keepLines/>
            </w:pPr>
            <w:r>
              <w:rPr>
                <w:b w:val="0"/>
                <w:i w:val="0"/>
                <w:color w:val="111111"/>
                <w:sz w:val="14"/>
              </w:rPr>
              <w:t>Ask before telling.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Three Choices</w:t>
            </w:r>
          </w:p>
        </w:tc>
        <w:tc>
          <w:tcPr>
            <w:tcW w:type="dxa" w:w="4104"/>
            <w:vAlign w:val="center"/>
            <w:tcMar>
              <w:top w:w="42" w:type="dxa"/>
              <w:start w:w="50" w:type="dxa"/>
              <w:bottom w:w="42" w:type="dxa"/>
              <w:end w:w="50" w:type="dxa"/>
            </w:tcMar>
          </w:tcPr>
          <w:p>
            <w:pPr>
              <w:keepLines/>
            </w:pPr>
            <w:r>
              <w:rPr>
                <w:b w:val="0"/>
                <w:i w:val="0"/>
                <w:color w:val="111111"/>
                <w:sz w:val="14"/>
              </w:rPr>
              <w:t>2v1 or 2v2 with bonus for a clear pass, dribble or shot decision.</w:t>
            </w:r>
          </w:p>
        </w:tc>
        <w:tc>
          <w:tcPr>
            <w:tcW w:type="dxa" w:w="2563"/>
            <w:vAlign w:val="center"/>
            <w:tcMar>
              <w:top w:w="42" w:type="dxa"/>
              <w:start w:w="50" w:type="dxa"/>
              <w:bottom w:w="42" w:type="dxa"/>
              <w:end w:w="50" w:type="dxa"/>
            </w:tcMar>
          </w:tcPr>
          <w:p>
            <w:pPr>
              <w:keepLines/>
            </w:pPr>
            <w:r>
              <w:rPr>
                <w:b w:val="0"/>
                <w:i w:val="0"/>
                <w:color w:val="111111"/>
                <w:sz w:val="14"/>
              </w:rPr>
              <w:t>Praise choice, not outcome.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Mystery Choice Challenge</w:t>
            </w:r>
          </w:p>
        </w:tc>
        <w:tc>
          <w:tcPr>
            <w:tcW w:type="dxa" w:w="4104"/>
            <w:vAlign w:val="center"/>
            <w:tcMar>
              <w:top w:w="42" w:type="dxa"/>
              <w:start w:w="50" w:type="dxa"/>
              <w:bottom w:w="42" w:type="dxa"/>
              <w:end w:w="50" w:type="dxa"/>
            </w:tcMar>
          </w:tcPr>
          <w:p>
            <w:pPr>
              <w:keepLines/>
            </w:pPr>
            <w:r>
              <w:rPr>
                <w:b w:val="0"/>
                <w:i w:val="0"/>
                <w:color w:val="111111"/>
                <w:sz w:val="14"/>
              </w:rPr>
              <w:t>Players draw/call a scenario and solve it.</w:t>
            </w:r>
          </w:p>
        </w:tc>
        <w:tc>
          <w:tcPr>
            <w:tcW w:type="dxa" w:w="2563"/>
            <w:vAlign w:val="center"/>
            <w:tcMar>
              <w:top w:w="42" w:type="dxa"/>
              <w:start w:w="50" w:type="dxa"/>
              <w:bottom w:w="42" w:type="dxa"/>
              <w:end w:w="50" w:type="dxa"/>
            </w:tcMar>
          </w:tcPr>
          <w:p>
            <w:pPr>
              <w:keepLines/>
            </w:pPr>
            <w:r>
              <w:rPr>
                <w:b w:val="0"/>
                <w:i w:val="0"/>
                <w:color w:val="111111"/>
                <w:sz w:val="14"/>
              </w:rPr>
              <w:t>Fun and independence.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Recognise brave choices.</w:t>
            </w:r>
          </w:p>
        </w:tc>
        <w:tc>
          <w:tcPr>
            <w:tcW w:type="dxa" w:w="2563"/>
            <w:vAlign w:val="center"/>
            <w:tcMar>
              <w:top w:w="42" w:type="dxa"/>
              <w:start w:w="50" w:type="dxa"/>
              <w:bottom w:w="42" w:type="dxa"/>
              <w:end w:w="50" w:type="dxa"/>
            </w:tcMar>
          </w:tcPr>
          <w:p>
            <w:pPr>
              <w:keepLines/>
            </w:pPr>
            <w:r>
              <w:rPr>
                <w:b w:val="0"/>
                <w:i w:val="0"/>
                <w:color w:val="111111"/>
                <w:sz w:val="14"/>
              </w:rPr>
              <w:t>What did you look for first?</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looking before choosing?</w:t>
              <w:br/>
              <w:t>Are they comfortable making a different choice next time?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Present only two choices.</w:t>
              <w:br/>
              <w:t>Harder: Add a defender or reduce the time to decide.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Travelling awareness; stop, look and choose.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did you look for before choosing?</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Decision Points</w:t>
            </w:r>
          </w:p>
        </w:tc>
        <w:tc>
          <w:tcPr>
            <w:tcW w:type="dxa" w:w="5429"/>
            <w:shd w:fill="F28C28"/>
            <w:tcMar>
              <w:top w:w="62" w:type="dxa"/>
              <w:start w:w="82" w:type="dxa"/>
              <w:bottom w:w="62" w:type="dxa"/>
              <w:end w:w="82" w:type="dxa"/>
            </w:tcMar>
          </w:tcPr>
          <w:p>
            <w:pPr>
              <w:jc w:val="center"/>
              <w:keepLines/>
              <w:keepNext/>
            </w:pPr>
            <w:r>
              <w:rPr>
                <w:b/>
                <w:i w:val="0"/>
                <w:color w:val="FFFFFF"/>
                <w:sz w:val="15"/>
              </w:rPr>
              <w:t>5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decision stations, each offering a dribble, pass or shoot option.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through stations and earn a team point for making a clear, safe decision. Outcomes such as makes or misses do not change the point.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Look first.</w:t>
            </w:r>
          </w:p>
          <w:p>
            <w:pPr>
              <w:spacing w:after="0"/>
              <w:ind w:left="230" w:hanging="158"/>
              <w:keepLines/>
              <w:keepNext/>
            </w:pPr>
            <w:r>
              <w:rPr>
                <w:b/>
                <w:i w:val="0"/>
                <w:color w:val="0B5D4B"/>
                <w:sz w:val="14"/>
              </w:rPr>
              <w:t xml:space="preserve">• </w:t>
            </w:r>
            <w:r>
              <w:rPr>
                <w:b w:val="0"/>
                <w:i w:val="0"/>
                <w:color w:val="111111"/>
                <w:sz w:val="14"/>
              </w:rPr>
              <w:t>Choose clearly.</w:t>
            </w:r>
          </w:p>
          <w:p>
            <w:pPr>
              <w:spacing w:after="0"/>
              <w:ind w:left="230" w:hanging="158"/>
              <w:keepLines/>
              <w:keepNext/>
            </w:pPr>
            <w:r>
              <w:rPr>
                <w:b/>
                <w:i w:val="0"/>
                <w:color w:val="0B5D4B"/>
                <w:sz w:val="14"/>
              </w:rPr>
              <w:t xml:space="preserve">• </w:t>
            </w:r>
            <w:r>
              <w:rPr>
                <w:b w:val="0"/>
                <w:i w:val="0"/>
                <w:color w:val="111111"/>
                <w:sz w:val="14"/>
              </w:rPr>
              <w:t>Support the next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partner targets and baskets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only one option at each station.</w:t>
            </w:r>
          </w:p>
          <w:p>
            <w:pPr>
              <w:spacing w:after="0"/>
              <w:ind w:left="230" w:hanging="158"/>
              <w:keepLines/>
              <w:keepNext/>
            </w:pPr>
            <w:r>
              <w:rPr>
                <w:b/>
                <w:i w:val="0"/>
                <w:color w:val="0B5D4B"/>
                <w:sz w:val="14"/>
              </w:rPr>
              <w:t xml:space="preserve">• </w:t>
            </w:r>
            <w:r>
              <w:rPr>
                <w:b w:val="0"/>
                <w:i w:val="0"/>
                <w:color w:val="111111"/>
                <w:sz w:val="14"/>
              </w:rPr>
              <w:t>Coach gives a simple cue.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passive pressure.</w:t>
            </w:r>
          </w:p>
          <w:p>
            <w:pPr>
              <w:spacing w:after="0"/>
              <w:ind w:left="230" w:hanging="158"/>
              <w:keepLines/>
              <w:keepNext/>
            </w:pPr>
            <w:r>
              <w:rPr>
                <w:b/>
                <w:i w:val="0"/>
                <w:color w:val="0B5D4B"/>
                <w:sz w:val="14"/>
              </w:rPr>
              <w:t xml:space="preserve">• </w:t>
            </w:r>
            <w:r>
              <w:rPr>
                <w:b w:val="0"/>
                <w:i w:val="0"/>
                <w:color w:val="111111"/>
                <w:sz w:val="14"/>
              </w:rPr>
              <w:t>Ask players to explain one choice.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points reinforcing decisions rather than outcomes?</w:t>
            </w:r>
          </w:p>
          <w:p>
            <w:pPr>
              <w:spacing w:after="0"/>
              <w:ind w:left="230" w:hanging="158"/>
              <w:keepLines/>
              <w:keepNext/>
            </w:pPr>
            <w:r>
              <w:rPr>
                <w:b/>
                <w:i w:val="0"/>
                <w:color w:val="0B5D4B"/>
                <w:sz w:val="14"/>
              </w:rPr>
              <w:t xml:space="preserve">• </w:t>
            </w:r>
            <w:r>
              <w:rPr>
                <w:b w:val="0"/>
                <w:i w:val="0"/>
                <w:color w:val="111111"/>
                <w:sz w:val="14"/>
              </w:rPr>
              <w:t>Are players trying more than their favourite action?</w:t>
            </w:r>
          </w:p>
          <w:p>
            <w:pPr>
              <w:spacing w:before="20" w:after="0"/>
              <w:keepLines/>
              <w:keepNext/>
            </w:pPr>
            <w:r>
              <w:rPr>
                <w:b/>
                <w:i w:val="0"/>
                <w:color w:val="F28C28"/>
                <w:sz w:val="14"/>
              </w:rPr>
              <w:t>SAFETY</w:t>
            </w:r>
          </w:p>
          <w:p>
            <w:pPr>
              <w:spacing w:after="0"/>
              <w:keepLines/>
            </w:pPr>
            <w:r>
              <w:rPr>
                <w:sz w:val="14"/>
              </w:rPr>
              <w:t>Keep station routes separated and retrieve rebounds safely.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Three Choices</w:t>
            </w:r>
          </w:p>
        </w:tc>
        <w:tc>
          <w:tcPr>
            <w:tcW w:type="dxa" w:w="5429"/>
            <w:shd w:fill="F28C28"/>
            <w:tcMar>
              <w:top w:w="62" w:type="dxa"/>
              <w:start w:w="82" w:type="dxa"/>
              <w:bottom w:w="62" w:type="dxa"/>
              <w:end w:w="82" w:type="dxa"/>
            </w:tcMar>
          </w:tcPr>
          <w:p>
            <w:pPr>
              <w:jc w:val="center"/>
              <w:keepLines/>
              <w:keepNext/>
            </w:pPr>
            <w:r>
              <w:rPr>
                <w:b/>
                <w:i w:val="0"/>
                <w:color w:val="FFFFFF"/>
                <w:sz w:val="15"/>
              </w:rPr>
              <w:t>8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At a central cone, create three options: a dribble gate, a passing partner and a close shooting spot.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approach the decision cone, scan and choose one option. Reset quickly and encourage different choices over several turns.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Stop, look, choose.</w:t>
            </w:r>
          </w:p>
          <w:p>
            <w:pPr>
              <w:spacing w:after="0"/>
              <w:ind w:left="230" w:hanging="158"/>
              <w:keepLines/>
              <w:keepNext/>
            </w:pPr>
            <w:r>
              <w:rPr>
                <w:b/>
                <w:i w:val="0"/>
                <w:color w:val="0B5D4B"/>
                <w:sz w:val="14"/>
              </w:rPr>
              <w:t xml:space="preserve">• </w:t>
            </w:r>
            <w:r>
              <w:rPr>
                <w:b w:val="0"/>
                <w:i w:val="0"/>
                <w:color w:val="111111"/>
                <w:sz w:val="14"/>
              </w:rPr>
              <w:t>Make a safe decision.</w:t>
            </w:r>
          </w:p>
          <w:p>
            <w:pPr>
              <w:spacing w:after="0"/>
              <w:ind w:left="230" w:hanging="158"/>
              <w:keepLines/>
              <w:keepNext/>
            </w:pPr>
            <w:r>
              <w:rPr>
                <w:b/>
                <w:i w:val="0"/>
                <w:color w:val="0B5D4B"/>
                <w:sz w:val="14"/>
              </w:rPr>
              <w:t xml:space="preserve">• </w:t>
            </w:r>
            <w:r>
              <w:rPr>
                <w:b w:val="0"/>
                <w:i w:val="0"/>
                <w:color w:val="111111"/>
                <w:sz w:val="14"/>
              </w:rPr>
              <w:t>Move confidently.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 partner target and basket</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Coach points to the option.</w:t>
            </w:r>
          </w:p>
          <w:p>
            <w:pPr>
              <w:spacing w:after="0"/>
              <w:ind w:left="230" w:hanging="158"/>
              <w:keepLines/>
              <w:keepNext/>
            </w:pPr>
            <w:r>
              <w:rPr>
                <w:b/>
                <w:i w:val="0"/>
                <w:color w:val="0B5D4B"/>
                <w:sz w:val="14"/>
              </w:rPr>
              <w:t xml:space="preserve">• </w:t>
            </w:r>
            <w:r>
              <w:rPr>
                <w:b w:val="0"/>
                <w:i w:val="0"/>
                <w:color w:val="111111"/>
                <w:sz w:val="14"/>
              </w:rPr>
              <w:t>Use only two choices.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passive defender.</w:t>
            </w:r>
          </w:p>
          <w:p>
            <w:pPr>
              <w:spacing w:after="0"/>
              <w:ind w:left="230" w:hanging="158"/>
              <w:keepLines/>
              <w:keepNext/>
            </w:pPr>
            <w:r>
              <w:rPr>
                <w:b/>
                <w:i w:val="0"/>
                <w:color w:val="0B5D4B"/>
                <w:sz w:val="14"/>
              </w:rPr>
              <w:t xml:space="preserve">• </w:t>
            </w:r>
            <w:r>
              <w:rPr>
                <w:b w:val="0"/>
                <w:i w:val="0"/>
                <w:color w:val="111111"/>
                <w:sz w:val="14"/>
              </w:rPr>
              <w:t>Award recognition for using all three options.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genuinely scanning?</w:t>
            </w:r>
          </w:p>
          <w:p>
            <w:pPr>
              <w:spacing w:after="0"/>
              <w:ind w:left="230" w:hanging="158"/>
              <w:keepLines/>
              <w:keepNext/>
            </w:pPr>
            <w:r>
              <w:rPr>
                <w:b/>
                <w:i w:val="0"/>
                <w:color w:val="0B5D4B"/>
                <w:sz w:val="14"/>
              </w:rPr>
              <w:t xml:space="preserve">• </w:t>
            </w:r>
            <w:r>
              <w:rPr>
                <w:b w:val="0"/>
                <w:i w:val="0"/>
                <w:color w:val="111111"/>
                <w:sz w:val="14"/>
              </w:rPr>
              <w:t>Do coaches praise the choice rather than only the result?</w:t>
            </w:r>
          </w:p>
          <w:p>
            <w:pPr>
              <w:spacing w:before="20" w:after="0"/>
              <w:keepLines/>
              <w:keepNext/>
            </w:pPr>
            <w:r>
              <w:rPr>
                <w:b/>
                <w:i w:val="0"/>
                <w:color w:val="F28C28"/>
                <w:sz w:val="14"/>
              </w:rPr>
              <w:t>SAFETY</w:t>
            </w:r>
          </w:p>
          <w:p>
            <w:pPr>
              <w:spacing w:after="0"/>
              <w:keepLines/>
            </w:pPr>
            <w:r>
              <w:rPr>
                <w:sz w:val="14"/>
              </w:rPr>
              <w:t>Separate the three routes clearly to avoid crossing paths.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Three Choices</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At a central cone, create three options: a dribble gate, a passing partner and a close shooting spot.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approach the decision cone, scan and choose one option. Reset quickly and encourage different choices over several turns.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Stop, look, choose.</w:t>
            </w:r>
          </w:p>
          <w:p>
            <w:pPr>
              <w:spacing w:after="0"/>
              <w:ind w:left="230" w:hanging="158"/>
              <w:keepLines/>
              <w:keepNext/>
            </w:pPr>
            <w:r>
              <w:rPr>
                <w:b/>
                <w:i w:val="0"/>
                <w:color w:val="0B5D4B"/>
                <w:sz w:val="14"/>
              </w:rPr>
              <w:t xml:space="preserve">• </w:t>
            </w:r>
            <w:r>
              <w:rPr>
                <w:b w:val="0"/>
                <w:i w:val="0"/>
                <w:color w:val="111111"/>
                <w:sz w:val="14"/>
              </w:rPr>
              <w:t>Make a safe decision.</w:t>
            </w:r>
          </w:p>
          <w:p>
            <w:pPr>
              <w:spacing w:after="0"/>
              <w:ind w:left="230" w:hanging="158"/>
              <w:keepLines/>
              <w:keepNext/>
            </w:pPr>
            <w:r>
              <w:rPr>
                <w:b/>
                <w:i w:val="0"/>
                <w:color w:val="0B5D4B"/>
                <w:sz w:val="14"/>
              </w:rPr>
              <w:t xml:space="preserve">• </w:t>
            </w:r>
            <w:r>
              <w:rPr>
                <w:b w:val="0"/>
                <w:i w:val="0"/>
                <w:color w:val="111111"/>
                <w:sz w:val="14"/>
              </w:rPr>
              <w:t>Move confidently.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 partner target and basket</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Coach points to the option.</w:t>
            </w:r>
          </w:p>
          <w:p>
            <w:pPr>
              <w:spacing w:after="0"/>
              <w:ind w:left="230" w:hanging="158"/>
              <w:keepLines/>
              <w:keepNext/>
            </w:pPr>
            <w:r>
              <w:rPr>
                <w:b/>
                <w:i w:val="0"/>
                <w:color w:val="0B5D4B"/>
                <w:sz w:val="14"/>
              </w:rPr>
              <w:t xml:space="preserve">• </w:t>
            </w:r>
            <w:r>
              <w:rPr>
                <w:b w:val="0"/>
                <w:i w:val="0"/>
                <w:color w:val="111111"/>
                <w:sz w:val="14"/>
              </w:rPr>
              <w:t>Use only two choices.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passive defender.</w:t>
            </w:r>
          </w:p>
          <w:p>
            <w:pPr>
              <w:spacing w:after="0"/>
              <w:ind w:left="230" w:hanging="158"/>
              <w:keepLines/>
              <w:keepNext/>
            </w:pPr>
            <w:r>
              <w:rPr>
                <w:b/>
                <w:i w:val="0"/>
                <w:color w:val="0B5D4B"/>
                <w:sz w:val="14"/>
              </w:rPr>
              <w:t xml:space="preserve">• </w:t>
            </w:r>
            <w:r>
              <w:rPr>
                <w:b w:val="0"/>
                <w:i w:val="0"/>
                <w:color w:val="111111"/>
                <w:sz w:val="14"/>
              </w:rPr>
              <w:t>Award recognition for using all three options.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genuinely scanning?</w:t>
            </w:r>
          </w:p>
          <w:p>
            <w:pPr>
              <w:spacing w:after="0"/>
              <w:ind w:left="230" w:hanging="158"/>
              <w:keepLines/>
              <w:keepNext/>
            </w:pPr>
            <w:r>
              <w:rPr>
                <w:b/>
                <w:i w:val="0"/>
                <w:color w:val="0B5D4B"/>
                <w:sz w:val="14"/>
              </w:rPr>
              <w:t xml:space="preserve">• </w:t>
            </w:r>
            <w:r>
              <w:rPr>
                <w:b w:val="0"/>
                <w:i w:val="0"/>
                <w:color w:val="111111"/>
                <w:sz w:val="14"/>
              </w:rPr>
              <w:t>Do coaches praise the choice rather than only the result?</w:t>
            </w:r>
          </w:p>
          <w:p>
            <w:pPr>
              <w:spacing w:before="20" w:after="0"/>
              <w:keepLines/>
              <w:keepNext/>
            </w:pPr>
            <w:r>
              <w:rPr>
                <w:b/>
                <w:i w:val="0"/>
                <w:color w:val="F28C28"/>
                <w:sz w:val="14"/>
              </w:rPr>
              <w:t>SAFETY</w:t>
            </w:r>
          </w:p>
          <w:p>
            <w:pPr>
              <w:spacing w:after="0"/>
              <w:keepLines/>
            </w:pPr>
            <w:r>
              <w:rPr>
                <w:sz w:val="14"/>
              </w:rPr>
              <w:t>Separate the three routes clearly to avoid crossing paths.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Three Choices</w:t>
            </w:r>
          </w:p>
        </w:tc>
        <w:tc>
          <w:tcPr>
            <w:tcW w:type="dxa" w:w="5429"/>
            <w:shd w:fill="F28C28"/>
            <w:tcMar>
              <w:top w:w="62" w:type="dxa"/>
              <w:start w:w="82" w:type="dxa"/>
              <w:bottom w:w="62" w:type="dxa"/>
              <w:end w:w="82" w:type="dxa"/>
            </w:tcMar>
          </w:tcPr>
          <w:p>
            <w:pPr>
              <w:jc w:val="center"/>
              <w:keepLines/>
              <w:keepNext/>
            </w:pPr>
            <w:r>
              <w:rPr>
                <w:b/>
                <w:i w:val="0"/>
                <w:color w:val="FFFFFF"/>
                <w:sz w:val="15"/>
              </w:rPr>
              <w:t>17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At a central cone, create three options: a dribble gate, a passing partner and a close shooting spot.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approach the decision cone, scan and choose one option. Reset quickly and encourage different choices over several turns.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Stop, look, choose.</w:t>
            </w:r>
          </w:p>
          <w:p>
            <w:pPr>
              <w:spacing w:after="0"/>
              <w:ind w:left="230" w:hanging="158"/>
              <w:keepLines/>
              <w:keepNext/>
            </w:pPr>
            <w:r>
              <w:rPr>
                <w:b/>
                <w:i w:val="0"/>
                <w:color w:val="0B5D4B"/>
                <w:sz w:val="14"/>
              </w:rPr>
              <w:t xml:space="preserve">• </w:t>
            </w:r>
            <w:r>
              <w:rPr>
                <w:b w:val="0"/>
                <w:i w:val="0"/>
                <w:color w:val="111111"/>
                <w:sz w:val="14"/>
              </w:rPr>
              <w:t>Make a safe decision.</w:t>
            </w:r>
          </w:p>
          <w:p>
            <w:pPr>
              <w:spacing w:after="0"/>
              <w:ind w:left="230" w:hanging="158"/>
              <w:keepLines/>
              <w:keepNext/>
            </w:pPr>
            <w:r>
              <w:rPr>
                <w:b/>
                <w:i w:val="0"/>
                <w:color w:val="0B5D4B"/>
                <w:sz w:val="14"/>
              </w:rPr>
              <w:t xml:space="preserve">• </w:t>
            </w:r>
            <w:r>
              <w:rPr>
                <w:b w:val="0"/>
                <w:i w:val="0"/>
                <w:color w:val="111111"/>
                <w:sz w:val="14"/>
              </w:rPr>
              <w:t>Move confidently.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 partner target and basket</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Coach points to the option.</w:t>
            </w:r>
          </w:p>
          <w:p>
            <w:pPr>
              <w:spacing w:after="0"/>
              <w:ind w:left="230" w:hanging="158"/>
              <w:keepLines/>
              <w:keepNext/>
            </w:pPr>
            <w:r>
              <w:rPr>
                <w:b/>
                <w:i w:val="0"/>
                <w:color w:val="0B5D4B"/>
                <w:sz w:val="14"/>
              </w:rPr>
              <w:t xml:space="preserve">• </w:t>
            </w:r>
            <w:r>
              <w:rPr>
                <w:b w:val="0"/>
                <w:i w:val="0"/>
                <w:color w:val="111111"/>
                <w:sz w:val="14"/>
              </w:rPr>
              <w:t>Use only two choices.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passive defender.</w:t>
            </w:r>
          </w:p>
          <w:p>
            <w:pPr>
              <w:spacing w:after="0"/>
              <w:ind w:left="230" w:hanging="158"/>
              <w:keepLines/>
              <w:keepNext/>
            </w:pPr>
            <w:r>
              <w:rPr>
                <w:b/>
                <w:i w:val="0"/>
                <w:color w:val="0B5D4B"/>
                <w:sz w:val="14"/>
              </w:rPr>
              <w:t xml:space="preserve">• </w:t>
            </w:r>
            <w:r>
              <w:rPr>
                <w:b w:val="0"/>
                <w:i w:val="0"/>
                <w:color w:val="111111"/>
                <w:sz w:val="14"/>
              </w:rPr>
              <w:t>Award recognition for using all three options.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genuinely scanning?</w:t>
            </w:r>
          </w:p>
          <w:p>
            <w:pPr>
              <w:spacing w:after="0"/>
              <w:ind w:left="230" w:hanging="158"/>
              <w:keepLines/>
              <w:keepNext/>
            </w:pPr>
            <w:r>
              <w:rPr>
                <w:b/>
                <w:i w:val="0"/>
                <w:color w:val="0B5D4B"/>
                <w:sz w:val="14"/>
              </w:rPr>
              <w:t xml:space="preserve">• </w:t>
            </w:r>
            <w:r>
              <w:rPr>
                <w:b w:val="0"/>
                <w:i w:val="0"/>
                <w:color w:val="111111"/>
                <w:sz w:val="14"/>
              </w:rPr>
              <w:t>Do coaches praise the choice rather than only the result?</w:t>
            </w:r>
          </w:p>
          <w:p>
            <w:pPr>
              <w:spacing w:before="20" w:after="0"/>
              <w:keepLines/>
              <w:keepNext/>
            </w:pPr>
            <w:r>
              <w:rPr>
                <w:b/>
                <w:i w:val="0"/>
                <w:color w:val="F28C28"/>
                <w:sz w:val="14"/>
              </w:rPr>
              <w:t>SAFETY</w:t>
            </w:r>
          </w:p>
          <w:p>
            <w:pPr>
              <w:spacing w:after="0"/>
              <w:keepLines/>
            </w:pPr>
            <w:r>
              <w:rPr>
                <w:sz w:val="14"/>
              </w:rPr>
              <w:t>Separate the three routes clearly to avoid crossing paths.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Mystery Choice Challenge</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Prepare cards or verbal prompts showing a basketball problem: open lane, open teammate, close shot, defender ahead.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 player receives a prompt and solves it with a dribble, pass or shot. Teammates may suggest another valid answer after the turn.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Look at the problem.</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Different answers can work.</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simple choice cards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only two familiar prompts.</w:t>
            </w:r>
          </w:p>
          <w:p>
            <w:pPr>
              <w:spacing w:after="0"/>
              <w:ind w:left="230" w:hanging="158"/>
              <w:keepLines/>
              <w:keepNext/>
            </w:pPr>
            <w:r>
              <w:rPr>
                <w:b/>
                <w:i w:val="0"/>
                <w:color w:val="0B5D4B"/>
                <w:sz w:val="14"/>
              </w:rPr>
              <w:t xml:space="preserve">• </w:t>
            </w:r>
            <w:r>
              <w:rPr>
                <w:b w:val="0"/>
                <w:i w:val="0"/>
                <w:color w:val="111111"/>
                <w:sz w:val="14"/>
              </w:rPr>
              <w:t>Allow a coach demonstration first.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Let players invent a scenario.</w:t>
            </w:r>
          </w:p>
          <w:p>
            <w:pPr>
              <w:spacing w:after="0"/>
              <w:ind w:left="230" w:hanging="158"/>
              <w:keepLines/>
              <w:keepNext/>
            </w:pPr>
            <w:r>
              <w:rPr>
                <w:b/>
                <w:i w:val="0"/>
                <w:color w:val="0B5D4B"/>
                <w:sz w:val="14"/>
              </w:rPr>
              <w:t xml:space="preserve">• </w:t>
            </w:r>
            <w:r>
              <w:rPr>
                <w:b w:val="0"/>
                <w:i w:val="0"/>
                <w:color w:val="111111"/>
                <w:sz w:val="14"/>
              </w:rPr>
              <w:t>Add a passive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thinking time?</w:t>
            </w:r>
          </w:p>
          <w:p>
            <w:pPr>
              <w:spacing w:after="0"/>
              <w:ind w:left="230" w:hanging="158"/>
              <w:keepLines/>
              <w:keepNext/>
            </w:pPr>
            <w:r>
              <w:rPr>
                <w:b/>
                <w:i w:val="0"/>
                <w:color w:val="0B5D4B"/>
                <w:sz w:val="14"/>
              </w:rPr>
              <w:t xml:space="preserve">• </w:t>
            </w:r>
            <w:r>
              <w:rPr>
                <w:b w:val="0"/>
                <w:i w:val="0"/>
                <w:color w:val="111111"/>
                <w:sz w:val="14"/>
              </w:rPr>
              <w:t>Are coaches avoiding a single “correct” answer when several are safe?</w:t>
            </w:r>
          </w:p>
          <w:p>
            <w:pPr>
              <w:spacing w:before="20" w:after="0"/>
              <w:keepLines/>
              <w:keepNext/>
            </w:pPr>
            <w:r>
              <w:rPr>
                <w:b/>
                <w:i w:val="0"/>
                <w:color w:val="F28C28"/>
                <w:sz w:val="14"/>
              </w:rPr>
              <w:t>SAFETY</w:t>
            </w:r>
          </w:p>
          <w:p>
            <w:pPr>
              <w:spacing w:after="0"/>
              <w:keepLines/>
            </w:pPr>
            <w:r>
              <w:rPr>
                <w:sz w:val="14"/>
              </w:rPr>
              <w:t>Keep equipment and waiting players away from active routes.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23: SIMPLE 3V3</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Spread out, share and move in introductory 3v3.</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Be patient and inclusive.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Spread out, share and move; change between attack and defence; use simple restarts.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Find a Spot</w:t>
            </w:r>
          </w:p>
        </w:tc>
        <w:tc>
          <w:tcPr>
            <w:tcW w:type="dxa" w:w="4104"/>
            <w:vAlign w:val="center"/>
            <w:tcMar>
              <w:top w:w="42" w:type="dxa"/>
              <w:start w:w="50" w:type="dxa"/>
              <w:bottom w:w="42" w:type="dxa"/>
              <w:end w:w="50" w:type="dxa"/>
            </w:tcMar>
          </w:tcPr>
          <w:p>
            <w:pPr>
              <w:keepLines/>
            </w:pPr>
            <w:r>
              <w:rPr>
                <w:b w:val="0"/>
                <w:i w:val="0"/>
                <w:color w:val="111111"/>
                <w:sz w:val="14"/>
              </w:rPr>
              <w:t>Groups of three move among three wide spots.</w:t>
            </w:r>
          </w:p>
        </w:tc>
        <w:tc>
          <w:tcPr>
            <w:tcW w:type="dxa" w:w="2563"/>
            <w:vAlign w:val="center"/>
            <w:tcMar>
              <w:top w:w="42" w:type="dxa"/>
              <w:start w:w="50" w:type="dxa"/>
              <w:bottom w:w="42" w:type="dxa"/>
              <w:end w:w="50" w:type="dxa"/>
            </w:tcMar>
          </w:tcPr>
          <w:p>
            <w:pPr>
              <w:keepLines/>
            </w:pPr>
            <w:r>
              <w:rPr>
                <w:b w:val="0"/>
                <w:i w:val="0"/>
                <w:color w:val="111111"/>
                <w:sz w:val="14"/>
              </w:rPr>
              <w:t>Maintain space.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Four Corners</w:t>
            </w:r>
          </w:p>
        </w:tc>
        <w:tc>
          <w:tcPr>
            <w:tcW w:type="dxa" w:w="4104"/>
            <w:vAlign w:val="center"/>
            <w:tcMar>
              <w:top w:w="42" w:type="dxa"/>
              <w:start w:w="50" w:type="dxa"/>
              <w:bottom w:w="42" w:type="dxa"/>
              <w:end w:w="50" w:type="dxa"/>
            </w:tcMar>
          </w:tcPr>
          <w:p>
            <w:pPr>
              <w:keepLines/>
            </w:pPr>
            <w:r>
              <w:rPr>
                <w:b w:val="0"/>
                <w:i w:val="0"/>
                <w:color w:val="111111"/>
                <w:sz w:val="14"/>
              </w:rPr>
              <w:t>Three players advance with passes and movement.</w:t>
            </w:r>
          </w:p>
        </w:tc>
        <w:tc>
          <w:tcPr>
            <w:tcW w:type="dxa" w:w="2563"/>
            <w:vAlign w:val="center"/>
            <w:tcMar>
              <w:top w:w="42" w:type="dxa"/>
              <w:start w:w="50" w:type="dxa"/>
              <w:bottom w:w="42" w:type="dxa"/>
              <w:end w:w="50" w:type="dxa"/>
            </w:tcMar>
          </w:tcPr>
          <w:p>
            <w:pPr>
              <w:keepLines/>
            </w:pPr>
            <w:r>
              <w:rPr>
                <w:b w:val="0"/>
                <w:i w:val="0"/>
                <w:color w:val="111111"/>
                <w:sz w:val="14"/>
              </w:rPr>
              <w:t>No fixed positions.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Passing Lanes</w:t>
            </w:r>
          </w:p>
        </w:tc>
        <w:tc>
          <w:tcPr>
            <w:tcW w:type="dxa" w:w="4104"/>
            <w:vAlign w:val="center"/>
            <w:tcMar>
              <w:top w:w="42" w:type="dxa"/>
              <w:start w:w="50" w:type="dxa"/>
              <w:bottom w:w="42" w:type="dxa"/>
              <w:end w:w="50" w:type="dxa"/>
            </w:tcMar>
          </w:tcPr>
          <w:p>
            <w:pPr>
              <w:keepLines/>
            </w:pPr>
            <w:r>
              <w:rPr>
                <w:b w:val="0"/>
                <w:i w:val="0"/>
                <w:color w:val="111111"/>
                <w:sz w:val="14"/>
              </w:rPr>
              <w:t>Three attackers keep ball from one light defender.</w:t>
            </w:r>
          </w:p>
        </w:tc>
        <w:tc>
          <w:tcPr>
            <w:tcW w:type="dxa" w:w="2563"/>
            <w:vAlign w:val="center"/>
            <w:tcMar>
              <w:top w:w="42" w:type="dxa"/>
              <w:start w:w="50" w:type="dxa"/>
              <w:bottom w:w="42" w:type="dxa"/>
              <w:end w:w="50" w:type="dxa"/>
            </w:tcMar>
          </w:tcPr>
          <w:p>
            <w:pPr>
              <w:keepLines/>
            </w:pPr>
            <w:r>
              <w:rPr>
                <w:b w:val="0"/>
                <w:i w:val="0"/>
                <w:color w:val="111111"/>
                <w:sz w:val="14"/>
              </w:rPr>
              <w:t>Short passes, spread out.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Simple 3v3</w:t>
            </w:r>
          </w:p>
        </w:tc>
        <w:tc>
          <w:tcPr>
            <w:tcW w:type="dxa" w:w="4104"/>
            <w:vAlign w:val="center"/>
            <w:tcMar>
              <w:top w:w="42" w:type="dxa"/>
              <w:start w:w="50" w:type="dxa"/>
              <w:bottom w:w="42" w:type="dxa"/>
              <w:end w:w="50" w:type="dxa"/>
            </w:tcMar>
          </w:tcPr>
          <w:p>
            <w:pPr>
              <w:keepLines/>
            </w:pPr>
            <w:r>
              <w:rPr>
                <w:b w:val="0"/>
                <w:i w:val="0"/>
                <w:color w:val="111111"/>
                <w:sz w:val="14"/>
              </w:rPr>
              <w:t>Short half-court games; coach supports direction, spacing and restarts.</w:t>
            </w:r>
          </w:p>
        </w:tc>
        <w:tc>
          <w:tcPr>
            <w:tcW w:type="dxa" w:w="2563"/>
            <w:vAlign w:val="center"/>
            <w:tcMar>
              <w:top w:w="42" w:type="dxa"/>
              <w:start w:w="50" w:type="dxa"/>
              <w:bottom w:w="42" w:type="dxa"/>
              <w:end w:w="50" w:type="dxa"/>
            </w:tcMar>
          </w:tcPr>
          <w:p>
            <w:pPr>
              <w:keepLines/>
            </w:pPr>
            <w:r>
              <w:rPr>
                <w:b w:val="0"/>
                <w:i w:val="0"/>
                <w:color w:val="111111"/>
                <w:sz w:val="14"/>
              </w:rPr>
              <w:t>Minimal stoppages.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Keep It Moving</w:t>
            </w:r>
          </w:p>
        </w:tc>
        <w:tc>
          <w:tcPr>
            <w:tcW w:type="dxa" w:w="4104"/>
            <w:vAlign w:val="center"/>
            <w:tcMar>
              <w:top w:w="42" w:type="dxa"/>
              <w:start w:w="50" w:type="dxa"/>
              <w:bottom w:w="42" w:type="dxa"/>
              <w:end w:w="50" w:type="dxa"/>
            </w:tcMar>
          </w:tcPr>
          <w:p>
            <w:pPr>
              <w:keepLines/>
            </w:pPr>
            <w:r>
              <w:rPr>
                <w:b w:val="0"/>
                <w:i w:val="0"/>
                <w:color w:val="111111"/>
                <w:sz w:val="14"/>
              </w:rPr>
              <w:t>Bonus for three players touching ball before a shot.</w:t>
            </w:r>
          </w:p>
        </w:tc>
        <w:tc>
          <w:tcPr>
            <w:tcW w:type="dxa" w:w="2563"/>
            <w:vAlign w:val="center"/>
            <w:tcMar>
              <w:top w:w="42" w:type="dxa"/>
              <w:start w:w="50" w:type="dxa"/>
              <w:bottom w:w="42" w:type="dxa"/>
              <w:end w:w="50" w:type="dxa"/>
            </w:tcMar>
          </w:tcPr>
          <w:p>
            <w:pPr>
              <w:keepLines/>
            </w:pPr>
            <w:r>
              <w:rPr>
                <w:b w:val="0"/>
                <w:i w:val="0"/>
                <w:color w:val="111111"/>
                <w:sz w:val="14"/>
              </w:rPr>
              <w:t>Inclusion over winning.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patience and sharing.</w:t>
            </w:r>
          </w:p>
        </w:tc>
        <w:tc>
          <w:tcPr>
            <w:tcW w:type="dxa" w:w="2563"/>
            <w:vAlign w:val="center"/>
            <w:tcMar>
              <w:top w:w="42" w:type="dxa"/>
              <w:start w:w="50" w:type="dxa"/>
              <w:bottom w:w="42" w:type="dxa"/>
              <w:end w:w="50" w:type="dxa"/>
            </w:tcMar>
          </w:tcPr>
          <w:p>
            <w:pPr>
              <w:keepLines/>
            </w:pPr>
            <w:r>
              <w:rPr>
                <w:b w:val="0"/>
                <w:i w:val="0"/>
                <w:color w:val="111111"/>
                <w:sz w:val="14"/>
              </w:rPr>
              <w:t>How did spacing help?</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all three attackers staying involved?</w:t>
              <w:br/>
              <w:t>Are players crowding the ball or finding width?</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Start with 3v0 or 3v1.</w:t>
              <w:br/>
              <w:t>Harder: Use full 3v3 with a pass-before-score condition.</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Simple restarts, spacing and direction of play.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Why did spreading out help?</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Find a Spot</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Scatter more spots than players around the court.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around the area. On the signal, each finds an empty spot and stops in balance. Remove or move spots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Look before moving.</w:t>
            </w:r>
          </w:p>
          <w:p>
            <w:pPr>
              <w:spacing w:after="0"/>
              <w:ind w:left="230" w:hanging="158"/>
              <w:keepLines/>
              <w:keepNext/>
            </w:pPr>
            <w:r>
              <w:rPr>
                <w:b/>
                <w:i w:val="0"/>
                <w:color w:val="0B5D4B"/>
                <w:sz w:val="14"/>
              </w:rPr>
              <w:t xml:space="preserve">• </w:t>
            </w:r>
            <w:r>
              <w:rPr>
                <w:b w:val="0"/>
                <w:i w:val="0"/>
                <w:color w:val="111111"/>
                <w:sz w:val="14"/>
              </w:rPr>
              <w:t>Choose an empty spot.</w:t>
            </w:r>
          </w:p>
          <w:p>
            <w:pPr>
              <w:spacing w:after="0"/>
              <w:ind w:left="230" w:hanging="158"/>
              <w:keepLines/>
              <w:keepNext/>
            </w:pPr>
            <w:r>
              <w:rPr>
                <w:b/>
                <w:i w:val="0"/>
                <w:color w:val="0B5D4B"/>
                <w:sz w:val="14"/>
              </w:rPr>
              <w:t xml:space="preserve">• </w:t>
            </w:r>
            <w:r>
              <w:rPr>
                <w:b w:val="0"/>
                <w:i w:val="0"/>
                <w:color w:val="111111"/>
                <w:sz w:val="14"/>
              </w:rPr>
              <w:t>Stop with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Floor spots or cones; balls optional</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many large spots.</w:t>
            </w:r>
          </w:p>
          <w:p>
            <w:pPr>
              <w:spacing w:after="0"/>
              <w:ind w:left="230" w:hanging="158"/>
              <w:keepLines/>
              <w:keepNext/>
            </w:pPr>
            <w:r>
              <w:rPr>
                <w:b/>
                <w:i w:val="0"/>
                <w:color w:val="0B5D4B"/>
                <w:sz w:val="14"/>
              </w:rPr>
              <w:t xml:space="preserve">• </w:t>
            </w:r>
            <w:r>
              <w:rPr>
                <w:b w:val="0"/>
                <w:i w:val="0"/>
                <w:color w:val="111111"/>
                <w:sz w:val="14"/>
              </w:rPr>
              <w:t>Players walk.</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Carry or dribble a ball.</w:t>
            </w:r>
          </w:p>
          <w:p>
            <w:pPr>
              <w:spacing w:after="0"/>
              <w:ind w:left="230" w:hanging="158"/>
              <w:keepLines/>
              <w:keepNext/>
            </w:pPr>
            <w:r>
              <w:rPr>
                <w:b/>
                <w:i w:val="0"/>
                <w:color w:val="0B5D4B"/>
                <w:sz w:val="14"/>
              </w:rPr>
              <w:t xml:space="preserve">• </w:t>
            </w:r>
            <w:r>
              <w:rPr>
                <w:b w:val="0"/>
                <w:i w:val="0"/>
                <w:color w:val="111111"/>
                <w:sz w:val="14"/>
              </w:rPr>
              <w:t>Call a colour or court area to find.</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scans early rather than following others?</w:t>
            </w:r>
          </w:p>
          <w:p>
            <w:pPr>
              <w:spacing w:after="0"/>
              <w:ind w:left="230" w:hanging="158"/>
              <w:keepLines/>
              <w:keepNext/>
            </w:pPr>
            <w:r>
              <w:rPr>
                <w:b/>
                <w:i w:val="0"/>
                <w:color w:val="0B5D4B"/>
                <w:sz w:val="14"/>
              </w:rPr>
              <w:t xml:space="preserve">• </w:t>
            </w:r>
            <w:r>
              <w:rPr>
                <w:b w:val="0"/>
                <w:i w:val="0"/>
                <w:color w:val="111111"/>
                <w:sz w:val="14"/>
              </w:rPr>
              <w:t>Is anyone repeatedly left without a spot?</w:t>
            </w:r>
          </w:p>
          <w:p>
            <w:pPr>
              <w:spacing w:before="20" w:after="0"/>
              <w:keepLines/>
              <w:keepNext/>
            </w:pPr>
            <w:r>
              <w:rPr>
                <w:b/>
                <w:i w:val="0"/>
                <w:color w:val="F28C28"/>
                <w:sz w:val="14"/>
              </w:rPr>
              <w:t>SAFETY</w:t>
            </w:r>
          </w:p>
          <w:p>
            <w:pPr>
              <w:spacing w:after="0"/>
              <w:keepLines/>
            </w:pPr>
            <w:r>
              <w:rPr>
                <w:sz w:val="14"/>
              </w:rPr>
              <w:t>Always provide at least one more spot than players; no pushing or diving.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Four Corners</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four corner areas with different colours or names.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in the middle.</w:t>
            </w:r>
          </w:p>
          <w:p>
            <w:pPr>
              <w:spacing w:after="0"/>
              <w:ind w:left="230" w:hanging="158"/>
              <w:keepLines/>
              <w:keepNext/>
            </w:pPr>
            <w:r>
              <w:rPr>
                <w:b/>
                <w:i w:val="0"/>
                <w:color w:val="0B5D4B"/>
                <w:sz w:val="14"/>
              </w:rPr>
              <w:t xml:space="preserve">• </w:t>
            </w:r>
            <w:r>
              <w:rPr>
                <w:b w:val="0"/>
                <w:i w:val="0"/>
                <w:color w:val="111111"/>
                <w:sz w:val="14"/>
              </w:rPr>
              <w:t>Coach calls a corner, and players travel there using the named movement or ball skill.</w:t>
            </w:r>
          </w:p>
          <w:p>
            <w:pPr>
              <w:spacing w:after="0"/>
              <w:ind w:left="230" w:hanging="158"/>
              <w:keepLines/>
              <w:keepNext/>
            </w:pPr>
            <w:r>
              <w:rPr>
                <w:b/>
                <w:i w:val="0"/>
                <w:color w:val="0B5D4B"/>
                <w:sz w:val="14"/>
              </w:rPr>
              <w:t xml:space="preserve">• </w:t>
            </w:r>
            <w:r>
              <w:rPr>
                <w:b w:val="0"/>
                <w:i w:val="0"/>
                <w:color w:val="111111"/>
                <w:sz w:val="14"/>
              </w:rPr>
              <w:t>Progress to choosing the least crowded corner.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Listen, look, move.</w:t>
            </w:r>
          </w:p>
          <w:p>
            <w:pPr>
              <w:spacing w:after="0"/>
              <w:ind w:left="230" w:hanging="158"/>
              <w:keepLines/>
              <w:keepNext/>
            </w:pPr>
            <w:r>
              <w:rPr>
                <w:b/>
                <w:i w:val="0"/>
                <w:color w:val="0B5D4B"/>
                <w:sz w:val="14"/>
              </w:rPr>
              <w:t xml:space="preserve">• </w:t>
            </w:r>
            <w:r>
              <w:rPr>
                <w:b w:val="0"/>
                <w:i w:val="0"/>
                <w:color w:val="111111"/>
                <w:sz w:val="14"/>
              </w:rPr>
              <w:t>Find the open corner.</w:t>
            </w:r>
          </w:p>
          <w:p>
            <w:pPr>
              <w:spacing w:after="0"/>
              <w:ind w:left="230" w:hanging="158"/>
              <w:keepLines/>
              <w:keepNext/>
            </w:pPr>
            <w:r>
              <w:rPr>
                <w:b/>
                <w:i w:val="0"/>
                <w:color w:val="0B5D4B"/>
                <w:sz w:val="14"/>
              </w:rPr>
              <w:t xml:space="preserve">• </w:t>
            </w:r>
            <w:r>
              <w:rPr>
                <w:b w:val="0"/>
                <w:i w:val="0"/>
                <w:color w:val="111111"/>
                <w:sz w:val="14"/>
              </w:rPr>
              <w:t>Stop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Four coloured cones; balls optional</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Call one corner at a time.</w:t>
            </w:r>
          </w:p>
          <w:p>
            <w:pPr>
              <w:spacing w:after="0"/>
              <w:ind w:left="230" w:hanging="158"/>
              <w:keepLines/>
              <w:keepNext/>
            </w:pPr>
            <w:r>
              <w:rPr>
                <w:b/>
                <w:i w:val="0"/>
                <w:color w:val="0B5D4B"/>
                <w:sz w:val="14"/>
              </w:rPr>
              <w:t xml:space="preserve">• </w:t>
            </w:r>
            <w:r>
              <w:rPr>
                <w:b w:val="0"/>
                <w:i w:val="0"/>
                <w:color w:val="111111"/>
                <w:sz w:val="14"/>
              </w:rPr>
              <w:t>Players carry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Players choose based on space.</w:t>
            </w:r>
          </w:p>
          <w:p>
            <w:pPr>
              <w:spacing w:after="0"/>
              <w:ind w:left="230" w:hanging="158"/>
              <w:keepLines/>
              <w:keepNext/>
            </w:pPr>
            <w:r>
              <w:rPr>
                <w:b/>
                <w:i w:val="0"/>
                <w:color w:val="0B5D4B"/>
                <w:sz w:val="14"/>
              </w:rPr>
              <w:t xml:space="preserve">• </w:t>
            </w:r>
            <w:r>
              <w:rPr>
                <w:b w:val="0"/>
                <w:i w:val="0"/>
                <w:color w:val="111111"/>
                <w:sz w:val="14"/>
              </w:rPr>
              <w:t>Add passing partners at corners.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recognising crowded areas?</w:t>
            </w:r>
          </w:p>
          <w:p>
            <w:pPr>
              <w:spacing w:after="0"/>
              <w:ind w:left="230" w:hanging="158"/>
              <w:keepLines/>
              <w:keepNext/>
            </w:pPr>
            <w:r>
              <w:rPr>
                <w:b/>
                <w:i w:val="0"/>
                <w:color w:val="0B5D4B"/>
                <w:sz w:val="14"/>
              </w:rPr>
              <w:t xml:space="preserve">• </w:t>
            </w:r>
            <w:r>
              <w:rPr>
                <w:b w:val="0"/>
                <w:i w:val="0"/>
                <w:color w:val="111111"/>
                <w:sz w:val="14"/>
              </w:rPr>
              <w:t>Do they slow down before entering a corner?</w:t>
            </w:r>
          </w:p>
          <w:p>
            <w:pPr>
              <w:spacing w:before="20" w:after="0"/>
              <w:keepLines/>
              <w:keepNext/>
            </w:pPr>
            <w:r>
              <w:rPr>
                <w:b/>
                <w:i w:val="0"/>
                <w:color w:val="F28C28"/>
                <w:sz w:val="14"/>
              </w:rPr>
              <w:t>SAFETY</w:t>
            </w:r>
          </w:p>
          <w:p>
            <w:pPr>
              <w:spacing w:after="0"/>
              <w:keepLines/>
            </w:pPr>
            <w:r>
              <w:rPr>
                <w:sz w:val="14"/>
              </w:rPr>
              <w:t>Corners must be large enough and players must not race into walls.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Lanes</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Scatter cones as obstacles. Partners move through the area while staying several metres apart.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Before passing, the ball carrier must find a clear line to the partner. If a cone or player blocks the lane, one or both partners move first.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lane.</w:t>
            </w:r>
          </w:p>
          <w:p>
            <w:pPr>
              <w:spacing w:after="0"/>
              <w:ind w:left="230" w:hanging="158"/>
              <w:keepLines/>
              <w:keepNext/>
            </w:pPr>
            <w:r>
              <w:rPr>
                <w:b/>
                <w:i w:val="0"/>
                <w:color w:val="0B5D4B"/>
                <w:sz w:val="14"/>
              </w:rPr>
              <w:t xml:space="preserve">• </w:t>
            </w:r>
            <w:r>
              <w:rPr>
                <w:b w:val="0"/>
                <w:i w:val="0"/>
                <w:color w:val="111111"/>
                <w:sz w:val="14"/>
              </w:rPr>
              <w:t>Move before forcing a pass.</w:t>
            </w:r>
          </w:p>
          <w:p>
            <w:pPr>
              <w:spacing w:after="0"/>
              <w:ind w:left="230" w:hanging="158"/>
              <w:keepLines/>
              <w:keepNext/>
            </w:pPr>
            <w:r>
              <w:rPr>
                <w:b/>
                <w:i w:val="0"/>
                <w:color w:val="0B5D4B"/>
                <w:sz w:val="14"/>
              </w:rPr>
              <w:t xml:space="preserve">• </w:t>
            </w:r>
            <w:r>
              <w:rPr>
                <w:b w:val="0"/>
                <w:i w:val="0"/>
                <w:color w:val="111111"/>
                <w:sz w:val="14"/>
              </w:rPr>
              <w:t>Face your partner.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and cones</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obstacles.</w:t>
            </w:r>
          </w:p>
          <w:p>
            <w:pPr>
              <w:spacing w:after="0"/>
              <w:ind w:left="230" w:hanging="158"/>
              <w:keepLines/>
              <w:keepNext/>
            </w:pPr>
            <w:r>
              <w:rPr>
                <w:b/>
                <w:i w:val="0"/>
                <w:color w:val="0B5D4B"/>
                <w:sz w:val="14"/>
              </w:rPr>
              <w:t xml:space="preserve">• </w:t>
            </w:r>
            <w:r>
              <w:rPr>
                <w:b w:val="0"/>
                <w:i w:val="0"/>
                <w:color w:val="111111"/>
                <w:sz w:val="14"/>
              </w:rPr>
              <w:t>Let partners walk.</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more cones.</w:t>
            </w:r>
          </w:p>
          <w:p>
            <w:pPr>
              <w:spacing w:after="0"/>
              <w:ind w:left="230" w:hanging="158"/>
              <w:keepLines/>
              <w:keepNext/>
            </w:pPr>
            <w:r>
              <w:rPr>
                <w:b/>
                <w:i w:val="0"/>
                <w:color w:val="0B5D4B"/>
                <w:sz w:val="14"/>
              </w:rPr>
              <w:t xml:space="preserve">• </w:t>
            </w:r>
            <w:r>
              <w:rPr>
                <w:b w:val="0"/>
                <w:i w:val="0"/>
                <w:color w:val="111111"/>
                <w:sz w:val="14"/>
              </w:rPr>
              <w:t>Add a passive shadow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recognising blocked lanes?</w:t>
            </w:r>
          </w:p>
          <w:p>
            <w:pPr>
              <w:spacing w:after="0"/>
              <w:ind w:left="230" w:hanging="158"/>
              <w:keepLines/>
              <w:keepNext/>
            </w:pPr>
            <w:r>
              <w:rPr>
                <w:b/>
                <w:i w:val="0"/>
                <w:color w:val="0B5D4B"/>
                <w:sz w:val="14"/>
              </w:rPr>
              <w:t xml:space="preserve">• </w:t>
            </w:r>
            <w:r>
              <w:rPr>
                <w:b w:val="0"/>
                <w:i w:val="0"/>
                <w:color w:val="111111"/>
                <w:sz w:val="14"/>
              </w:rPr>
              <w:t>Do they reposition rather than throw through traffic?</w:t>
            </w:r>
          </w:p>
          <w:p>
            <w:pPr>
              <w:spacing w:before="20" w:after="0"/>
              <w:keepLines/>
              <w:keepNext/>
            </w:pPr>
            <w:r>
              <w:rPr>
                <w:b/>
                <w:i w:val="0"/>
                <w:color w:val="F28C28"/>
                <w:sz w:val="14"/>
              </w:rPr>
              <w:t>SAFETY</w:t>
            </w:r>
          </w:p>
          <w:p>
            <w:pPr>
              <w:spacing w:after="0"/>
              <w:keepLines/>
            </w:pPr>
            <w:r>
              <w:rPr>
                <w:sz w:val="14"/>
              </w:rPr>
              <w:t>Keep passes below head height and avoid crossing between nearby pairs.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Simple 3v3</w:t>
            </w:r>
          </w:p>
        </w:tc>
        <w:tc>
          <w:tcPr>
            <w:tcW w:type="dxa" w:w="5429"/>
            <w:shd w:fill="F28C28"/>
            <w:tcMar>
              <w:top w:w="62" w:type="dxa"/>
              <w:start w:w="82" w:type="dxa"/>
              <w:bottom w:w="62" w:type="dxa"/>
              <w:end w:w="82" w:type="dxa"/>
            </w:tcMar>
          </w:tcPr>
          <w:p>
            <w:pPr>
              <w:jc w:val="center"/>
              <w:keepLines/>
              <w:keepNext/>
            </w:pPr>
            <w:r>
              <w:rPr>
                <w:b/>
                <w:i w:val="0"/>
                <w:color w:val="FFFFFF"/>
                <w:sz w:val="15"/>
              </w:rPr>
              <w:t>17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teams of three and use one basket, two end zones or two target gates. Keep additional players in short rotations rather than long queues.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Teams play short possessions with simple restarts.</w:t>
            </w:r>
          </w:p>
          <w:p>
            <w:pPr>
              <w:spacing w:after="0"/>
              <w:ind w:left="230" w:hanging="158"/>
              <w:keepLines/>
              <w:keepNext/>
            </w:pPr>
            <w:r>
              <w:rPr>
                <w:b/>
                <w:i w:val="0"/>
                <w:color w:val="0B5D4B"/>
                <w:sz w:val="14"/>
              </w:rPr>
              <w:t xml:space="preserve">• </w:t>
            </w:r>
            <w:r>
              <w:rPr>
                <w:b w:val="0"/>
                <w:i w:val="0"/>
                <w:color w:val="111111"/>
                <w:sz w:val="14"/>
              </w:rPr>
              <w:t>Encourage spacing, passing and movement rather than set positions.</w:t>
            </w:r>
          </w:p>
          <w:p>
            <w:pPr>
              <w:spacing w:after="0"/>
              <w:ind w:left="230" w:hanging="158"/>
              <w:keepLines/>
              <w:keepNext/>
            </w:pPr>
            <w:r>
              <w:rPr>
                <w:b/>
                <w:i w:val="0"/>
                <w:color w:val="0B5D4B"/>
                <w:sz w:val="14"/>
              </w:rPr>
              <w:t xml:space="preserve">• </w:t>
            </w:r>
            <w:r>
              <w:rPr>
                <w:b w:val="0"/>
                <w:i w:val="0"/>
                <w:color w:val="111111"/>
                <w:sz w:val="14"/>
              </w:rPr>
              <w:t>Coaches may pause briefly to show open space, then restart.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Spread away from the ball.</w:t>
            </w:r>
          </w:p>
          <w:p>
            <w:pPr>
              <w:spacing w:after="0"/>
              <w:ind w:left="230" w:hanging="158"/>
              <w:keepLines/>
              <w:keepNext/>
            </w:pPr>
            <w:r>
              <w:rPr>
                <w:b/>
                <w:i w:val="0"/>
                <w:color w:val="0B5D4B"/>
                <w:sz w:val="14"/>
              </w:rPr>
              <w:t xml:space="preserve">• </w:t>
            </w:r>
            <w:r>
              <w:rPr>
                <w:b w:val="0"/>
                <w:i w:val="0"/>
                <w:color w:val="111111"/>
                <w:sz w:val="14"/>
              </w:rPr>
              <w:t>Pass and move.</w:t>
            </w:r>
          </w:p>
          <w:p>
            <w:pPr>
              <w:spacing w:after="0"/>
              <w:ind w:left="230" w:hanging="158"/>
              <w:keepLines/>
              <w:keepNext/>
            </w:pPr>
            <w:r>
              <w:rPr>
                <w:b/>
                <w:i w:val="0"/>
                <w:color w:val="0B5D4B"/>
                <w:sz w:val="14"/>
              </w:rPr>
              <w:t xml:space="preserve">• </w:t>
            </w:r>
            <w:r>
              <w:rPr>
                <w:b w:val="0"/>
                <w:i w:val="0"/>
                <w:color w:val="111111"/>
                <w:sz w:val="14"/>
              </w:rPr>
              <w:t>Attack one way and defend the other.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or group; Cones or floor markers; Bibs; Baskets or suitable targets</w:t>
            </w:r>
          </w:p>
          <w:p>
            <w:pPr>
              <w:spacing w:after="0"/>
              <w:ind w:left="230" w:hanging="158"/>
              <w:keepLines/>
              <w:keepNext/>
            </w:pPr>
            <w:r>
              <w:rPr>
                <w:b/>
                <w:i w:val="0"/>
                <w:color w:val="0B5D4B"/>
                <w:sz w:val="14"/>
              </w:rPr>
              <w:t xml:space="preserve">• </w:t>
            </w:r>
            <w:r>
              <w:rPr>
                <w:b w:val="0"/>
                <w:i w:val="0"/>
                <w:color w:val="111111"/>
                <w:sz w:val="14"/>
              </w:rPr>
              <w:t>Half court or a shortened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no stealing for the first pass.</w:t>
            </w:r>
          </w:p>
          <w:p>
            <w:pPr>
              <w:spacing w:after="0"/>
              <w:ind w:left="230" w:hanging="158"/>
              <w:keepLines/>
              <w:keepNext/>
            </w:pPr>
            <w:r>
              <w:rPr>
                <w:b/>
                <w:i w:val="0"/>
                <w:color w:val="0B5D4B"/>
                <w:sz w:val="14"/>
              </w:rPr>
              <w:t xml:space="preserve">• </w:t>
            </w:r>
            <w:r>
              <w:rPr>
                <w:b w:val="0"/>
                <w:i w:val="0"/>
                <w:color w:val="111111"/>
                <w:sz w:val="14"/>
              </w:rPr>
              <w:t>Score by completing a pass in an end zone.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Allow normal live play.</w:t>
            </w:r>
          </w:p>
          <w:p>
            <w:pPr>
              <w:spacing w:after="0"/>
              <w:ind w:left="230" w:hanging="158"/>
              <w:keepLines/>
              <w:keepNext/>
            </w:pPr>
            <w:r>
              <w:rPr>
                <w:b/>
                <w:i w:val="0"/>
                <w:color w:val="0B5D4B"/>
                <w:sz w:val="14"/>
              </w:rPr>
              <w:t xml:space="preserve">• </w:t>
            </w:r>
            <w:r>
              <w:rPr>
                <w:b w:val="0"/>
                <w:i w:val="0"/>
                <w:color w:val="111111"/>
                <w:sz w:val="14"/>
              </w:rPr>
              <w:t>Require a pass before scoring.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crowding the ball?</w:t>
            </w:r>
          </w:p>
          <w:p>
            <w:pPr>
              <w:spacing w:after="0"/>
              <w:ind w:left="230" w:hanging="158"/>
              <w:keepLines/>
              <w:keepNext/>
            </w:pPr>
            <w:r>
              <w:rPr>
                <w:b/>
                <w:i w:val="0"/>
                <w:color w:val="0B5D4B"/>
                <w:sz w:val="14"/>
              </w:rPr>
              <w:t xml:space="preserve">• </w:t>
            </w:r>
            <w:r>
              <w:rPr>
                <w:b w:val="0"/>
                <w:i w:val="0"/>
                <w:color w:val="111111"/>
                <w:sz w:val="14"/>
              </w:rPr>
              <w:t>Does everyone receive opportunities?</w:t>
            </w:r>
          </w:p>
          <w:p>
            <w:pPr>
              <w:spacing w:after="0"/>
              <w:ind w:left="230" w:hanging="158"/>
              <w:keepLines/>
              <w:keepNext/>
            </w:pPr>
            <w:r>
              <w:rPr>
                <w:b/>
                <w:i w:val="0"/>
                <w:color w:val="0B5D4B"/>
                <w:sz w:val="14"/>
              </w:rPr>
              <w:t xml:space="preserve">• </w:t>
            </w:r>
            <w:r>
              <w:rPr>
                <w:b w:val="0"/>
                <w:i w:val="0"/>
                <w:color w:val="111111"/>
                <w:sz w:val="14"/>
              </w:rPr>
              <w:t>Are coaches allowing play rather than stopping every mistake?</w:t>
            </w:r>
          </w:p>
          <w:p>
            <w:pPr>
              <w:spacing w:before="20" w:after="0"/>
              <w:keepLines/>
              <w:keepNext/>
            </w:pPr>
            <w:r>
              <w:rPr>
                <w:b/>
                <w:i w:val="0"/>
                <w:color w:val="F28C28"/>
                <w:sz w:val="14"/>
              </w:rPr>
              <w:t>SAFETY</w:t>
            </w:r>
          </w:p>
          <w:p>
            <w:pPr>
              <w:spacing w:after="0"/>
              <w:keepLines/>
            </w:pPr>
            <w:r>
              <w:rPr>
                <w:sz w:val="14"/>
              </w:rPr>
              <w:t>Use small teams, controlled defence and clear boundaries. Stop unsafe contact quickly.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Keep It Moving</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groups of four to six in marked areas.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Teams count consecutive completed passes. The ball must keep moving and every player should receive before the count can restart or score.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Ready hands.</w:t>
            </w:r>
          </w:p>
          <w:p>
            <w:pPr>
              <w:spacing w:after="0"/>
              <w:ind w:left="230" w:hanging="158"/>
              <w:keepLines/>
              <w:keepNext/>
            </w:pPr>
            <w:r>
              <w:rPr>
                <w:b/>
                <w:i w:val="0"/>
                <w:color w:val="0B5D4B"/>
                <w:sz w:val="14"/>
              </w:rPr>
              <w:t xml:space="preserve">• </w:t>
            </w:r>
            <w:r>
              <w:rPr>
                <w:b w:val="0"/>
                <w:i w:val="0"/>
                <w:color w:val="111111"/>
                <w:sz w:val="14"/>
              </w:rPr>
              <w:t>Move to help.</w:t>
            </w:r>
          </w:p>
          <w:p>
            <w:pPr>
              <w:spacing w:after="0"/>
              <w:ind w:left="230" w:hanging="158"/>
              <w:keepLines/>
              <w:keepNext/>
            </w:pPr>
            <w:r>
              <w:rPr>
                <w:b/>
                <w:i w:val="0"/>
                <w:color w:val="0B5D4B"/>
                <w:sz w:val="14"/>
              </w:rPr>
              <w:t xml:space="preserve">• </w:t>
            </w:r>
            <w:r>
              <w:rPr>
                <w:b w:val="0"/>
                <w:i w:val="0"/>
                <w:color w:val="111111"/>
                <w:sz w:val="14"/>
              </w:rPr>
              <w:t>Share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team; bibs optional</w:t>
            </w:r>
          </w:p>
          <w:p>
            <w:pPr>
              <w:spacing w:after="0"/>
              <w:ind w:left="230" w:hanging="158"/>
              <w:keepLines/>
              <w:keepNext/>
            </w:pPr>
            <w:r>
              <w:rPr>
                <w:b/>
                <w:i w:val="0"/>
                <w:color w:val="0B5D4B"/>
                <w:sz w:val="14"/>
              </w:rPr>
              <w:t xml:space="preserve">• </w:t>
            </w:r>
            <w:r>
              <w:rPr>
                <w:b w:val="0"/>
                <w:i w:val="0"/>
                <w:color w:val="111111"/>
                <w:sz w:val="14"/>
              </w:rPr>
              <w:t>Half court; small teams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defenders.</w:t>
            </w:r>
          </w:p>
          <w:p>
            <w:pPr>
              <w:spacing w:after="0"/>
              <w:ind w:left="230" w:hanging="158"/>
              <w:keepLines/>
              <w:keepNext/>
            </w:pPr>
            <w:r>
              <w:rPr>
                <w:b/>
                <w:i w:val="0"/>
                <w:color w:val="0B5D4B"/>
                <w:sz w:val="14"/>
              </w:rPr>
              <w:t xml:space="preserve">• </w:t>
            </w:r>
            <w:r>
              <w:rPr>
                <w:b w:val="0"/>
                <w:i w:val="0"/>
                <w:color w:val="111111"/>
                <w:sz w:val="14"/>
              </w:rPr>
              <w:t>Allow players to stand in fixed spots.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one light defender.</w:t>
            </w:r>
          </w:p>
          <w:p>
            <w:pPr>
              <w:spacing w:after="0"/>
              <w:ind w:left="230" w:hanging="158"/>
              <w:keepLines/>
              <w:keepNext/>
            </w:pPr>
            <w:r>
              <w:rPr>
                <w:b/>
                <w:i w:val="0"/>
                <w:color w:val="0B5D4B"/>
                <w:sz w:val="14"/>
              </w:rPr>
              <w:t xml:space="preserve">• </w:t>
            </w:r>
            <w:r>
              <w:rPr>
                <w:b w:val="0"/>
                <w:i w:val="0"/>
                <w:color w:val="111111"/>
                <w:sz w:val="14"/>
              </w:rPr>
              <w:t>Require movement after every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one player dominating possession?</w:t>
            </w:r>
          </w:p>
          <w:p>
            <w:pPr>
              <w:spacing w:after="0"/>
              <w:ind w:left="230" w:hanging="158"/>
              <w:keepLines/>
              <w:keepNext/>
            </w:pPr>
            <w:r>
              <w:rPr>
                <w:b/>
                <w:i w:val="0"/>
                <w:color w:val="0B5D4B"/>
                <w:sz w:val="14"/>
              </w:rPr>
              <w:t xml:space="preserve">• </w:t>
            </w:r>
            <w:r>
              <w:rPr>
                <w:b w:val="0"/>
                <w:i w:val="0"/>
                <w:color w:val="111111"/>
                <w:sz w:val="14"/>
              </w:rPr>
              <w:t>Are quieter players being included?</w:t>
            </w:r>
          </w:p>
          <w:p>
            <w:pPr>
              <w:spacing w:before="20" w:after="0"/>
              <w:keepLines/>
              <w:keepNext/>
            </w:pPr>
            <w:r>
              <w:rPr>
                <w:b/>
                <w:i w:val="0"/>
                <w:color w:val="F28C28"/>
                <w:sz w:val="14"/>
              </w:rPr>
              <w:t>SAFETY</w:t>
            </w:r>
          </w:p>
          <w:p>
            <w:pPr>
              <w:spacing w:after="0"/>
              <w:keepLines/>
            </w:pPr>
            <w:r>
              <w:rPr>
                <w:sz w:val="14"/>
              </w:rPr>
              <w:t>Keep groups small and separate to prevent collisions.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24: GAME RULES IN ACTION</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basic rules without stopping play too often.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Accept decisions calmly.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Apply out-of-bounds, travelling and double-dribble guidance; change possession and restart safely.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Court Treasure Hunt</w:t>
            </w:r>
          </w:p>
        </w:tc>
        <w:tc>
          <w:tcPr>
            <w:tcW w:type="dxa" w:w="4104"/>
            <w:vAlign w:val="center"/>
            <w:tcMar>
              <w:top w:w="42" w:type="dxa"/>
              <w:start w:w="50" w:type="dxa"/>
              <w:bottom w:w="42" w:type="dxa"/>
              <w:end w:w="50" w:type="dxa"/>
            </w:tcMar>
          </w:tcPr>
          <w:p>
            <w:pPr>
              <w:keepLines/>
            </w:pPr>
            <w:r>
              <w:rPr>
                <w:b w:val="0"/>
                <w:i w:val="0"/>
                <w:color w:val="111111"/>
                <w:sz w:val="14"/>
              </w:rPr>
              <w:t>Move to named lines with a ball.</w:t>
            </w:r>
          </w:p>
        </w:tc>
        <w:tc>
          <w:tcPr>
            <w:tcW w:type="dxa" w:w="2563"/>
            <w:vAlign w:val="center"/>
            <w:tcMar>
              <w:top w:w="42" w:type="dxa"/>
              <w:start w:w="50" w:type="dxa"/>
              <w:bottom w:w="42" w:type="dxa"/>
              <w:end w:w="50" w:type="dxa"/>
            </w:tcMar>
          </w:tcPr>
          <w:p>
            <w:pPr>
              <w:keepLines/>
            </w:pPr>
            <w:r>
              <w:rPr>
                <w:b w:val="0"/>
                <w:i w:val="0"/>
                <w:color w:val="111111"/>
                <w:sz w:val="14"/>
              </w:rPr>
              <w:t>Active review, not classroom.</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Rules Challenge</w:t>
            </w:r>
          </w:p>
        </w:tc>
        <w:tc>
          <w:tcPr>
            <w:tcW w:type="dxa" w:w="4104"/>
            <w:vAlign w:val="center"/>
            <w:tcMar>
              <w:top w:w="42" w:type="dxa"/>
              <w:start w:w="50" w:type="dxa"/>
              <w:bottom w:w="42" w:type="dxa"/>
              <w:end w:w="50" w:type="dxa"/>
            </w:tcMar>
          </w:tcPr>
          <w:p>
            <w:pPr>
              <w:keepLines/>
            </w:pPr>
            <w:r>
              <w:rPr>
                <w:b w:val="0"/>
                <w:i w:val="0"/>
                <w:color w:val="111111"/>
                <w:sz w:val="14"/>
              </w:rPr>
              <w:t>Pairs practise quick sideline/baseline restarts.</w:t>
            </w:r>
          </w:p>
        </w:tc>
        <w:tc>
          <w:tcPr>
            <w:tcW w:type="dxa" w:w="2563"/>
            <w:vAlign w:val="center"/>
            <w:tcMar>
              <w:top w:w="42" w:type="dxa"/>
              <w:start w:w="50" w:type="dxa"/>
              <w:bottom w:w="42" w:type="dxa"/>
              <w:end w:w="50" w:type="dxa"/>
            </w:tcMar>
          </w:tcPr>
          <w:p>
            <w:pPr>
              <w:keepLines/>
            </w:pPr>
            <w:r>
              <w:rPr>
                <w:b w:val="0"/>
                <w:i w:val="0"/>
                <w:color w:val="111111"/>
                <w:sz w:val="14"/>
              </w:rPr>
              <w:t>Simple and safe.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Rules Challenge</w:t>
            </w:r>
          </w:p>
        </w:tc>
        <w:tc>
          <w:tcPr>
            <w:tcW w:type="dxa" w:w="4104"/>
            <w:vAlign w:val="center"/>
            <w:tcMar>
              <w:top w:w="42" w:type="dxa"/>
              <w:start w:w="50" w:type="dxa"/>
              <w:bottom w:w="42" w:type="dxa"/>
              <w:end w:w="50" w:type="dxa"/>
            </w:tcMar>
          </w:tcPr>
          <w:p>
            <w:pPr>
              <w:keepLines/>
            </w:pPr>
            <w:r>
              <w:rPr>
                <w:b w:val="0"/>
                <w:i w:val="0"/>
                <w:color w:val="111111"/>
                <w:sz w:val="14"/>
              </w:rPr>
              <w:t>Coach demonstrates; children identify then try correct restart.</w:t>
            </w:r>
          </w:p>
        </w:tc>
        <w:tc>
          <w:tcPr>
            <w:tcW w:type="dxa" w:w="2563"/>
            <w:vAlign w:val="center"/>
            <w:tcMar>
              <w:top w:w="42" w:type="dxa"/>
              <w:start w:w="50" w:type="dxa"/>
              <w:bottom w:w="42" w:type="dxa"/>
              <w:end w:w="50" w:type="dxa"/>
            </w:tcMar>
          </w:tcPr>
          <w:p>
            <w:pPr>
              <w:keepLines/>
            </w:pPr>
            <w:r>
              <w:rPr>
                <w:b w:val="0"/>
                <w:i w:val="0"/>
                <w:color w:val="111111"/>
                <w:sz w:val="14"/>
              </w:rPr>
              <w:t>Keep tone light.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Team Finale</w:t>
            </w:r>
          </w:p>
        </w:tc>
        <w:tc>
          <w:tcPr>
            <w:tcW w:type="dxa" w:w="4104"/>
            <w:vAlign w:val="center"/>
            <w:tcMar>
              <w:top w:w="42" w:type="dxa"/>
              <w:start w:w="50" w:type="dxa"/>
              <w:bottom w:w="42" w:type="dxa"/>
              <w:end w:w="50" w:type="dxa"/>
            </w:tcMar>
          </w:tcPr>
          <w:p>
            <w:pPr>
              <w:keepLines/>
            </w:pPr>
            <w:r>
              <w:rPr>
                <w:b w:val="0"/>
                <w:i w:val="0"/>
                <w:color w:val="111111"/>
                <w:sz w:val="14"/>
              </w:rPr>
              <w:t>2v2/3v3 with brief rule reminders and quick possession changes.</w:t>
            </w:r>
          </w:p>
        </w:tc>
        <w:tc>
          <w:tcPr>
            <w:tcW w:type="dxa" w:w="2563"/>
            <w:vAlign w:val="center"/>
            <w:tcMar>
              <w:top w:w="42" w:type="dxa"/>
              <w:start w:w="50" w:type="dxa"/>
              <w:bottom w:w="42" w:type="dxa"/>
              <w:end w:w="50" w:type="dxa"/>
            </w:tcMar>
          </w:tcPr>
          <w:p>
            <w:pPr>
              <w:keepLines/>
            </w:pPr>
            <w:r>
              <w:rPr>
                <w:b w:val="0"/>
                <w:i w:val="0"/>
                <w:color w:val="111111"/>
                <w:sz w:val="14"/>
              </w:rPr>
              <w:t>Do not whistle every minor error.</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Rules Challenge</w:t>
            </w:r>
          </w:p>
        </w:tc>
        <w:tc>
          <w:tcPr>
            <w:tcW w:type="dxa" w:w="4104"/>
            <w:vAlign w:val="center"/>
            <w:tcMar>
              <w:top w:w="42" w:type="dxa"/>
              <w:start w:w="50" w:type="dxa"/>
              <w:bottom w:w="42" w:type="dxa"/>
              <w:end w:w="50" w:type="dxa"/>
            </w:tcMar>
          </w:tcPr>
          <w:p>
            <w:pPr>
              <w:keepLines/>
            </w:pPr>
            <w:r>
              <w:rPr>
                <w:b w:val="0"/>
                <w:i w:val="0"/>
                <w:color w:val="111111"/>
                <w:sz w:val="14"/>
              </w:rPr>
              <w:t>Teams solve short scenarios: out, score, travel, double dribble.</w:t>
            </w:r>
          </w:p>
        </w:tc>
        <w:tc>
          <w:tcPr>
            <w:tcW w:type="dxa" w:w="2563"/>
            <w:vAlign w:val="center"/>
            <w:tcMar>
              <w:top w:w="42" w:type="dxa"/>
              <w:start w:w="50" w:type="dxa"/>
              <w:bottom w:w="42" w:type="dxa"/>
              <w:end w:w="50" w:type="dxa"/>
            </w:tcMar>
          </w:tcPr>
          <w:p>
            <w:pPr>
              <w:keepLines/>
            </w:pPr>
            <w:r>
              <w:rPr>
                <w:b w:val="0"/>
                <w:i w:val="0"/>
                <w:color w:val="111111"/>
                <w:sz w:val="14"/>
              </w:rPr>
              <w:t>Explain, restart,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calm acceptance.</w:t>
            </w:r>
          </w:p>
        </w:tc>
        <w:tc>
          <w:tcPr>
            <w:tcW w:type="dxa" w:w="2563"/>
            <w:vAlign w:val="center"/>
            <w:tcMar>
              <w:top w:w="42" w:type="dxa"/>
              <w:start w:w="50" w:type="dxa"/>
              <w:bottom w:w="42" w:type="dxa"/>
              <w:end w:w="50" w:type="dxa"/>
            </w:tcMar>
          </w:tcPr>
          <w:p>
            <w:pPr>
              <w:keepLines/>
            </w:pPr>
            <w:r>
              <w:rPr>
                <w:b w:val="0"/>
                <w:i w:val="0"/>
                <w:color w:val="111111"/>
                <w:sz w:val="14"/>
              </w:rPr>
              <w:t>What happens when ball goes out?</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Do rule reminders improve play without stopping it too often?</w:t>
              <w:br/>
              <w:t>Can players accept a decision and restart quickly?</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demonstrations and guided walk-throughs.</w:t>
              <w:br/>
              <w:t>Harder: Let players make simple out-of-bounds decisions themselves.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Out of bounds, travelling, double dribble and possession change.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happens when the ball goes out?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Court Treasure Hunt</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Identify several court areas and place a cone or card at each. Every player has a ball where possible.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Coach calls a court area or clue. Players carry, roll or dribble there, complete a simple task, then await the next clue.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Listen for the place.</w:t>
            </w:r>
          </w:p>
          <w:p>
            <w:pPr>
              <w:spacing w:after="0"/>
              <w:ind w:left="230" w:hanging="158"/>
              <w:keepLines/>
              <w:keepNext/>
            </w:pPr>
            <w:r>
              <w:rPr>
                <w:b/>
                <w:i w:val="0"/>
                <w:color w:val="0B5D4B"/>
                <w:sz w:val="14"/>
              </w:rPr>
              <w:t xml:space="preserve">• </w:t>
            </w:r>
            <w:r>
              <w:rPr>
                <w:b w:val="0"/>
                <w:i w:val="0"/>
                <w:color w:val="111111"/>
                <w:sz w:val="14"/>
              </w:rPr>
              <w:t>Travel safely.</w:t>
            </w:r>
          </w:p>
          <w:p>
            <w:pPr>
              <w:spacing w:after="0"/>
              <w:ind w:left="230" w:hanging="158"/>
              <w:keepLines/>
              <w:keepNext/>
            </w:pPr>
            <w:r>
              <w:rPr>
                <w:b/>
                <w:i w:val="0"/>
                <w:color w:val="0B5D4B"/>
                <w:sz w:val="14"/>
              </w:rPr>
              <w:t xml:space="preserve">• </w:t>
            </w:r>
            <w:r>
              <w:rPr>
                <w:b w:val="0"/>
                <w:i w:val="0"/>
                <w:color w:val="111111"/>
                <w:sz w:val="14"/>
              </w:rPr>
              <w:t>Stop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picture or word cards optional</w:t>
            </w:r>
          </w:p>
          <w:p>
            <w:pPr>
              <w:spacing w:after="0"/>
              <w:ind w:left="230" w:hanging="158"/>
              <w:keepLines/>
              <w:keepNext/>
            </w:pPr>
            <w:r>
              <w:rPr>
                <w:b/>
                <w:i w:val="0"/>
                <w:color w:val="0B5D4B"/>
                <w:sz w:val="14"/>
              </w:rPr>
              <w:t xml:space="preserve">• </w:t>
            </w:r>
            <w:r>
              <w:rPr>
                <w:b w:val="0"/>
                <w:i w:val="0"/>
                <w:color w:val="111111"/>
                <w:sz w:val="14"/>
              </w:rPr>
              <w:t>Full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only two or three areas.</w:t>
            </w:r>
          </w:p>
          <w:p>
            <w:pPr>
              <w:spacing w:after="0"/>
              <w:ind w:left="230" w:hanging="158"/>
              <w:keepLines/>
              <w:keepNext/>
            </w:pPr>
            <w:r>
              <w:rPr>
                <w:b/>
                <w:i w:val="0"/>
                <w:color w:val="0B5D4B"/>
                <w:sz w:val="14"/>
              </w:rPr>
              <w:t xml:space="preserve">• </w:t>
            </w:r>
            <w:r>
              <w:rPr>
                <w:b w:val="0"/>
                <w:i w:val="0"/>
                <w:color w:val="111111"/>
                <w:sz w:val="14"/>
              </w:rPr>
              <w:t>Allow carrying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skill at each area.</w:t>
            </w:r>
          </w:p>
          <w:p>
            <w:pPr>
              <w:spacing w:after="0"/>
              <w:ind w:left="230" w:hanging="158"/>
              <w:keepLines/>
              <w:keepNext/>
            </w:pPr>
            <w:r>
              <w:rPr>
                <w:b/>
                <w:i w:val="0"/>
                <w:color w:val="0B5D4B"/>
                <w:sz w:val="14"/>
              </w:rPr>
              <w:t xml:space="preserve">• </w:t>
            </w:r>
            <w:r>
              <w:rPr>
                <w:b w:val="0"/>
                <w:i w:val="0"/>
                <w:color w:val="111111"/>
                <w:sz w:val="14"/>
              </w:rPr>
              <w:t>Let players call the next location.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court terms through movement?</w:t>
            </w:r>
          </w:p>
          <w:p>
            <w:pPr>
              <w:spacing w:after="0"/>
              <w:ind w:left="230" w:hanging="158"/>
              <w:keepLines/>
              <w:keepNext/>
            </w:pPr>
            <w:r>
              <w:rPr>
                <w:b/>
                <w:i w:val="0"/>
                <w:color w:val="0B5D4B"/>
                <w:sz w:val="14"/>
              </w:rPr>
              <w:t xml:space="preserve">• </w:t>
            </w:r>
            <w:r>
              <w:rPr>
                <w:b w:val="0"/>
                <w:i w:val="0"/>
                <w:color w:val="111111"/>
                <w:sz w:val="14"/>
              </w:rPr>
              <w:t>Is anyone following others without recognising the area?</w:t>
            </w:r>
          </w:p>
          <w:p>
            <w:pPr>
              <w:spacing w:before="20" w:after="0"/>
              <w:keepLines/>
              <w:keepNext/>
            </w:pPr>
            <w:r>
              <w:rPr>
                <w:b/>
                <w:i w:val="0"/>
                <w:color w:val="F28C28"/>
                <w:sz w:val="14"/>
              </w:rPr>
              <w:t>SAFETY</w:t>
            </w:r>
          </w:p>
          <w:p>
            <w:pPr>
              <w:spacing w:after="0"/>
              <w:keepLines/>
            </w:pPr>
            <w:r>
              <w:rPr>
                <w:sz w:val="14"/>
              </w:rPr>
              <w:t>Avoid races until players know the routes. Keep travel directions from crossing dangerously.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Rules Challenge</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up small marked areas representing common game situations: sideline, baseline, basket and restart spot.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Coach presents a short scenario such as ball out, score, travel or double dribble. Players show the correct simple restart, then immediately play a short round.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Explain, restart, play.</w:t>
            </w:r>
          </w:p>
          <w:p>
            <w:pPr>
              <w:spacing w:after="0"/>
              <w:ind w:left="230" w:hanging="158"/>
              <w:keepLines/>
              <w:keepNext/>
            </w:pPr>
            <w:r>
              <w:rPr>
                <w:b/>
                <w:i w:val="0"/>
                <w:color w:val="0B5D4B"/>
                <w:sz w:val="14"/>
              </w:rPr>
              <w:t xml:space="preserve">• </w:t>
            </w:r>
            <w:r>
              <w:rPr>
                <w:b w:val="0"/>
                <w:i w:val="0"/>
                <w:color w:val="111111"/>
                <w:sz w:val="14"/>
              </w:rPr>
              <w:t>Accept the decision.</w:t>
            </w:r>
          </w:p>
          <w:p>
            <w:pPr>
              <w:spacing w:after="0"/>
              <w:ind w:left="230" w:hanging="158"/>
              <w:keepLines/>
              <w:keepNext/>
            </w:pPr>
            <w:r>
              <w:rPr>
                <w:b/>
                <w:i w:val="0"/>
                <w:color w:val="0B5D4B"/>
                <w:sz w:val="14"/>
              </w:rPr>
              <w:t xml:space="preserve">• </w:t>
            </w:r>
            <w:r>
              <w:rPr>
                <w:b w:val="0"/>
                <w:i w:val="0"/>
                <w:color w:val="111111"/>
                <w:sz w:val="14"/>
              </w:rPr>
              <w:t>Know which way to attack.</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scenario cards optional</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coach demonstrations only.</w:t>
            </w:r>
          </w:p>
          <w:p>
            <w:pPr>
              <w:spacing w:after="0"/>
              <w:ind w:left="230" w:hanging="158"/>
              <w:keepLines/>
              <w:keepNext/>
            </w:pPr>
            <w:r>
              <w:rPr>
                <w:b/>
                <w:i w:val="0"/>
                <w:color w:val="0B5D4B"/>
                <w:sz w:val="14"/>
              </w:rPr>
              <w:t xml:space="preserve">• </w:t>
            </w:r>
            <w:r>
              <w:rPr>
                <w:b w:val="0"/>
                <w:i w:val="0"/>
                <w:color w:val="111111"/>
                <w:sz w:val="14"/>
              </w:rPr>
              <w:t>Focus on one rule.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Let players explain the restart.</w:t>
            </w:r>
          </w:p>
          <w:p>
            <w:pPr>
              <w:spacing w:after="0"/>
              <w:ind w:left="230" w:hanging="158"/>
              <w:keepLines/>
              <w:keepNext/>
            </w:pPr>
            <w:r>
              <w:rPr>
                <w:b/>
                <w:i w:val="0"/>
                <w:color w:val="0B5D4B"/>
                <w:sz w:val="14"/>
              </w:rPr>
              <w:t xml:space="preserve">• </w:t>
            </w:r>
            <w:r>
              <w:rPr>
                <w:b w:val="0"/>
                <w:i w:val="0"/>
                <w:color w:val="111111"/>
                <w:sz w:val="14"/>
              </w:rPr>
              <w:t>Combine two rules in a short game.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learning through action rather than waiting?</w:t>
            </w:r>
          </w:p>
          <w:p>
            <w:pPr>
              <w:spacing w:after="0"/>
              <w:ind w:left="230" w:hanging="158"/>
              <w:keepLines/>
              <w:keepNext/>
            </w:pPr>
            <w:r>
              <w:rPr>
                <w:b/>
                <w:i w:val="0"/>
                <w:color w:val="0B5D4B"/>
                <w:sz w:val="14"/>
              </w:rPr>
              <w:t xml:space="preserve">• </w:t>
            </w:r>
            <w:r>
              <w:rPr>
                <w:b w:val="0"/>
                <w:i w:val="0"/>
                <w:color w:val="111111"/>
                <w:sz w:val="14"/>
              </w:rPr>
              <w:t>Do they respond calmly when possession changes?</w:t>
            </w:r>
          </w:p>
          <w:p>
            <w:pPr>
              <w:spacing w:before="20" w:after="0"/>
              <w:keepLines/>
              <w:keepNext/>
            </w:pPr>
            <w:r>
              <w:rPr>
                <w:b/>
                <w:i w:val="0"/>
                <w:color w:val="F28C28"/>
                <w:sz w:val="14"/>
              </w:rPr>
              <w:t>SAFETY</w:t>
            </w:r>
          </w:p>
          <w:p>
            <w:pPr>
              <w:spacing w:after="0"/>
              <w:keepLines/>
            </w:pPr>
            <w:r>
              <w:rPr>
                <w:sz w:val="14"/>
              </w:rPr>
              <w:t>Keep explanations brief so children do not become cold or distracted.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Rules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up small marked areas representing common game situations: sideline, baseline, basket and restart spot.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Coach presents a short scenario such as ball out, score, travel or double dribble. Players show the correct simple restart, then immediately play a short round.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Explain, restart, play.</w:t>
            </w:r>
          </w:p>
          <w:p>
            <w:pPr>
              <w:spacing w:after="0"/>
              <w:ind w:left="230" w:hanging="158"/>
              <w:keepLines/>
              <w:keepNext/>
            </w:pPr>
            <w:r>
              <w:rPr>
                <w:b/>
                <w:i w:val="0"/>
                <w:color w:val="0B5D4B"/>
                <w:sz w:val="14"/>
              </w:rPr>
              <w:t xml:space="preserve">• </w:t>
            </w:r>
            <w:r>
              <w:rPr>
                <w:b w:val="0"/>
                <w:i w:val="0"/>
                <w:color w:val="111111"/>
                <w:sz w:val="14"/>
              </w:rPr>
              <w:t>Accept the decision.</w:t>
            </w:r>
          </w:p>
          <w:p>
            <w:pPr>
              <w:spacing w:after="0"/>
              <w:ind w:left="230" w:hanging="158"/>
              <w:keepLines/>
              <w:keepNext/>
            </w:pPr>
            <w:r>
              <w:rPr>
                <w:b/>
                <w:i w:val="0"/>
                <w:color w:val="0B5D4B"/>
                <w:sz w:val="14"/>
              </w:rPr>
              <w:t xml:space="preserve">• </w:t>
            </w:r>
            <w:r>
              <w:rPr>
                <w:b w:val="0"/>
                <w:i w:val="0"/>
                <w:color w:val="111111"/>
                <w:sz w:val="14"/>
              </w:rPr>
              <w:t>Know which way to attack.</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scenario cards optional</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coach demonstrations only.</w:t>
            </w:r>
          </w:p>
          <w:p>
            <w:pPr>
              <w:spacing w:after="0"/>
              <w:ind w:left="230" w:hanging="158"/>
              <w:keepLines/>
              <w:keepNext/>
            </w:pPr>
            <w:r>
              <w:rPr>
                <w:b/>
                <w:i w:val="0"/>
                <w:color w:val="0B5D4B"/>
                <w:sz w:val="14"/>
              </w:rPr>
              <w:t xml:space="preserve">• </w:t>
            </w:r>
            <w:r>
              <w:rPr>
                <w:b w:val="0"/>
                <w:i w:val="0"/>
                <w:color w:val="111111"/>
                <w:sz w:val="14"/>
              </w:rPr>
              <w:t>Focus on one rule.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Let players explain the restart.</w:t>
            </w:r>
          </w:p>
          <w:p>
            <w:pPr>
              <w:spacing w:after="0"/>
              <w:ind w:left="230" w:hanging="158"/>
              <w:keepLines/>
              <w:keepNext/>
            </w:pPr>
            <w:r>
              <w:rPr>
                <w:b/>
                <w:i w:val="0"/>
                <w:color w:val="0B5D4B"/>
                <w:sz w:val="14"/>
              </w:rPr>
              <w:t xml:space="preserve">• </w:t>
            </w:r>
            <w:r>
              <w:rPr>
                <w:b w:val="0"/>
                <w:i w:val="0"/>
                <w:color w:val="111111"/>
                <w:sz w:val="14"/>
              </w:rPr>
              <w:t>Combine two rules in a short game.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learning through action rather than waiting?</w:t>
            </w:r>
          </w:p>
          <w:p>
            <w:pPr>
              <w:spacing w:after="0"/>
              <w:ind w:left="230" w:hanging="158"/>
              <w:keepLines/>
              <w:keepNext/>
            </w:pPr>
            <w:r>
              <w:rPr>
                <w:b/>
                <w:i w:val="0"/>
                <w:color w:val="0B5D4B"/>
                <w:sz w:val="14"/>
              </w:rPr>
              <w:t xml:space="preserve">• </w:t>
            </w:r>
            <w:r>
              <w:rPr>
                <w:b w:val="0"/>
                <w:i w:val="0"/>
                <w:color w:val="111111"/>
                <w:sz w:val="14"/>
              </w:rPr>
              <w:t>Do they respond calmly when possession changes?</w:t>
            </w:r>
          </w:p>
          <w:p>
            <w:pPr>
              <w:spacing w:before="20" w:after="0"/>
              <w:keepLines/>
              <w:keepNext/>
            </w:pPr>
            <w:r>
              <w:rPr>
                <w:b/>
                <w:i w:val="0"/>
                <w:color w:val="F28C28"/>
                <w:sz w:val="14"/>
              </w:rPr>
              <w:t>SAFETY</w:t>
            </w:r>
          </w:p>
          <w:p>
            <w:pPr>
              <w:spacing w:after="0"/>
              <w:keepLines/>
            </w:pPr>
            <w:r>
              <w:rPr>
                <w:sz w:val="14"/>
              </w:rPr>
              <w:t>Keep explanations brief so children do not become cold or distracted.</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Finale</w:t>
            </w:r>
          </w:p>
        </w:tc>
        <w:tc>
          <w:tcPr>
            <w:tcW w:type="dxa" w:w="5429"/>
            <w:shd w:fill="F28C28"/>
            <w:tcMar>
              <w:top w:w="62" w:type="dxa"/>
              <w:start w:w="82" w:type="dxa"/>
              <w:bottom w:w="62" w:type="dxa"/>
              <w:end w:w="82" w:type="dxa"/>
            </w:tcMar>
          </w:tcPr>
          <w:p>
            <w:pPr>
              <w:jc w:val="center"/>
              <w:keepLines/>
              <w:keepNext/>
            </w:pPr>
            <w:r>
              <w:rPr>
                <w:b/>
                <w:i w:val="0"/>
                <w:color w:val="FFFFFF"/>
                <w:sz w:val="15"/>
              </w:rPr>
              <w:t>17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Choose one shared whole-group objective, such as a total number of passes, close shots or dribble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whole group works together against the clock or toward a shared total. Reset with a realistic new target if time remains.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Everyone contributes.</w:t>
            </w:r>
          </w:p>
          <w:p>
            <w:pPr>
              <w:spacing w:after="0"/>
              <w:ind w:left="230" w:hanging="158"/>
              <w:keepLines/>
              <w:keepNext/>
            </w:pPr>
            <w:r>
              <w:rPr>
                <w:b/>
                <w:i w:val="0"/>
                <w:color w:val="0B5D4B"/>
                <w:sz w:val="14"/>
              </w:rPr>
              <w:t xml:space="preserve">• </w:t>
            </w:r>
            <w:r>
              <w:rPr>
                <w:b w:val="0"/>
                <w:i w:val="0"/>
                <w:color w:val="111111"/>
                <w:sz w:val="14"/>
              </w:rPr>
              <w:t>Encourage the next player.</w:t>
            </w:r>
          </w:p>
          <w:p>
            <w:pPr>
              <w:spacing w:after="0"/>
              <w:ind w:left="230" w:hanging="158"/>
              <w:keepLines/>
              <w:keepNext/>
            </w:pPr>
            <w:r>
              <w:rPr>
                <w:b/>
                <w:i w:val="0"/>
                <w:color w:val="0B5D4B"/>
                <w:sz w:val="14"/>
              </w:rPr>
              <w:t xml:space="preserve">• </w:t>
            </w:r>
            <w:r>
              <w:rPr>
                <w:b w:val="0"/>
                <w:i w:val="0"/>
                <w:color w:val="111111"/>
                <w:sz w:val="14"/>
              </w:rPr>
              <w:t>Celebrate the group.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baskets or targets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Lower the target.</w:t>
            </w:r>
          </w:p>
          <w:p>
            <w:pPr>
              <w:spacing w:after="0"/>
              <w:ind w:left="230" w:hanging="158"/>
              <w:keepLines/>
              <w:keepNext/>
            </w:pPr>
            <w:r>
              <w:rPr>
                <w:b/>
                <w:i w:val="0"/>
                <w:color w:val="0B5D4B"/>
                <w:sz w:val="14"/>
              </w:rPr>
              <w:t xml:space="preserve">• </w:t>
            </w:r>
            <w:r>
              <w:rPr>
                <w:b w:val="0"/>
                <w:i w:val="0"/>
                <w:color w:val="111111"/>
                <w:sz w:val="14"/>
              </w:rPr>
              <w:t>Complete one skill at a time.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Combine two skills in sequence.</w:t>
            </w:r>
          </w:p>
          <w:p>
            <w:pPr>
              <w:spacing w:after="0"/>
              <w:ind w:left="230" w:hanging="158"/>
              <w:keepLines/>
              <w:keepNext/>
            </w:pPr>
            <w:r>
              <w:rPr>
                <w:b/>
                <w:i w:val="0"/>
                <w:color w:val="0B5D4B"/>
                <w:sz w:val="14"/>
              </w:rPr>
              <w:t xml:space="preserve">• </w:t>
            </w:r>
            <w:r>
              <w:rPr>
                <w:b w:val="0"/>
                <w:i w:val="0"/>
                <w:color w:val="111111"/>
                <w:sz w:val="14"/>
              </w:rPr>
              <w:t>Let players set the next realistic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every child making a meaningful contribution?</w:t>
            </w:r>
          </w:p>
          <w:p>
            <w:pPr>
              <w:spacing w:after="0"/>
              <w:ind w:left="230" w:hanging="158"/>
              <w:keepLines/>
              <w:keepNext/>
            </w:pPr>
            <w:r>
              <w:rPr>
                <w:b/>
                <w:i w:val="0"/>
                <w:color w:val="0B5D4B"/>
                <w:sz w:val="14"/>
              </w:rPr>
              <w:t xml:space="preserve">• </w:t>
            </w:r>
            <w:r>
              <w:rPr>
                <w:b w:val="0"/>
                <w:i w:val="0"/>
                <w:color w:val="111111"/>
                <w:sz w:val="14"/>
              </w:rPr>
              <w:t>Does the target encourage cooperation rather than rushing?</w:t>
            </w:r>
          </w:p>
          <w:p>
            <w:pPr>
              <w:spacing w:before="20" w:after="0"/>
              <w:keepLines/>
              <w:keepNext/>
            </w:pPr>
            <w:r>
              <w:rPr>
                <w:b/>
                <w:i w:val="0"/>
                <w:color w:val="F28C28"/>
                <w:sz w:val="14"/>
              </w:rPr>
              <w:t>SAFETY</w:t>
            </w:r>
          </w:p>
          <w:p>
            <w:pPr>
              <w:spacing w:after="0"/>
              <w:keepLines/>
            </w:pPr>
            <w:r>
              <w:rPr>
                <w:sz w:val="14"/>
              </w:rPr>
              <w:t>Spread players across multiple baskets or targets to avoid queues and collisions.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Rules Challenge</w:t>
            </w:r>
          </w:p>
        </w:tc>
        <w:tc>
          <w:tcPr>
            <w:tcW w:type="dxa" w:w="5429"/>
            <w:shd w:fill="F28C28"/>
            <w:tcMar>
              <w:top w:w="62" w:type="dxa"/>
              <w:start w:w="82" w:type="dxa"/>
              <w:bottom w:w="62" w:type="dxa"/>
              <w:end w:w="82" w:type="dxa"/>
            </w:tcMar>
          </w:tcPr>
          <w:p>
            <w:pPr>
              <w:jc w:val="center"/>
              <w:keepLines/>
              <w:keepNext/>
            </w:pPr>
            <w:r>
              <w:rPr>
                <w:b/>
                <w:i w:val="0"/>
                <w:color w:val="FFFFFF"/>
                <w:sz w:val="15"/>
              </w:rPr>
              <w:t>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up small marked areas representing common game situations: sideline, baseline, basket and restart spot.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Coach presents a short scenario such as ball out, score, travel or double dribble. Players show the correct simple restart, then immediately play a short round.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Explain, restart, play.</w:t>
            </w:r>
          </w:p>
          <w:p>
            <w:pPr>
              <w:spacing w:after="0"/>
              <w:ind w:left="230" w:hanging="158"/>
              <w:keepLines/>
              <w:keepNext/>
            </w:pPr>
            <w:r>
              <w:rPr>
                <w:b/>
                <w:i w:val="0"/>
                <w:color w:val="0B5D4B"/>
                <w:sz w:val="14"/>
              </w:rPr>
              <w:t xml:space="preserve">• </w:t>
            </w:r>
            <w:r>
              <w:rPr>
                <w:b w:val="0"/>
                <w:i w:val="0"/>
                <w:color w:val="111111"/>
                <w:sz w:val="14"/>
              </w:rPr>
              <w:t>Accept the decision.</w:t>
            </w:r>
          </w:p>
          <w:p>
            <w:pPr>
              <w:spacing w:after="0"/>
              <w:ind w:left="230" w:hanging="158"/>
              <w:keepLines/>
              <w:keepNext/>
            </w:pPr>
            <w:r>
              <w:rPr>
                <w:b/>
                <w:i w:val="0"/>
                <w:color w:val="0B5D4B"/>
                <w:sz w:val="14"/>
              </w:rPr>
              <w:t xml:space="preserve">• </w:t>
            </w:r>
            <w:r>
              <w:rPr>
                <w:b w:val="0"/>
                <w:i w:val="0"/>
                <w:color w:val="111111"/>
                <w:sz w:val="14"/>
              </w:rPr>
              <w:t>Know which way to attack.</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scenario cards optional</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coach demonstrations only.</w:t>
            </w:r>
          </w:p>
          <w:p>
            <w:pPr>
              <w:spacing w:after="0"/>
              <w:ind w:left="230" w:hanging="158"/>
              <w:keepLines/>
              <w:keepNext/>
            </w:pPr>
            <w:r>
              <w:rPr>
                <w:b/>
                <w:i w:val="0"/>
                <w:color w:val="0B5D4B"/>
                <w:sz w:val="14"/>
              </w:rPr>
              <w:t xml:space="preserve">• </w:t>
            </w:r>
            <w:r>
              <w:rPr>
                <w:b w:val="0"/>
                <w:i w:val="0"/>
                <w:color w:val="111111"/>
                <w:sz w:val="14"/>
              </w:rPr>
              <w:t>Focus on one rule.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Let players explain the restart.</w:t>
            </w:r>
          </w:p>
          <w:p>
            <w:pPr>
              <w:spacing w:after="0"/>
              <w:ind w:left="230" w:hanging="158"/>
              <w:keepLines/>
              <w:keepNext/>
            </w:pPr>
            <w:r>
              <w:rPr>
                <w:b/>
                <w:i w:val="0"/>
                <w:color w:val="0B5D4B"/>
                <w:sz w:val="14"/>
              </w:rPr>
              <w:t xml:space="preserve">• </w:t>
            </w:r>
            <w:r>
              <w:rPr>
                <w:b w:val="0"/>
                <w:i w:val="0"/>
                <w:color w:val="111111"/>
                <w:sz w:val="14"/>
              </w:rPr>
              <w:t>Combine two rules in a short game.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learning through action rather than waiting?</w:t>
            </w:r>
          </w:p>
          <w:p>
            <w:pPr>
              <w:spacing w:after="0"/>
              <w:ind w:left="230" w:hanging="158"/>
              <w:keepLines/>
              <w:keepNext/>
            </w:pPr>
            <w:r>
              <w:rPr>
                <w:b/>
                <w:i w:val="0"/>
                <w:color w:val="0B5D4B"/>
                <w:sz w:val="14"/>
              </w:rPr>
              <w:t xml:space="preserve">• </w:t>
            </w:r>
            <w:r>
              <w:rPr>
                <w:b w:val="0"/>
                <w:i w:val="0"/>
                <w:color w:val="111111"/>
                <w:sz w:val="14"/>
              </w:rPr>
              <w:t>Do they respond calmly when possession changes?</w:t>
            </w:r>
          </w:p>
          <w:p>
            <w:pPr>
              <w:spacing w:before="20" w:after="0"/>
              <w:keepLines/>
              <w:keepNext/>
            </w:pPr>
            <w:r>
              <w:rPr>
                <w:b/>
                <w:i w:val="0"/>
                <w:color w:val="F28C28"/>
                <w:sz w:val="14"/>
              </w:rPr>
              <w:t>SAFETY</w:t>
            </w:r>
          </w:p>
          <w:p>
            <w:pPr>
              <w:spacing w:after="0"/>
              <w:keepLines/>
            </w:pPr>
            <w:r>
              <w:rPr>
                <w:sz w:val="14"/>
              </w:rPr>
              <w:t>Keep explanations brief so children do not become cold or distracted.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Cubs Phase 4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