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CUBS PRACTICE PACK</w:t>
            </w:r>
          </w:p>
          <w:p>
            <w:pPr>
              <w:jc w:val="center"/>
            </w:pPr>
            <w:r>
              <w:rPr>
                <w:b/>
                <w:i w:val="0"/>
                <w:color w:val="FFFFFF"/>
                <w:sz w:val="30"/>
              </w:rPr>
              <w:t>Phase 3: Playing Together</w:t>
            </w:r>
          </w:p>
          <w:p>
            <w:pPr>
              <w:jc w:val="center"/>
            </w:pPr>
            <w:r>
              <w:rPr>
                <w:b/>
                <w:i w:val="0"/>
                <w:color w:val="F28C28"/>
                <w:sz w:val="22"/>
              </w:rPr>
              <w:t>Weeks 11–16</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11: PASS AND MOVE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Move to a new space immediately after passing.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Create space for teammates.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Pass, move to new space and receive again; begin attack and defence; avoid standing after passing.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Pass and Follow</w:t>
            </w:r>
          </w:p>
        </w:tc>
        <w:tc>
          <w:tcPr>
            <w:tcW w:type="dxa" w:w="4104"/>
            <w:vAlign w:val="center"/>
            <w:tcMar>
              <w:top w:w="42" w:type="dxa"/>
              <w:start w:w="50" w:type="dxa"/>
              <w:bottom w:w="42" w:type="dxa"/>
              <w:end w:w="50" w:type="dxa"/>
            </w:tcMar>
          </w:tcPr>
          <w:p>
            <w:pPr>
              <w:keepLines/>
            </w:pPr>
            <w:r>
              <w:rPr>
                <w:b w:val="0"/>
                <w:i w:val="0"/>
                <w:color w:val="111111"/>
                <w:sz w:val="14"/>
              </w:rPr>
              <w:t>Pass in pairs, then follow the pass to swap places.</w:t>
            </w:r>
          </w:p>
        </w:tc>
        <w:tc>
          <w:tcPr>
            <w:tcW w:type="dxa" w:w="2563"/>
            <w:vAlign w:val="center"/>
            <w:tcMar>
              <w:top w:w="42" w:type="dxa"/>
              <w:start w:w="50" w:type="dxa"/>
              <w:bottom w:w="42" w:type="dxa"/>
              <w:end w:w="50" w:type="dxa"/>
            </w:tcMar>
          </w:tcPr>
          <w:p>
            <w:pPr>
              <w:keepLines/>
            </w:pPr>
            <w:r>
              <w:rPr>
                <w:b w:val="0"/>
                <w:i w:val="0"/>
                <w:color w:val="111111"/>
                <w:sz w:val="14"/>
              </w:rPr>
              <w:t>Move immediately.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Triangle Pass</w:t>
            </w:r>
          </w:p>
        </w:tc>
        <w:tc>
          <w:tcPr>
            <w:tcW w:type="dxa" w:w="4104"/>
            <w:vAlign w:val="center"/>
            <w:tcMar>
              <w:top w:w="42" w:type="dxa"/>
              <w:start w:w="50" w:type="dxa"/>
              <w:bottom w:w="42" w:type="dxa"/>
              <w:end w:w="50" w:type="dxa"/>
            </w:tcMar>
          </w:tcPr>
          <w:p>
            <w:pPr>
              <w:keepLines/>
            </w:pPr>
            <w:r>
              <w:rPr>
                <w:b w:val="0"/>
                <w:i w:val="0"/>
                <w:color w:val="111111"/>
                <w:sz w:val="14"/>
              </w:rPr>
              <w:t>Groups of three pass and move to the empty cone.</w:t>
            </w:r>
          </w:p>
        </w:tc>
        <w:tc>
          <w:tcPr>
            <w:tcW w:type="dxa" w:w="2563"/>
            <w:vAlign w:val="center"/>
            <w:tcMar>
              <w:top w:w="42" w:type="dxa"/>
              <w:start w:w="50" w:type="dxa"/>
              <w:bottom w:w="42" w:type="dxa"/>
              <w:end w:w="50" w:type="dxa"/>
            </w:tcMar>
          </w:tcPr>
          <w:p>
            <w:pPr>
              <w:keepLines/>
            </w:pPr>
            <w:r>
              <w:rPr>
                <w:b w:val="0"/>
                <w:i w:val="0"/>
                <w:color w:val="111111"/>
                <w:sz w:val="14"/>
              </w:rPr>
              <w:t>See empty space.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Gate Pass and Move</w:t>
            </w:r>
          </w:p>
        </w:tc>
        <w:tc>
          <w:tcPr>
            <w:tcW w:type="dxa" w:w="4104"/>
            <w:vAlign w:val="center"/>
            <w:tcMar>
              <w:top w:w="42" w:type="dxa"/>
              <w:start w:w="50" w:type="dxa"/>
              <w:bottom w:w="42" w:type="dxa"/>
              <w:end w:w="50" w:type="dxa"/>
            </w:tcMar>
          </w:tcPr>
          <w:p>
            <w:pPr>
              <w:keepLines/>
            </w:pPr>
            <w:r>
              <w:rPr>
                <w:b w:val="0"/>
                <w:i w:val="0"/>
                <w:color w:val="111111"/>
                <w:sz w:val="14"/>
              </w:rPr>
              <w:t>Pass through a gate, move to another gate, receive again.</w:t>
            </w:r>
          </w:p>
        </w:tc>
        <w:tc>
          <w:tcPr>
            <w:tcW w:type="dxa" w:w="2563"/>
            <w:vAlign w:val="center"/>
            <w:tcMar>
              <w:top w:w="42" w:type="dxa"/>
              <w:start w:w="50" w:type="dxa"/>
              <w:bottom w:w="42" w:type="dxa"/>
              <w:end w:w="50" w:type="dxa"/>
            </w:tcMar>
          </w:tcPr>
          <w:p>
            <w:pPr>
              <w:keepLines/>
            </w:pPr>
            <w:r>
              <w:rPr>
                <w:b w:val="0"/>
                <w:i w:val="0"/>
                <w:color w:val="111111"/>
                <w:sz w:val="14"/>
              </w:rPr>
              <w:t>Do not admire the pass.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End-Zone Passing</w:t>
            </w:r>
          </w:p>
        </w:tc>
        <w:tc>
          <w:tcPr>
            <w:tcW w:type="dxa" w:w="4104"/>
            <w:vAlign w:val="center"/>
            <w:tcMar>
              <w:top w:w="42" w:type="dxa"/>
              <w:start w:w="50" w:type="dxa"/>
              <w:bottom w:w="42" w:type="dxa"/>
              <w:end w:w="50" w:type="dxa"/>
            </w:tcMar>
          </w:tcPr>
          <w:p>
            <w:pPr>
              <w:keepLines/>
            </w:pPr>
            <w:r>
              <w:rPr>
                <w:b w:val="0"/>
                <w:i w:val="0"/>
                <w:color w:val="111111"/>
                <w:sz w:val="14"/>
              </w:rPr>
              <w:t>Teams score by passing to a teammate in an end zone; no defenders first, then light defenders.</w:t>
            </w:r>
          </w:p>
        </w:tc>
        <w:tc>
          <w:tcPr>
            <w:tcW w:type="dxa" w:w="2563"/>
            <w:vAlign w:val="center"/>
            <w:tcMar>
              <w:top w:w="42" w:type="dxa"/>
              <w:start w:w="50" w:type="dxa"/>
              <w:bottom w:w="42" w:type="dxa"/>
              <w:end w:w="50" w:type="dxa"/>
            </w:tcMar>
          </w:tcPr>
          <w:p>
            <w:pPr>
              <w:keepLines/>
            </w:pPr>
            <w:r>
              <w:rPr>
                <w:b w:val="0"/>
                <w:i w:val="0"/>
                <w:color w:val="111111"/>
                <w:sz w:val="14"/>
              </w:rPr>
              <w:t>Spread out; quick restarts.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Keep It Moving</w:t>
            </w:r>
          </w:p>
        </w:tc>
        <w:tc>
          <w:tcPr>
            <w:tcW w:type="dxa" w:w="4104"/>
            <w:vAlign w:val="center"/>
            <w:tcMar>
              <w:top w:w="42" w:type="dxa"/>
              <w:start w:w="50" w:type="dxa"/>
              <w:bottom w:w="42" w:type="dxa"/>
              <w:end w:w="50" w:type="dxa"/>
            </w:tcMar>
          </w:tcPr>
          <w:p>
            <w:pPr>
              <w:keepLines/>
            </w:pPr>
            <w:r>
              <w:rPr>
                <w:b w:val="0"/>
                <w:i w:val="0"/>
                <w:color w:val="111111"/>
                <w:sz w:val="14"/>
              </w:rPr>
              <w:t>Teams count consecutive passes with everyone involved.</w:t>
            </w:r>
          </w:p>
        </w:tc>
        <w:tc>
          <w:tcPr>
            <w:tcW w:type="dxa" w:w="2563"/>
            <w:vAlign w:val="center"/>
            <w:tcMar>
              <w:top w:w="42" w:type="dxa"/>
              <w:start w:w="50" w:type="dxa"/>
              <w:bottom w:w="42" w:type="dxa"/>
              <w:end w:w="50" w:type="dxa"/>
            </w:tcMar>
          </w:tcPr>
          <w:p>
            <w:pPr>
              <w:keepLines/>
            </w:pPr>
            <w:r>
              <w:rPr>
                <w:b w:val="0"/>
                <w:i w:val="0"/>
                <w:color w:val="111111"/>
                <w:sz w:val="14"/>
              </w:rPr>
              <w:t>Celebrate unselfish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movement after passes.</w:t>
            </w:r>
          </w:p>
        </w:tc>
        <w:tc>
          <w:tcPr>
            <w:tcW w:type="dxa" w:w="2563"/>
            <w:vAlign w:val="center"/>
            <w:tcMar>
              <w:top w:w="42" w:type="dxa"/>
              <w:start w:w="50" w:type="dxa"/>
              <w:bottom w:w="42" w:type="dxa"/>
              <w:end w:w="50" w:type="dxa"/>
            </w:tcMar>
          </w:tcPr>
          <w:p>
            <w:pPr>
              <w:keepLines/>
            </w:pPr>
            <w:r>
              <w:rPr>
                <w:b w:val="0"/>
                <w:i w:val="0"/>
                <w:color w:val="111111"/>
                <w:sz w:val="14"/>
              </w:rPr>
              <w:t>Where did you move next?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move immediately after passing?</w:t>
              <w:br/>
              <w:t>Are they finding a genuinely new space?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three cones and no defender.</w:t>
              <w:br/>
              <w:t>Harder: Add a passive defender or a time target.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Attack, defend and move after the pass.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you move after passing?</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 and Follow</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short passing lines or triangles with no more than two players waiting at a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passes to the next cone and immediately follows the pass, joining that position. Keep the ball and players moving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then go.</w:t>
            </w:r>
          </w:p>
          <w:p>
            <w:pPr>
              <w:spacing w:after="0"/>
              <w:ind w:left="230" w:hanging="158"/>
              <w:keepLines/>
              <w:keepNext/>
            </w:pPr>
            <w:r>
              <w:rPr>
                <w:b/>
                <w:i w:val="0"/>
                <w:color w:val="0B5D4B"/>
                <w:sz w:val="14"/>
              </w:rPr>
              <w:t xml:space="preserve">• </w:t>
            </w:r>
            <w:r>
              <w:rPr>
                <w:b w:val="0"/>
                <w:i w:val="0"/>
                <w:color w:val="111111"/>
                <w:sz w:val="14"/>
              </w:rPr>
              <w:t>Show hands early.</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group; cones</w:t>
            </w:r>
          </w:p>
          <w:p>
            <w:pPr>
              <w:spacing w:after="0"/>
              <w:ind w:left="230" w:hanging="158"/>
              <w:keepLines/>
              <w:keepNext/>
            </w:pPr>
            <w:r>
              <w:rPr>
                <w:b/>
                <w:i w:val="0"/>
                <w:color w:val="0B5D4B"/>
                <w:sz w:val="14"/>
              </w:rPr>
              <w:t xml:space="preserve">• </w:t>
            </w:r>
            <w:r>
              <w:rPr>
                <w:b w:val="0"/>
                <w:i w:val="0"/>
                <w:color w:val="111111"/>
                <w:sz w:val="14"/>
              </w:rPr>
              <w:t>Half court; groups of 3-5</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three close cones.</w:t>
            </w:r>
          </w:p>
          <w:p>
            <w:pPr>
              <w:spacing w:after="0"/>
              <w:ind w:left="230" w:hanging="158"/>
              <w:keepLines/>
              <w:keepNext/>
            </w:pPr>
            <w:r>
              <w:rPr>
                <w:b/>
                <w:i w:val="0"/>
                <w:color w:val="0B5D4B"/>
                <w:sz w:val="14"/>
              </w:rPr>
              <w:t xml:space="preserve">• </w:t>
            </w:r>
            <w:r>
              <w:rPr>
                <w:b w:val="0"/>
                <w:i w:val="0"/>
                <w:color w:val="111111"/>
                <w:sz w:val="14"/>
              </w:rPr>
              <w:t>Allow a brief pause after receiving.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Increase spacing slightly.</w:t>
            </w:r>
          </w:p>
          <w:p>
            <w:pPr>
              <w:spacing w:after="0"/>
              <w:ind w:left="230" w:hanging="158"/>
              <w:keepLines/>
              <w:keepNext/>
            </w:pPr>
            <w:r>
              <w:rPr>
                <w:b/>
                <w:i w:val="0"/>
                <w:color w:val="0B5D4B"/>
                <w:sz w:val="14"/>
              </w:rPr>
              <w:t xml:space="preserve">• </w:t>
            </w:r>
            <w:r>
              <w:rPr>
                <w:b w:val="0"/>
                <w:i w:val="0"/>
                <w:color w:val="111111"/>
                <w:sz w:val="14"/>
              </w:rPr>
              <w:t>Add a second ball when the group is ready.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move immediately after passing?</w:t>
            </w:r>
          </w:p>
          <w:p>
            <w:pPr>
              <w:spacing w:after="0"/>
              <w:ind w:left="230" w:hanging="158"/>
              <w:keepLines/>
              <w:keepNext/>
            </w:pPr>
            <w:r>
              <w:rPr>
                <w:b/>
                <w:i w:val="0"/>
                <w:color w:val="0B5D4B"/>
                <w:sz w:val="14"/>
              </w:rPr>
              <w:t xml:space="preserve">• </w:t>
            </w:r>
            <w:r>
              <w:rPr>
                <w:b w:val="0"/>
                <w:i w:val="0"/>
                <w:color w:val="111111"/>
                <w:sz w:val="14"/>
              </w:rPr>
              <w:t>Are queues staying short?</w:t>
            </w:r>
          </w:p>
          <w:p>
            <w:pPr>
              <w:spacing w:before="20" w:after="0"/>
              <w:keepLines/>
              <w:keepNext/>
            </w:pPr>
            <w:r>
              <w:rPr>
                <w:b/>
                <w:i w:val="0"/>
                <w:color w:val="F28C28"/>
                <w:sz w:val="14"/>
              </w:rPr>
              <w:t>SAFETY</w:t>
            </w:r>
          </w:p>
          <w:p>
            <w:pPr>
              <w:spacing w:after="0"/>
              <w:keepLines/>
            </w:pPr>
            <w:r>
              <w:rPr>
                <w:sz w:val="14"/>
              </w:rPr>
              <w:t>Do not add a second ball unless players can track both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Triangle Pass</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three cones in a triangle. One player begins at each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pass around the triangle.</w:t>
            </w:r>
          </w:p>
          <w:p>
            <w:pPr>
              <w:spacing w:after="0"/>
              <w:ind w:left="230" w:hanging="158"/>
              <w:keepLines/>
              <w:keepNext/>
            </w:pPr>
            <w:r>
              <w:rPr>
                <w:b/>
                <w:i w:val="0"/>
                <w:color w:val="0B5D4B"/>
                <w:sz w:val="14"/>
              </w:rPr>
              <w:t xml:space="preserve">• </w:t>
            </w:r>
            <w:r>
              <w:rPr>
                <w:b w:val="0"/>
                <w:i w:val="0"/>
                <w:color w:val="111111"/>
                <w:sz w:val="14"/>
              </w:rPr>
              <w:t>After passing, they move to another cone, keeping one cone temporarily open.</w:t>
            </w:r>
          </w:p>
          <w:p>
            <w:pPr>
              <w:spacing w:after="0"/>
              <w:ind w:left="230" w:hanging="158"/>
              <w:keepLines/>
              <w:keepNext/>
            </w:pPr>
            <w:r>
              <w:rPr>
                <w:b/>
                <w:i w:val="0"/>
                <w:color w:val="0B5D4B"/>
                <w:sz w:val="14"/>
              </w:rPr>
              <w:t xml:space="preserve">• </w:t>
            </w:r>
            <w:r>
              <w:rPr>
                <w:b w:val="0"/>
                <w:i w:val="0"/>
                <w:color w:val="111111"/>
                <w:sz w:val="14"/>
              </w:rPr>
              <w:t>Encourage players to see and fill the empty space.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empty cone.</w:t>
            </w:r>
          </w:p>
          <w:p>
            <w:pPr>
              <w:spacing w:after="0"/>
              <w:ind w:left="230" w:hanging="158"/>
              <w:keepLines/>
              <w:keepNext/>
            </w:pPr>
            <w:r>
              <w:rPr>
                <w:b/>
                <w:i w:val="0"/>
                <w:color w:val="0B5D4B"/>
                <w:sz w:val="14"/>
              </w:rPr>
              <w:t xml:space="preserve">• </w:t>
            </w:r>
            <w:r>
              <w:rPr>
                <w:b w:val="0"/>
                <w:i w:val="0"/>
                <w:color w:val="111111"/>
                <w:sz w:val="14"/>
              </w:rPr>
              <w:t>Pass to ready hands.</w:t>
            </w:r>
          </w:p>
          <w:p>
            <w:pPr>
              <w:spacing w:after="0"/>
              <w:ind w:left="230" w:hanging="158"/>
              <w:keepLines/>
              <w:keepNext/>
            </w:pPr>
            <w:r>
              <w:rPr>
                <w:b/>
                <w:i w:val="0"/>
                <w:color w:val="0B5D4B"/>
                <w:sz w:val="14"/>
              </w:rPr>
              <w:t xml:space="preserve">• </w:t>
            </w:r>
            <w:r>
              <w:rPr>
                <w:b w:val="0"/>
                <w:i w:val="0"/>
                <w:color w:val="111111"/>
                <w:sz w:val="14"/>
              </w:rPr>
              <w:t>Move after passing.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and three cones per group</w:t>
            </w:r>
          </w:p>
          <w:p>
            <w:pPr>
              <w:spacing w:after="0"/>
              <w:ind w:left="230" w:hanging="158"/>
              <w:keepLines/>
              <w:keepNext/>
            </w:pPr>
            <w:r>
              <w:rPr>
                <w:b/>
                <w:i w:val="0"/>
                <w:color w:val="0B5D4B"/>
                <w:sz w:val="14"/>
              </w:rPr>
              <w:t xml:space="preserve">• </w:t>
            </w:r>
            <w:r>
              <w:rPr>
                <w:b w:val="0"/>
                <w:i w:val="0"/>
                <w:color w:val="111111"/>
                <w:sz w:val="14"/>
              </w:rPr>
              <w:t>Half court; groups of 3</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Keep players at fixed cones first.</w:t>
            </w:r>
          </w:p>
          <w:p>
            <w:pPr>
              <w:spacing w:after="0"/>
              <w:ind w:left="230" w:hanging="158"/>
              <w:keepLines/>
              <w:keepNext/>
            </w:pPr>
            <w:r>
              <w:rPr>
                <w:b/>
                <w:i w:val="0"/>
                <w:color w:val="0B5D4B"/>
                <w:sz w:val="14"/>
              </w:rPr>
              <w:t xml:space="preserve">• </w:t>
            </w:r>
            <w:r>
              <w:rPr>
                <w:b w:val="0"/>
                <w:i w:val="0"/>
                <w:color w:val="111111"/>
                <w:sz w:val="14"/>
              </w:rPr>
              <w:t>Use a larger triangle.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Change direction on command.</w:t>
            </w:r>
          </w:p>
          <w:p>
            <w:pPr>
              <w:spacing w:after="0"/>
              <w:ind w:left="230" w:hanging="158"/>
              <w:keepLines/>
              <w:keepNext/>
            </w:pPr>
            <w:r>
              <w:rPr>
                <w:b/>
                <w:i w:val="0"/>
                <w:color w:val="0B5D4B"/>
                <w:sz w:val="14"/>
              </w:rPr>
              <w:t xml:space="preserve">• </w:t>
            </w:r>
            <w:r>
              <w:rPr>
                <w:b w:val="0"/>
                <w:i w:val="0"/>
                <w:color w:val="111111"/>
                <w:sz w:val="14"/>
              </w:rPr>
              <w:t>Add a defender in the middle as a passive obstacle.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recognising the open position?</w:t>
            </w:r>
          </w:p>
          <w:p>
            <w:pPr>
              <w:spacing w:after="0"/>
              <w:ind w:left="230" w:hanging="158"/>
              <w:keepLines/>
              <w:keepNext/>
            </w:pPr>
            <w:r>
              <w:rPr>
                <w:b/>
                <w:i w:val="0"/>
                <w:color w:val="0B5D4B"/>
                <w:sz w:val="14"/>
              </w:rPr>
              <w:t xml:space="preserve">• </w:t>
            </w:r>
            <w:r>
              <w:rPr>
                <w:b w:val="0"/>
                <w:i w:val="0"/>
                <w:color w:val="111111"/>
                <w:sz w:val="14"/>
              </w:rPr>
              <w:t>Is the passer moving instead of watching the ball?</w:t>
            </w:r>
          </w:p>
          <w:p>
            <w:pPr>
              <w:spacing w:before="20" w:after="0"/>
              <w:keepLines/>
              <w:keepNext/>
            </w:pPr>
            <w:r>
              <w:rPr>
                <w:b/>
                <w:i w:val="0"/>
                <w:color w:val="F28C28"/>
                <w:sz w:val="14"/>
              </w:rPr>
              <w:t>SAFETY</w:t>
            </w:r>
          </w:p>
          <w:p>
            <w:pPr>
              <w:spacing w:after="0"/>
              <w:keepLines/>
            </w:pPr>
            <w:r>
              <w:rPr>
                <w:sz w:val="14"/>
              </w:rPr>
              <w:t>Triangles must be separated so groups do not overlap.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Gate Pass and Move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out many gates. Each pair begins at a different gate.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Partners pass through a gate, then both move to another open gate before completing the next pass. The challenge is to keep moving without crowding.</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through the gate.</w:t>
            </w:r>
          </w:p>
          <w:p>
            <w:pPr>
              <w:spacing w:after="0"/>
              <w:ind w:left="230" w:hanging="158"/>
              <w:keepLines/>
              <w:keepNext/>
            </w:pPr>
            <w:r>
              <w:rPr>
                <w:b/>
                <w:i w:val="0"/>
                <w:color w:val="0B5D4B"/>
                <w:sz w:val="14"/>
              </w:rPr>
              <w:t xml:space="preserve">• </w:t>
            </w:r>
            <w:r>
              <w:rPr>
                <w:b w:val="0"/>
                <w:i w:val="0"/>
                <w:color w:val="111111"/>
                <w:sz w:val="14"/>
              </w:rPr>
              <w:t>Move to open space.</w:t>
            </w:r>
          </w:p>
          <w:p>
            <w:pPr>
              <w:spacing w:after="0"/>
              <w:ind w:left="230" w:hanging="158"/>
              <w:keepLines/>
              <w:keepNext/>
            </w:pPr>
            <w:r>
              <w:rPr>
                <w:b/>
                <w:i w:val="0"/>
                <w:color w:val="0B5D4B"/>
                <w:sz w:val="14"/>
              </w:rPr>
              <w:t xml:space="preserve">• </w:t>
            </w:r>
            <w:r>
              <w:rPr>
                <w:b w:val="0"/>
                <w:i w:val="0"/>
                <w:color w:val="111111"/>
                <w:sz w:val="14"/>
              </w:rPr>
              <w:t>Stay connected to your partner.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 gates</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Let one player choose the next gate.</w:t>
            </w:r>
          </w:p>
          <w:p>
            <w:pPr>
              <w:spacing w:after="0"/>
              <w:ind w:left="230" w:hanging="158"/>
              <w:keepLines/>
              <w:keepNext/>
            </w:pPr>
            <w:r>
              <w:rPr>
                <w:b/>
                <w:i w:val="0"/>
                <w:color w:val="0B5D4B"/>
                <w:sz w:val="14"/>
              </w:rPr>
              <w:t xml:space="preserve">• </w:t>
            </w:r>
            <w:r>
              <w:rPr>
                <w:b w:val="0"/>
                <w:i w:val="0"/>
                <w:color w:val="111111"/>
                <w:sz w:val="14"/>
              </w:rPr>
              <w:t>Use wide gates.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Require a change of pass type.</w:t>
            </w:r>
          </w:p>
          <w:p>
            <w:pPr>
              <w:spacing w:after="0"/>
              <w:ind w:left="230" w:hanging="158"/>
              <w:keepLines/>
              <w:keepNext/>
            </w:pPr>
            <w:r>
              <w:rPr>
                <w:b/>
                <w:i w:val="0"/>
                <w:color w:val="0B5D4B"/>
                <w:sz w:val="14"/>
              </w:rPr>
              <w:t xml:space="preserve">• </w:t>
            </w:r>
            <w:r>
              <w:rPr>
                <w:b w:val="0"/>
                <w:i w:val="0"/>
                <w:color w:val="111111"/>
                <w:sz w:val="14"/>
              </w:rPr>
              <w:t>Add a time challenge without ranking teams.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pairs scanning before moving?</w:t>
            </w:r>
          </w:p>
          <w:p>
            <w:pPr>
              <w:spacing w:after="0"/>
              <w:ind w:left="230" w:hanging="158"/>
              <w:keepLines/>
              <w:keepNext/>
            </w:pPr>
            <w:r>
              <w:rPr>
                <w:b/>
                <w:i w:val="0"/>
                <w:color w:val="0B5D4B"/>
                <w:sz w:val="14"/>
              </w:rPr>
              <w:t xml:space="preserve">• </w:t>
            </w:r>
            <w:r>
              <w:rPr>
                <w:b w:val="0"/>
                <w:i w:val="0"/>
                <w:color w:val="111111"/>
                <w:sz w:val="14"/>
              </w:rPr>
              <w:t>Do partners stay a useful distance apart?</w:t>
            </w:r>
          </w:p>
          <w:p>
            <w:pPr>
              <w:spacing w:before="20" w:after="0"/>
              <w:keepLines/>
              <w:keepNext/>
            </w:pPr>
            <w:r>
              <w:rPr>
                <w:b/>
                <w:i w:val="0"/>
                <w:color w:val="F28C28"/>
                <w:sz w:val="14"/>
              </w:rPr>
              <w:t>SAFETY</w:t>
            </w:r>
          </w:p>
          <w:p>
            <w:pPr>
              <w:spacing w:after="0"/>
              <w:keepLines/>
            </w:pPr>
            <w:r>
              <w:rPr>
                <w:sz w:val="14"/>
              </w:rPr>
              <w:t>No diving for loose balls near another pair.</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End-Zone Passing</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two end zones and create small teams. Begin without defenders or with one passive defender.</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score by completing a pass to a teammate standing or arriving in the end zone.</w:t>
            </w:r>
          </w:p>
          <w:p>
            <w:pPr>
              <w:spacing w:after="0"/>
              <w:ind w:left="230" w:hanging="158"/>
              <w:keepLines/>
              <w:keepNext/>
            </w:pPr>
            <w:r>
              <w:rPr>
                <w:b/>
                <w:i w:val="0"/>
                <w:color w:val="0B5D4B"/>
                <w:sz w:val="14"/>
              </w:rPr>
              <w:t xml:space="preserve">• </w:t>
            </w:r>
            <w:r>
              <w:rPr>
                <w:b w:val="0"/>
                <w:i w:val="0"/>
                <w:color w:val="111111"/>
                <w:sz w:val="14"/>
              </w:rPr>
              <w:t>Players may not run with the ball.</w:t>
            </w:r>
          </w:p>
          <w:p>
            <w:pPr>
              <w:spacing w:after="0"/>
              <w:ind w:left="230" w:hanging="158"/>
              <w:keepLines/>
              <w:keepNext/>
            </w:pPr>
            <w:r>
              <w:rPr>
                <w:b/>
                <w:i w:val="0"/>
                <w:color w:val="0B5D4B"/>
                <w:sz w:val="14"/>
              </w:rPr>
              <w:t xml:space="preserve">• </w:t>
            </w:r>
            <w:r>
              <w:rPr>
                <w:b w:val="0"/>
                <w:i w:val="0"/>
                <w:color w:val="111111"/>
                <w:sz w:val="14"/>
              </w:rPr>
              <w:t>Restart quickly after a score or turnover.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Spread out.</w:t>
            </w:r>
          </w:p>
          <w:p>
            <w:pPr>
              <w:spacing w:after="0"/>
              <w:ind w:left="230" w:hanging="158"/>
              <w:keepLines/>
              <w:keepNext/>
            </w:pPr>
            <w:r>
              <w:rPr>
                <w:b/>
                <w:i w:val="0"/>
                <w:color w:val="0B5D4B"/>
                <w:sz w:val="14"/>
              </w:rPr>
              <w:t xml:space="preserve">• </w:t>
            </w:r>
            <w:r>
              <w:rPr>
                <w:b w:val="0"/>
                <w:i w:val="0"/>
                <w:color w:val="111111"/>
                <w:sz w:val="14"/>
              </w:rPr>
              <w:t>Pass to space.</w:t>
            </w:r>
          </w:p>
          <w:p>
            <w:pPr>
              <w:spacing w:after="0"/>
              <w:ind w:left="230" w:hanging="158"/>
              <w:keepLines/>
              <w:keepNext/>
            </w:pPr>
            <w:r>
              <w:rPr>
                <w:b/>
                <w:i w:val="0"/>
                <w:color w:val="0B5D4B"/>
                <w:sz w:val="14"/>
              </w:rPr>
              <w:t xml:space="preserve">• </w:t>
            </w:r>
            <w:r>
              <w:rPr>
                <w:b w:val="0"/>
                <w:i w:val="0"/>
                <w:color w:val="111111"/>
                <w:sz w:val="14"/>
              </w:rPr>
              <w:t>Move after passing.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and bibs</w:t>
            </w:r>
          </w:p>
          <w:p>
            <w:pPr>
              <w:spacing w:after="0"/>
              <w:ind w:left="230" w:hanging="158"/>
              <w:keepLines/>
              <w:keepNext/>
            </w:pPr>
            <w:r>
              <w:rPr>
                <w:b/>
                <w:i w:val="0"/>
                <w:color w:val="0B5D4B"/>
                <w:sz w:val="14"/>
              </w:rPr>
              <w:t xml:space="preserve">• </w:t>
            </w:r>
            <w:r>
              <w:rPr>
                <w:b w:val="0"/>
                <w:i w:val="0"/>
                <w:color w:val="111111"/>
                <w:sz w:val="14"/>
              </w:rPr>
              <w:t>Half or full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Play 3v0 or 4v0.</w:t>
            </w:r>
          </w:p>
          <w:p>
            <w:pPr>
              <w:spacing w:after="0"/>
              <w:ind w:left="230" w:hanging="158"/>
              <w:keepLines/>
              <w:keepNext/>
            </w:pPr>
            <w:r>
              <w:rPr>
                <w:b/>
                <w:i w:val="0"/>
                <w:color w:val="0B5D4B"/>
                <w:sz w:val="14"/>
              </w:rPr>
              <w:t xml:space="preserve">• </w:t>
            </w:r>
            <w:r>
              <w:rPr>
                <w:b w:val="0"/>
                <w:i w:val="0"/>
                <w:color w:val="111111"/>
                <w:sz w:val="14"/>
              </w:rPr>
              <w:t>Allow unlimited holding time.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light defenders.</w:t>
            </w:r>
          </w:p>
          <w:p>
            <w:pPr>
              <w:spacing w:after="0"/>
              <w:ind w:left="230" w:hanging="158"/>
              <w:keepLines/>
              <w:keepNext/>
            </w:pPr>
            <w:r>
              <w:rPr>
                <w:b/>
                <w:i w:val="0"/>
                <w:color w:val="0B5D4B"/>
                <w:sz w:val="14"/>
              </w:rPr>
              <w:t xml:space="preserve">• </w:t>
            </w:r>
            <w:r>
              <w:rPr>
                <w:b w:val="0"/>
                <w:i w:val="0"/>
                <w:color w:val="111111"/>
                <w:sz w:val="14"/>
              </w:rPr>
              <w:t>Limit the ball holder to three seconds.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everyone becoming a passing option?</w:t>
            </w:r>
          </w:p>
          <w:p>
            <w:pPr>
              <w:spacing w:after="0"/>
              <w:ind w:left="230" w:hanging="158"/>
              <w:keepLines/>
              <w:keepNext/>
            </w:pPr>
            <w:r>
              <w:rPr>
                <w:b/>
                <w:i w:val="0"/>
                <w:color w:val="0B5D4B"/>
                <w:sz w:val="14"/>
              </w:rPr>
              <w:t xml:space="preserve">• </w:t>
            </w:r>
            <w:r>
              <w:rPr>
                <w:b w:val="0"/>
                <w:i w:val="0"/>
                <w:color w:val="111111"/>
                <w:sz w:val="14"/>
              </w:rPr>
              <w:t>Are players moving away from crowds?</w:t>
            </w:r>
          </w:p>
          <w:p>
            <w:pPr>
              <w:spacing w:before="20" w:after="0"/>
              <w:keepLines/>
              <w:keepNext/>
            </w:pPr>
            <w:r>
              <w:rPr>
                <w:b/>
                <w:i w:val="0"/>
                <w:color w:val="F28C28"/>
                <w:sz w:val="14"/>
              </w:rPr>
              <w:t>SAFETY</w:t>
            </w:r>
          </w:p>
          <w:p>
            <w:pPr>
              <w:spacing w:after="0"/>
              <w:keepLines/>
            </w:pPr>
            <w:r>
              <w:rPr>
                <w:sz w:val="14"/>
              </w:rPr>
              <w:t>Use no-contact defence and stop unsafe reaching or pushing.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Keep It Moving</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groups of four to six in marked areas.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count consecutive completed passes. The ball must keep moving and every player should receive before the count can restart or score.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Move to help.</w:t>
            </w:r>
          </w:p>
          <w:p>
            <w:pPr>
              <w:spacing w:after="0"/>
              <w:ind w:left="230" w:hanging="158"/>
              <w:keepLines/>
              <w:keepNext/>
            </w:pPr>
            <w:r>
              <w:rPr>
                <w:b/>
                <w:i w:val="0"/>
                <w:color w:val="0B5D4B"/>
                <w:sz w:val="14"/>
              </w:rPr>
              <w:t xml:space="preserve">• </w:t>
            </w:r>
            <w:r>
              <w:rPr>
                <w:b w:val="0"/>
                <w:i w:val="0"/>
                <w:color w:val="111111"/>
                <w:sz w:val="14"/>
              </w:rPr>
              <w:t>Share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team; bibs optional</w:t>
            </w:r>
          </w:p>
          <w:p>
            <w:pPr>
              <w:spacing w:after="0"/>
              <w:ind w:left="230" w:hanging="158"/>
              <w:keepLines/>
              <w:keepNext/>
            </w:pPr>
            <w:r>
              <w:rPr>
                <w:b/>
                <w:i w:val="0"/>
                <w:color w:val="0B5D4B"/>
                <w:sz w:val="14"/>
              </w:rPr>
              <w:t xml:space="preserve">• </w:t>
            </w:r>
            <w:r>
              <w:rPr>
                <w:b w:val="0"/>
                <w:i w:val="0"/>
                <w:color w:val="111111"/>
                <w:sz w:val="14"/>
              </w:rPr>
              <w:t>Half court; small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defenders.</w:t>
            </w:r>
          </w:p>
          <w:p>
            <w:pPr>
              <w:spacing w:after="0"/>
              <w:ind w:left="230" w:hanging="158"/>
              <w:keepLines/>
              <w:keepNext/>
            </w:pPr>
            <w:r>
              <w:rPr>
                <w:b/>
                <w:i w:val="0"/>
                <w:color w:val="0B5D4B"/>
                <w:sz w:val="14"/>
              </w:rPr>
              <w:t xml:space="preserve">• </w:t>
            </w:r>
            <w:r>
              <w:rPr>
                <w:b w:val="0"/>
                <w:i w:val="0"/>
                <w:color w:val="111111"/>
                <w:sz w:val="14"/>
              </w:rPr>
              <w:t>Allow players to stand in fixed spots.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one light defender.</w:t>
            </w:r>
          </w:p>
          <w:p>
            <w:pPr>
              <w:spacing w:after="0"/>
              <w:ind w:left="230" w:hanging="158"/>
              <w:keepLines/>
              <w:keepNext/>
            </w:pPr>
            <w:r>
              <w:rPr>
                <w:b/>
                <w:i w:val="0"/>
                <w:color w:val="0B5D4B"/>
                <w:sz w:val="14"/>
              </w:rPr>
              <w:t xml:space="preserve">• </w:t>
            </w:r>
            <w:r>
              <w:rPr>
                <w:b w:val="0"/>
                <w:i w:val="0"/>
                <w:color w:val="111111"/>
                <w:sz w:val="14"/>
              </w:rPr>
              <w:t>Require movement after every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one player dominating possession?</w:t>
            </w:r>
          </w:p>
          <w:p>
            <w:pPr>
              <w:spacing w:after="0"/>
              <w:ind w:left="230" w:hanging="158"/>
              <w:keepLines/>
              <w:keepNext/>
            </w:pPr>
            <w:r>
              <w:rPr>
                <w:b/>
                <w:i w:val="0"/>
                <w:color w:val="0B5D4B"/>
                <w:sz w:val="14"/>
              </w:rPr>
              <w:t xml:space="preserve">• </w:t>
            </w:r>
            <w:r>
              <w:rPr>
                <w:b w:val="0"/>
                <w:i w:val="0"/>
                <w:color w:val="111111"/>
                <w:sz w:val="14"/>
              </w:rPr>
              <w:t>Are quieter players being included?</w:t>
            </w:r>
          </w:p>
          <w:p>
            <w:pPr>
              <w:spacing w:before="20" w:after="0"/>
              <w:keepLines/>
              <w:keepNext/>
            </w:pPr>
            <w:r>
              <w:rPr>
                <w:b/>
                <w:i w:val="0"/>
                <w:color w:val="F28C28"/>
                <w:sz w:val="14"/>
              </w:rPr>
              <w:t>SAFETY</w:t>
            </w:r>
          </w:p>
          <w:p>
            <w:pPr>
              <w:spacing w:after="0"/>
              <w:keepLines/>
            </w:pPr>
            <w:r>
              <w:rPr>
                <w:sz w:val="14"/>
              </w:rPr>
              <w:t>Keep groups small and separate to prevent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12: HELP YOUR TEAMMATE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Become a clear passing option and encourage partners.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Encourage and notice others.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Face the passer, show hands and move into a passing lane; pass to a ready teammate.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Show and Catch</w:t>
            </w:r>
          </w:p>
        </w:tc>
        <w:tc>
          <w:tcPr>
            <w:tcW w:type="dxa" w:w="4104"/>
            <w:vAlign w:val="center"/>
            <w:tcMar>
              <w:top w:w="42" w:type="dxa"/>
              <w:start w:w="50" w:type="dxa"/>
              <w:bottom w:w="42" w:type="dxa"/>
              <w:end w:w="50" w:type="dxa"/>
            </w:tcMar>
          </w:tcPr>
          <w:p>
            <w:pPr>
              <w:keepLines/>
            </w:pPr>
            <w:r>
              <w:rPr>
                <w:b w:val="0"/>
                <w:i w:val="0"/>
                <w:color w:val="111111"/>
                <w:sz w:val="14"/>
              </w:rPr>
              <w:t>Move, stop, face partner and show hands.</w:t>
            </w:r>
          </w:p>
        </w:tc>
        <w:tc>
          <w:tcPr>
            <w:tcW w:type="dxa" w:w="2563"/>
            <w:vAlign w:val="center"/>
            <w:tcMar>
              <w:top w:w="42" w:type="dxa"/>
              <w:start w:w="50" w:type="dxa"/>
              <w:bottom w:w="42" w:type="dxa"/>
              <w:end w:w="50" w:type="dxa"/>
            </w:tcMar>
          </w:tcPr>
          <w:p>
            <w:pPr>
              <w:keepLines/>
            </w:pPr>
            <w:r>
              <w:rPr>
                <w:b w:val="0"/>
                <w:i w:val="0"/>
                <w:color w:val="111111"/>
                <w:sz w:val="14"/>
              </w:rPr>
              <w:t>Be easy to pass to.</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Passing Lanes</w:t>
            </w:r>
          </w:p>
        </w:tc>
        <w:tc>
          <w:tcPr>
            <w:tcW w:type="dxa" w:w="4104"/>
            <w:vAlign w:val="center"/>
            <w:tcMar>
              <w:top w:w="42" w:type="dxa"/>
              <w:start w:w="50" w:type="dxa"/>
              <w:bottom w:w="42" w:type="dxa"/>
              <w:end w:w="50" w:type="dxa"/>
            </w:tcMar>
          </w:tcPr>
          <w:p>
            <w:pPr>
              <w:keepLines/>
            </w:pPr>
            <w:r>
              <w:rPr>
                <w:b w:val="0"/>
                <w:i w:val="0"/>
                <w:color w:val="111111"/>
                <w:sz w:val="14"/>
              </w:rPr>
              <w:t>Pairs move around cones and find a clear lane before passing.</w:t>
            </w:r>
          </w:p>
        </w:tc>
        <w:tc>
          <w:tcPr>
            <w:tcW w:type="dxa" w:w="2563"/>
            <w:vAlign w:val="center"/>
            <w:tcMar>
              <w:top w:w="42" w:type="dxa"/>
              <w:start w:w="50" w:type="dxa"/>
              <w:bottom w:w="42" w:type="dxa"/>
              <w:end w:w="50" w:type="dxa"/>
            </w:tcMar>
          </w:tcPr>
          <w:p>
            <w:pPr>
              <w:keepLines/>
            </w:pPr>
            <w:r>
              <w:rPr>
                <w:b w:val="0"/>
                <w:i w:val="0"/>
                <w:color w:val="111111"/>
                <w:sz w:val="14"/>
              </w:rPr>
              <w:t>No passing through bodies.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Call and Catch</w:t>
            </w:r>
          </w:p>
        </w:tc>
        <w:tc>
          <w:tcPr>
            <w:tcW w:type="dxa" w:w="4104"/>
            <w:vAlign w:val="center"/>
            <w:tcMar>
              <w:top w:w="42" w:type="dxa"/>
              <w:start w:w="50" w:type="dxa"/>
              <w:bottom w:w="42" w:type="dxa"/>
              <w:end w:w="50" w:type="dxa"/>
            </w:tcMar>
          </w:tcPr>
          <w:p>
            <w:pPr>
              <w:keepLines/>
            </w:pPr>
            <w:r>
              <w:rPr>
                <w:b w:val="0"/>
                <w:i w:val="0"/>
                <w:color w:val="111111"/>
                <w:sz w:val="14"/>
              </w:rPr>
              <w:t>Receiver calls name, shows hands and moves into space.</w:t>
            </w:r>
          </w:p>
        </w:tc>
        <w:tc>
          <w:tcPr>
            <w:tcW w:type="dxa" w:w="2563"/>
            <w:vAlign w:val="center"/>
            <w:tcMar>
              <w:top w:w="42" w:type="dxa"/>
              <w:start w:w="50" w:type="dxa"/>
              <w:bottom w:w="42" w:type="dxa"/>
              <w:end w:w="50" w:type="dxa"/>
            </w:tcMar>
          </w:tcPr>
          <w:p>
            <w:pPr>
              <w:keepLines/>
            </w:pPr>
            <w:r>
              <w:rPr>
                <w:b w:val="0"/>
                <w:i w:val="0"/>
                <w:color w:val="111111"/>
                <w:sz w:val="14"/>
              </w:rPr>
              <w:t>Simple communication.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Passing Lanes</w:t>
            </w:r>
          </w:p>
        </w:tc>
        <w:tc>
          <w:tcPr>
            <w:tcW w:type="dxa" w:w="4104"/>
            <w:vAlign w:val="center"/>
            <w:tcMar>
              <w:top w:w="42" w:type="dxa"/>
              <w:start w:w="50" w:type="dxa"/>
              <w:bottom w:w="42" w:type="dxa"/>
              <w:end w:w="50" w:type="dxa"/>
            </w:tcMar>
          </w:tcPr>
          <w:p>
            <w:pPr>
              <w:keepLines/>
            </w:pPr>
            <w:r>
              <w:rPr>
                <w:b w:val="0"/>
                <w:i w:val="0"/>
                <w:color w:val="111111"/>
                <w:sz w:val="14"/>
              </w:rPr>
              <w:t>3-player keep-moving activity: passer, receiver, helper rotates into open space.</w:t>
            </w:r>
          </w:p>
        </w:tc>
        <w:tc>
          <w:tcPr>
            <w:tcW w:type="dxa" w:w="2563"/>
            <w:vAlign w:val="center"/>
            <w:tcMar>
              <w:top w:w="42" w:type="dxa"/>
              <w:start w:w="50" w:type="dxa"/>
              <w:bottom w:w="42" w:type="dxa"/>
              <w:end w:w="50" w:type="dxa"/>
            </w:tcMar>
          </w:tcPr>
          <w:p>
            <w:pPr>
              <w:keepLines/>
            </w:pPr>
            <w:r>
              <w:rPr>
                <w:b w:val="0"/>
                <w:i w:val="0"/>
                <w:color w:val="111111"/>
                <w:sz w:val="14"/>
              </w:rPr>
              <w:t>Notice the quiet child.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Everyone Touches</w:t>
            </w:r>
          </w:p>
        </w:tc>
        <w:tc>
          <w:tcPr>
            <w:tcW w:type="dxa" w:w="4104"/>
            <w:vAlign w:val="center"/>
            <w:tcMar>
              <w:top w:w="42" w:type="dxa"/>
              <w:start w:w="50" w:type="dxa"/>
              <w:bottom w:w="42" w:type="dxa"/>
              <w:end w:w="50" w:type="dxa"/>
            </w:tcMar>
          </w:tcPr>
          <w:p>
            <w:pPr>
              <w:keepLines/>
            </w:pPr>
            <w:r>
              <w:rPr>
                <w:b w:val="0"/>
                <w:i w:val="0"/>
                <w:color w:val="111111"/>
                <w:sz w:val="14"/>
              </w:rPr>
              <w:t>Team completes a sequence where everyone must receive.</w:t>
            </w:r>
          </w:p>
        </w:tc>
        <w:tc>
          <w:tcPr>
            <w:tcW w:type="dxa" w:w="2563"/>
            <w:vAlign w:val="center"/>
            <w:tcMar>
              <w:top w:w="42" w:type="dxa"/>
              <w:start w:w="50" w:type="dxa"/>
              <w:bottom w:w="42" w:type="dxa"/>
              <w:end w:w="50" w:type="dxa"/>
            </w:tcMar>
          </w:tcPr>
          <w:p>
            <w:pPr>
              <w:keepLines/>
            </w:pPr>
            <w:r>
              <w:rPr>
                <w:b w:val="0"/>
                <w:i w:val="0"/>
                <w:color w:val="111111"/>
                <w:sz w:val="14"/>
              </w:rPr>
              <w:t>Encourage, do not blame.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a helpful teammate.</w:t>
            </w:r>
          </w:p>
        </w:tc>
        <w:tc>
          <w:tcPr>
            <w:tcW w:type="dxa" w:w="2563"/>
            <w:vAlign w:val="center"/>
            <w:tcMar>
              <w:top w:w="42" w:type="dxa"/>
              <w:start w:w="50" w:type="dxa"/>
              <w:bottom w:w="42" w:type="dxa"/>
              <w:end w:w="50" w:type="dxa"/>
            </w:tcMar>
          </w:tcPr>
          <w:p>
            <w:pPr>
              <w:keepLines/>
            </w:pPr>
            <w:r>
              <w:rPr>
                <w:b w:val="0"/>
                <w:i w:val="0"/>
                <w:color w:val="111111"/>
                <w:sz w:val="14"/>
              </w:rPr>
              <w:t>How did you help the passer?</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Who is making themselves easy to pass to?</w:t>
              <w:br/>
              <w:t>Are quieter players being noticed and included?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fixed receiving spots and shorter passes.</w:t>
              <w:br/>
              <w:t>Harder: Add movement before showing hands.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Passing lane, ready hands and facing the passer.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help a teammate?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Show and Catch</w:t>
            </w:r>
          </w:p>
        </w:tc>
        <w:tc>
          <w:tcPr>
            <w:tcW w:type="dxa" w:w="5429"/>
            <w:shd w:fill="F28C28"/>
            <w:tcMar>
              <w:top w:w="62" w:type="dxa"/>
              <w:start w:w="82" w:type="dxa"/>
              <w:bottom w:w="62" w:type="dxa"/>
              <w:end w:w="82" w:type="dxa"/>
            </w:tcMar>
          </w:tcPr>
          <w:p>
            <w:pPr>
              <w:jc w:val="center"/>
              <w:keepLines/>
              <w:keepNext/>
            </w:pPr>
            <w:r>
              <w:rPr>
                <w:b/>
                <w:i w:val="0"/>
                <w:color w:val="FFFFFF"/>
                <w:sz w:val="15"/>
              </w:rPr>
              <w:t>5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partners a short distance apart. The receiver begins without the ball and shows two hands as a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passer waits for the target, makes a gentle two-handed pass and the receiver catches, secures the ball and returns it. Swap roles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ten fingers.</w:t>
            </w:r>
          </w:p>
          <w:p>
            <w:pPr>
              <w:spacing w:after="0"/>
              <w:ind w:left="230" w:hanging="158"/>
              <w:keepLines/>
              <w:keepNext/>
            </w:pPr>
            <w:r>
              <w:rPr>
                <w:b/>
                <w:i w:val="0"/>
                <w:color w:val="0B5D4B"/>
                <w:sz w:val="14"/>
              </w:rPr>
              <w:t xml:space="preserve">• </w:t>
            </w:r>
            <w:r>
              <w:rPr>
                <w:b w:val="0"/>
                <w:i w:val="0"/>
                <w:color w:val="111111"/>
                <w:sz w:val="14"/>
              </w:rPr>
              <w:t>Watch the ball into your hands.</w:t>
            </w:r>
          </w:p>
          <w:p>
            <w:pPr>
              <w:spacing w:after="0"/>
              <w:ind w:left="230" w:hanging="158"/>
              <w:keepLines/>
              <w:keepNext/>
            </w:pPr>
            <w:r>
              <w:rPr>
                <w:b/>
                <w:i w:val="0"/>
                <w:color w:val="0B5D4B"/>
                <w:sz w:val="14"/>
              </w:rPr>
              <w:t xml:space="preserve">• </w:t>
            </w:r>
            <w:r>
              <w:rPr>
                <w:b w:val="0"/>
                <w:i w:val="0"/>
                <w:color w:val="111111"/>
                <w:sz w:val="14"/>
              </w:rPr>
              <w:t>Step toward the pass.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soft underarm toss.</w:t>
            </w:r>
          </w:p>
          <w:p>
            <w:pPr>
              <w:spacing w:after="0"/>
              <w:ind w:left="230" w:hanging="158"/>
              <w:keepLines/>
              <w:keepNext/>
            </w:pPr>
            <w:r>
              <w:rPr>
                <w:b/>
                <w:i w:val="0"/>
                <w:color w:val="0B5D4B"/>
                <w:sz w:val="14"/>
              </w:rPr>
              <w:t xml:space="preserve">• </w:t>
            </w:r>
            <w:r>
              <w:rPr>
                <w:b w:val="0"/>
                <w:i w:val="0"/>
                <w:color w:val="111111"/>
                <w:sz w:val="14"/>
              </w:rPr>
              <w:t>Move partners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bounce pass.</w:t>
            </w:r>
          </w:p>
          <w:p>
            <w:pPr>
              <w:spacing w:after="0"/>
              <w:ind w:left="230" w:hanging="158"/>
              <w:keepLines/>
              <w:keepNext/>
            </w:pPr>
            <w:r>
              <w:rPr>
                <w:b/>
                <w:i w:val="0"/>
                <w:color w:val="0B5D4B"/>
                <w:sz w:val="14"/>
              </w:rPr>
              <w:t xml:space="preserve">• </w:t>
            </w:r>
            <w:r>
              <w:rPr>
                <w:b w:val="0"/>
                <w:i w:val="0"/>
                <w:color w:val="111111"/>
                <w:sz w:val="14"/>
              </w:rPr>
              <w:t>Receiver moves one step before showing a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ready before the pass is thrown?</w:t>
            </w:r>
          </w:p>
          <w:p>
            <w:pPr>
              <w:spacing w:after="0"/>
              <w:ind w:left="230" w:hanging="158"/>
              <w:keepLines/>
              <w:keepNext/>
            </w:pPr>
            <w:r>
              <w:rPr>
                <w:b/>
                <w:i w:val="0"/>
                <w:color w:val="0B5D4B"/>
                <w:sz w:val="14"/>
              </w:rPr>
              <w:t xml:space="preserve">• </w:t>
            </w:r>
            <w:r>
              <w:rPr>
                <w:b w:val="0"/>
                <w:i w:val="0"/>
                <w:color w:val="111111"/>
                <w:sz w:val="14"/>
              </w:rPr>
              <w:t>Are catches controlled rather than trapped against the body?</w:t>
            </w:r>
          </w:p>
          <w:p>
            <w:pPr>
              <w:spacing w:before="20" w:after="0"/>
              <w:keepLines/>
              <w:keepNext/>
            </w:pPr>
            <w:r>
              <w:rPr>
                <w:b/>
                <w:i w:val="0"/>
                <w:color w:val="F28C28"/>
                <w:sz w:val="14"/>
              </w:rPr>
              <w:t>SAFETY</w:t>
            </w:r>
          </w:p>
          <w:p>
            <w:pPr>
              <w:spacing w:after="0"/>
              <w:keepLines/>
            </w:pPr>
            <w:r>
              <w:rPr>
                <w:sz w:val="14"/>
              </w:rPr>
              <w:t>Use soft passes and enough space between pairs.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Lanes</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cones as obstacles. Partners move through the area while staying several metres apart.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Before passing, the ball carrier must find a clear line to the partner. If a cone or player blocks the lane, one or both partners move first.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lane.</w:t>
            </w:r>
          </w:p>
          <w:p>
            <w:pPr>
              <w:spacing w:after="0"/>
              <w:ind w:left="230" w:hanging="158"/>
              <w:keepLines/>
              <w:keepNext/>
            </w:pPr>
            <w:r>
              <w:rPr>
                <w:b/>
                <w:i w:val="0"/>
                <w:color w:val="0B5D4B"/>
                <w:sz w:val="14"/>
              </w:rPr>
              <w:t xml:space="preserve">• </w:t>
            </w:r>
            <w:r>
              <w:rPr>
                <w:b w:val="0"/>
                <w:i w:val="0"/>
                <w:color w:val="111111"/>
                <w:sz w:val="14"/>
              </w:rPr>
              <w:t>Move before forcing a pass.</w:t>
            </w:r>
          </w:p>
          <w:p>
            <w:pPr>
              <w:spacing w:after="0"/>
              <w:ind w:left="230" w:hanging="158"/>
              <w:keepLines/>
              <w:keepNext/>
            </w:pPr>
            <w:r>
              <w:rPr>
                <w:b/>
                <w:i w:val="0"/>
                <w:color w:val="0B5D4B"/>
                <w:sz w:val="14"/>
              </w:rPr>
              <w:t xml:space="preserve">• </w:t>
            </w:r>
            <w:r>
              <w:rPr>
                <w:b w:val="0"/>
                <w:i w:val="0"/>
                <w:color w:val="111111"/>
                <w:sz w:val="14"/>
              </w:rPr>
              <w:t>Face your partner.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cones</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obstacles.</w:t>
            </w:r>
          </w:p>
          <w:p>
            <w:pPr>
              <w:spacing w:after="0"/>
              <w:ind w:left="230" w:hanging="158"/>
              <w:keepLines/>
              <w:keepNext/>
            </w:pPr>
            <w:r>
              <w:rPr>
                <w:b/>
                <w:i w:val="0"/>
                <w:color w:val="0B5D4B"/>
                <w:sz w:val="14"/>
              </w:rPr>
              <w:t xml:space="preserve">• </w:t>
            </w:r>
            <w:r>
              <w:rPr>
                <w:b w:val="0"/>
                <w:i w:val="0"/>
                <w:color w:val="111111"/>
                <w:sz w:val="14"/>
              </w:rPr>
              <w:t>Let partners walk.</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more cones.</w:t>
            </w:r>
          </w:p>
          <w:p>
            <w:pPr>
              <w:spacing w:after="0"/>
              <w:ind w:left="230" w:hanging="158"/>
              <w:keepLines/>
              <w:keepNext/>
            </w:pPr>
            <w:r>
              <w:rPr>
                <w:b/>
                <w:i w:val="0"/>
                <w:color w:val="0B5D4B"/>
                <w:sz w:val="14"/>
              </w:rPr>
              <w:t xml:space="preserve">• </w:t>
            </w:r>
            <w:r>
              <w:rPr>
                <w:b w:val="0"/>
                <w:i w:val="0"/>
                <w:color w:val="111111"/>
                <w:sz w:val="14"/>
              </w:rPr>
              <w:t>Add a passive shadow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recognising blocked lanes?</w:t>
            </w:r>
          </w:p>
          <w:p>
            <w:pPr>
              <w:spacing w:after="0"/>
              <w:ind w:left="230" w:hanging="158"/>
              <w:keepLines/>
              <w:keepNext/>
            </w:pPr>
            <w:r>
              <w:rPr>
                <w:b/>
                <w:i w:val="0"/>
                <w:color w:val="0B5D4B"/>
                <w:sz w:val="14"/>
              </w:rPr>
              <w:t xml:space="preserve">• </w:t>
            </w:r>
            <w:r>
              <w:rPr>
                <w:b w:val="0"/>
                <w:i w:val="0"/>
                <w:color w:val="111111"/>
                <w:sz w:val="14"/>
              </w:rPr>
              <w:t>Do they reposition rather than throw through traffic?</w:t>
            </w:r>
          </w:p>
          <w:p>
            <w:pPr>
              <w:spacing w:before="20" w:after="0"/>
              <w:keepLines/>
              <w:keepNext/>
            </w:pPr>
            <w:r>
              <w:rPr>
                <w:b/>
                <w:i w:val="0"/>
                <w:color w:val="F28C28"/>
                <w:sz w:val="14"/>
              </w:rPr>
              <w:t>SAFETY</w:t>
            </w:r>
          </w:p>
          <w:p>
            <w:pPr>
              <w:spacing w:after="0"/>
              <w:keepLines/>
            </w:pPr>
            <w:r>
              <w:rPr>
                <w:sz w:val="14"/>
              </w:rPr>
              <w:t>Keep passes below head height and avoid crossing between nearby pairs.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Call and Catch</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Groups form a loose circle with good spacing.</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passer calls a teammate’s name, waits for eye contact and passes. The receiver secures the ball and chooses the next teammate.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Name, eyes, pass.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Catch before choosing.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group</w:t>
            </w:r>
          </w:p>
          <w:p>
            <w:pPr>
              <w:spacing w:after="0"/>
              <w:ind w:left="230" w:hanging="158"/>
              <w:keepLines/>
              <w:keepNext/>
            </w:pPr>
            <w:r>
              <w:rPr>
                <w:b/>
                <w:i w:val="0"/>
                <w:color w:val="0B5D4B"/>
                <w:sz w:val="14"/>
              </w:rPr>
              <w:t xml:space="preserve">• </w:t>
            </w:r>
            <w:r>
              <w:rPr>
                <w:b w:val="0"/>
                <w:i w:val="0"/>
                <w:color w:val="111111"/>
                <w:sz w:val="14"/>
              </w:rPr>
              <w:t>Half court; groups of 3-5</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rolling passes.</w:t>
            </w:r>
          </w:p>
          <w:p>
            <w:pPr>
              <w:spacing w:after="0"/>
              <w:ind w:left="230" w:hanging="158"/>
              <w:keepLines/>
              <w:keepNext/>
            </w:pPr>
            <w:r>
              <w:rPr>
                <w:b/>
                <w:i w:val="0"/>
                <w:color w:val="0B5D4B"/>
                <w:sz w:val="14"/>
              </w:rPr>
              <w:t xml:space="preserve">• </w:t>
            </w:r>
            <w:r>
              <w:rPr>
                <w:b w:val="0"/>
                <w:i w:val="0"/>
                <w:color w:val="111111"/>
                <w:sz w:val="14"/>
              </w:rPr>
              <w:t>Coach names the receiver.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Players move after passing.</w:t>
            </w:r>
          </w:p>
          <w:p>
            <w:pPr>
              <w:spacing w:after="0"/>
              <w:ind w:left="230" w:hanging="158"/>
              <w:keepLines/>
              <w:keepNext/>
            </w:pPr>
            <w:r>
              <w:rPr>
                <w:b/>
                <w:i w:val="0"/>
                <w:color w:val="0B5D4B"/>
                <w:sz w:val="14"/>
              </w:rPr>
              <w:t xml:space="preserve">• </w:t>
            </w:r>
            <w:r>
              <w:rPr>
                <w:b w:val="0"/>
                <w:i w:val="0"/>
                <w:color w:val="111111"/>
                <w:sz w:val="14"/>
              </w:rPr>
              <w:t>Use two balls in large, confident groups only.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looking before passing?</w:t>
            </w:r>
          </w:p>
          <w:p>
            <w:pPr>
              <w:spacing w:after="0"/>
              <w:ind w:left="230" w:hanging="158"/>
              <w:keepLines/>
              <w:keepNext/>
            </w:pPr>
            <w:r>
              <w:rPr>
                <w:b/>
                <w:i w:val="0"/>
                <w:color w:val="0B5D4B"/>
                <w:sz w:val="14"/>
              </w:rPr>
              <w:t xml:space="preserve">• </w:t>
            </w:r>
            <w:r>
              <w:rPr>
                <w:b w:val="0"/>
                <w:i w:val="0"/>
                <w:color w:val="111111"/>
                <w:sz w:val="14"/>
              </w:rPr>
              <w:t>Is everyone being selected?</w:t>
            </w:r>
          </w:p>
          <w:p>
            <w:pPr>
              <w:spacing w:before="20" w:after="0"/>
              <w:keepLines/>
              <w:keepNext/>
            </w:pPr>
            <w:r>
              <w:rPr>
                <w:b/>
                <w:i w:val="0"/>
                <w:color w:val="F28C28"/>
                <w:sz w:val="14"/>
              </w:rPr>
              <w:t>SAFETY</w:t>
            </w:r>
          </w:p>
          <w:p>
            <w:pPr>
              <w:spacing w:after="0"/>
              <w:keepLines/>
            </w:pPr>
            <w:r>
              <w:rPr>
                <w:sz w:val="14"/>
              </w:rPr>
              <w:t>Only introduce a second ball when the group is fully controlled.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Lanes</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cones as obstacles. Partners move through the area while staying several metres apart.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Before passing, the ball carrier must find a clear line to the partner. If a cone or player blocks the lane, one or both partners move first.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lane.</w:t>
            </w:r>
          </w:p>
          <w:p>
            <w:pPr>
              <w:spacing w:after="0"/>
              <w:ind w:left="230" w:hanging="158"/>
              <w:keepLines/>
              <w:keepNext/>
            </w:pPr>
            <w:r>
              <w:rPr>
                <w:b/>
                <w:i w:val="0"/>
                <w:color w:val="0B5D4B"/>
                <w:sz w:val="14"/>
              </w:rPr>
              <w:t xml:space="preserve">• </w:t>
            </w:r>
            <w:r>
              <w:rPr>
                <w:b w:val="0"/>
                <w:i w:val="0"/>
                <w:color w:val="111111"/>
                <w:sz w:val="14"/>
              </w:rPr>
              <w:t>Move before forcing a pass.</w:t>
            </w:r>
          </w:p>
          <w:p>
            <w:pPr>
              <w:spacing w:after="0"/>
              <w:ind w:left="230" w:hanging="158"/>
              <w:keepLines/>
              <w:keepNext/>
            </w:pPr>
            <w:r>
              <w:rPr>
                <w:b/>
                <w:i w:val="0"/>
                <w:color w:val="0B5D4B"/>
                <w:sz w:val="14"/>
              </w:rPr>
              <w:t xml:space="preserve">• </w:t>
            </w:r>
            <w:r>
              <w:rPr>
                <w:b w:val="0"/>
                <w:i w:val="0"/>
                <w:color w:val="111111"/>
                <w:sz w:val="14"/>
              </w:rPr>
              <w:t>Face your partner.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cones</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obstacles.</w:t>
            </w:r>
          </w:p>
          <w:p>
            <w:pPr>
              <w:spacing w:after="0"/>
              <w:ind w:left="230" w:hanging="158"/>
              <w:keepLines/>
              <w:keepNext/>
            </w:pPr>
            <w:r>
              <w:rPr>
                <w:b/>
                <w:i w:val="0"/>
                <w:color w:val="0B5D4B"/>
                <w:sz w:val="14"/>
              </w:rPr>
              <w:t xml:space="preserve">• </w:t>
            </w:r>
            <w:r>
              <w:rPr>
                <w:b w:val="0"/>
                <w:i w:val="0"/>
                <w:color w:val="111111"/>
                <w:sz w:val="14"/>
              </w:rPr>
              <w:t>Let partners walk.</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more cones.</w:t>
            </w:r>
          </w:p>
          <w:p>
            <w:pPr>
              <w:spacing w:after="0"/>
              <w:ind w:left="230" w:hanging="158"/>
              <w:keepLines/>
              <w:keepNext/>
            </w:pPr>
            <w:r>
              <w:rPr>
                <w:b/>
                <w:i w:val="0"/>
                <w:color w:val="0B5D4B"/>
                <w:sz w:val="14"/>
              </w:rPr>
              <w:t xml:space="preserve">• </w:t>
            </w:r>
            <w:r>
              <w:rPr>
                <w:b w:val="0"/>
                <w:i w:val="0"/>
                <w:color w:val="111111"/>
                <w:sz w:val="14"/>
              </w:rPr>
              <w:t>Add a passive shadow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recognising blocked lanes?</w:t>
            </w:r>
          </w:p>
          <w:p>
            <w:pPr>
              <w:spacing w:after="0"/>
              <w:ind w:left="230" w:hanging="158"/>
              <w:keepLines/>
              <w:keepNext/>
            </w:pPr>
            <w:r>
              <w:rPr>
                <w:b/>
                <w:i w:val="0"/>
                <w:color w:val="0B5D4B"/>
                <w:sz w:val="14"/>
              </w:rPr>
              <w:t xml:space="preserve">• </w:t>
            </w:r>
            <w:r>
              <w:rPr>
                <w:b w:val="0"/>
                <w:i w:val="0"/>
                <w:color w:val="111111"/>
                <w:sz w:val="14"/>
              </w:rPr>
              <w:t>Do they reposition rather than throw through traffic?</w:t>
            </w:r>
          </w:p>
          <w:p>
            <w:pPr>
              <w:spacing w:before="20" w:after="0"/>
              <w:keepLines/>
              <w:keepNext/>
            </w:pPr>
            <w:r>
              <w:rPr>
                <w:b/>
                <w:i w:val="0"/>
                <w:color w:val="F28C28"/>
                <w:sz w:val="14"/>
              </w:rPr>
              <w:t>SAFETY</w:t>
            </w:r>
          </w:p>
          <w:p>
            <w:pPr>
              <w:spacing w:after="0"/>
              <w:keepLines/>
            </w:pPr>
            <w:r>
              <w:rPr>
                <w:sz w:val="14"/>
              </w:rPr>
              <w:t>Keep passes below head height and avoid crossing between nearby pairs.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Everyone Touches</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teams in a marked area or simple end-zone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team earns a point only after every player has touched the ball before the final pass or score. Reset the count after a turnover.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Find who has not touched it.</w:t>
            </w:r>
          </w:p>
          <w:p>
            <w:pPr>
              <w:spacing w:after="0"/>
              <w:ind w:left="230" w:hanging="158"/>
              <w:keepLines/>
              <w:keepNext/>
            </w:pPr>
            <w:r>
              <w:rPr>
                <w:b/>
                <w:i w:val="0"/>
                <w:color w:val="0B5D4B"/>
                <w:sz w:val="14"/>
              </w:rPr>
              <w:t xml:space="preserve">• </w:t>
            </w:r>
            <w:r>
              <w:rPr>
                <w:b w:val="0"/>
                <w:i w:val="0"/>
                <w:color w:val="111111"/>
                <w:sz w:val="14"/>
              </w:rPr>
              <w:t>Move to help.</w:t>
            </w:r>
          </w:p>
          <w:p>
            <w:pPr>
              <w:spacing w:after="0"/>
              <w:ind w:left="230" w:hanging="158"/>
              <w:keepLines/>
              <w:keepNext/>
            </w:pPr>
            <w:r>
              <w:rPr>
                <w:b/>
                <w:i w:val="0"/>
                <w:color w:val="0B5D4B"/>
                <w:sz w:val="14"/>
              </w:rPr>
              <w:t xml:space="preserve">• </w:t>
            </w:r>
            <w:r>
              <w:rPr>
                <w:b w:val="0"/>
                <w:i w:val="0"/>
                <w:color w:val="111111"/>
                <w:sz w:val="14"/>
              </w:rPr>
              <w:t>Celebrate the pass.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team; bibs</w:t>
            </w:r>
          </w:p>
          <w:p>
            <w:pPr>
              <w:spacing w:after="0"/>
              <w:ind w:left="230" w:hanging="158"/>
              <w:keepLines/>
              <w:keepNext/>
            </w:pPr>
            <w:r>
              <w:rPr>
                <w:b/>
                <w:i w:val="0"/>
                <w:color w:val="0B5D4B"/>
                <w:sz w:val="14"/>
              </w:rPr>
              <w:t xml:space="preserve">• </w:t>
            </w:r>
            <w:r>
              <w:rPr>
                <w:b w:val="0"/>
                <w:i w:val="0"/>
                <w:color w:val="111111"/>
                <w:sz w:val="14"/>
              </w:rPr>
              <w:t>Half court; teams of 4-6</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Play without defenders.</w:t>
            </w:r>
          </w:p>
          <w:p>
            <w:pPr>
              <w:spacing w:after="0"/>
              <w:ind w:left="230" w:hanging="158"/>
              <w:keepLines/>
              <w:keepNext/>
            </w:pPr>
            <w:r>
              <w:rPr>
                <w:b/>
                <w:i w:val="0"/>
                <w:color w:val="0B5D4B"/>
                <w:sz w:val="14"/>
              </w:rPr>
              <w:t xml:space="preserve">• </w:t>
            </w:r>
            <w:r>
              <w:rPr>
                <w:b w:val="0"/>
                <w:i w:val="0"/>
                <w:color w:val="111111"/>
                <w:sz w:val="14"/>
              </w:rPr>
              <w:t>Allow players to call the next receiver.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light defenders.</w:t>
            </w:r>
          </w:p>
          <w:p>
            <w:pPr>
              <w:spacing w:after="0"/>
              <w:ind w:left="230" w:hanging="158"/>
              <w:keepLines/>
              <w:keepNext/>
            </w:pPr>
            <w:r>
              <w:rPr>
                <w:b/>
                <w:i w:val="0"/>
                <w:color w:val="0B5D4B"/>
                <w:sz w:val="14"/>
              </w:rPr>
              <w:t xml:space="preserve">• </w:t>
            </w:r>
            <w:r>
              <w:rPr>
                <w:b w:val="0"/>
                <w:i w:val="0"/>
                <w:color w:val="111111"/>
                <w:sz w:val="14"/>
              </w:rPr>
              <w:t>Require movement after receiving.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actively seeking the teammate not yet involved?</w:t>
            </w:r>
          </w:p>
          <w:p>
            <w:pPr>
              <w:spacing w:after="0"/>
              <w:ind w:left="230" w:hanging="158"/>
              <w:keepLines/>
              <w:keepNext/>
            </w:pPr>
            <w:r>
              <w:rPr>
                <w:b/>
                <w:i w:val="0"/>
                <w:color w:val="0B5D4B"/>
                <w:sz w:val="14"/>
              </w:rPr>
              <w:t xml:space="preserve">• </w:t>
            </w:r>
            <w:r>
              <w:rPr>
                <w:b w:val="0"/>
                <w:i w:val="0"/>
                <w:color w:val="111111"/>
                <w:sz w:val="14"/>
              </w:rPr>
              <w:t>Is the rule creating inclusion rather than pressure?</w:t>
            </w:r>
          </w:p>
          <w:p>
            <w:pPr>
              <w:spacing w:before="20" w:after="0"/>
              <w:keepLines/>
              <w:keepNext/>
            </w:pPr>
            <w:r>
              <w:rPr>
                <w:b/>
                <w:i w:val="0"/>
                <w:color w:val="F28C28"/>
                <w:sz w:val="14"/>
              </w:rPr>
              <w:t>SAFETY</w:t>
            </w:r>
          </w:p>
          <w:p>
            <w:pPr>
              <w:spacing w:after="0"/>
              <w:keepLines/>
            </w:pPr>
            <w:r>
              <w:rPr>
                <w:sz w:val="14"/>
              </w:rPr>
              <w:t>Keep teams small and defence controlled.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13: FIND OPEN SPACE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Move away from crowds and receive in space.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patient and unselfish.</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Move away from crowds; spread out; receive in space; recognise key, wing and open areas.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Find a Spot</w:t>
            </w:r>
          </w:p>
        </w:tc>
        <w:tc>
          <w:tcPr>
            <w:tcW w:type="dxa" w:w="4104"/>
            <w:vAlign w:val="center"/>
            <w:tcMar>
              <w:top w:w="42" w:type="dxa"/>
              <w:start w:w="50" w:type="dxa"/>
              <w:bottom w:w="42" w:type="dxa"/>
              <w:end w:w="50" w:type="dxa"/>
            </w:tcMar>
          </w:tcPr>
          <w:p>
            <w:pPr>
              <w:keepLines/>
            </w:pPr>
            <w:r>
              <w:rPr>
                <w:b w:val="0"/>
                <w:i w:val="0"/>
                <w:color w:val="111111"/>
                <w:sz w:val="14"/>
              </w:rPr>
              <w:t>Move to empty floor spots; no ball, then with ball.</w:t>
            </w:r>
          </w:p>
        </w:tc>
        <w:tc>
          <w:tcPr>
            <w:tcW w:type="dxa" w:w="2563"/>
            <w:vAlign w:val="center"/>
            <w:tcMar>
              <w:top w:w="42" w:type="dxa"/>
              <w:start w:w="50" w:type="dxa"/>
              <w:bottom w:w="42" w:type="dxa"/>
              <w:end w:w="50" w:type="dxa"/>
            </w:tcMar>
          </w:tcPr>
          <w:p>
            <w:pPr>
              <w:keepLines/>
            </w:pPr>
            <w:r>
              <w:rPr>
                <w:b w:val="0"/>
                <w:i w:val="0"/>
                <w:color w:val="111111"/>
                <w:sz w:val="14"/>
              </w:rPr>
              <w:t>Avoid crowds.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Space Bubbles</w:t>
            </w:r>
          </w:p>
        </w:tc>
        <w:tc>
          <w:tcPr>
            <w:tcW w:type="dxa" w:w="4104"/>
            <w:vAlign w:val="center"/>
            <w:tcMar>
              <w:top w:w="42" w:type="dxa"/>
              <w:start w:w="50" w:type="dxa"/>
              <w:bottom w:w="42" w:type="dxa"/>
              <w:end w:w="50" w:type="dxa"/>
            </w:tcMar>
          </w:tcPr>
          <w:p>
            <w:pPr>
              <w:keepLines/>
            </w:pPr>
            <w:r>
              <w:rPr>
                <w:b w:val="0"/>
                <w:i w:val="0"/>
                <w:color w:val="111111"/>
                <w:sz w:val="14"/>
              </w:rPr>
              <w:t>Dribble while keeping an arm-length bubble.</w:t>
            </w:r>
          </w:p>
        </w:tc>
        <w:tc>
          <w:tcPr>
            <w:tcW w:type="dxa" w:w="2563"/>
            <w:vAlign w:val="center"/>
            <w:tcMar>
              <w:top w:w="42" w:type="dxa"/>
              <w:start w:w="50" w:type="dxa"/>
              <w:bottom w:w="42" w:type="dxa"/>
              <w:end w:w="50" w:type="dxa"/>
            </w:tcMar>
          </w:tcPr>
          <w:p>
            <w:pPr>
              <w:keepLines/>
            </w:pPr>
            <w:r>
              <w:rPr>
                <w:b w:val="0"/>
                <w:i w:val="0"/>
                <w:color w:val="111111"/>
                <w:sz w:val="14"/>
              </w:rPr>
              <w:t>Head up and spread.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 to Space</w:t>
            </w:r>
          </w:p>
        </w:tc>
        <w:tc>
          <w:tcPr>
            <w:tcW w:type="dxa" w:w="4104"/>
            <w:vAlign w:val="center"/>
            <w:tcMar>
              <w:top w:w="42" w:type="dxa"/>
              <w:start w:w="50" w:type="dxa"/>
              <w:bottom w:w="42" w:type="dxa"/>
              <w:end w:w="50" w:type="dxa"/>
            </w:tcMar>
          </w:tcPr>
          <w:p>
            <w:pPr>
              <w:keepLines/>
            </w:pPr>
            <w:r>
              <w:rPr>
                <w:b w:val="0"/>
                <w:i w:val="0"/>
                <w:color w:val="111111"/>
                <w:sz w:val="14"/>
              </w:rPr>
              <w:t>Receiver moves to an open spot before receiving.</w:t>
            </w:r>
          </w:p>
        </w:tc>
        <w:tc>
          <w:tcPr>
            <w:tcW w:type="dxa" w:w="2563"/>
            <w:vAlign w:val="center"/>
            <w:tcMar>
              <w:top w:w="42" w:type="dxa"/>
              <w:start w:w="50" w:type="dxa"/>
              <w:bottom w:w="42" w:type="dxa"/>
              <w:end w:w="50" w:type="dxa"/>
            </w:tcMar>
          </w:tcPr>
          <w:p>
            <w:pPr>
              <w:keepLines/>
            </w:pPr>
            <w:r>
              <w:rPr>
                <w:b w:val="0"/>
                <w:i w:val="0"/>
                <w:color w:val="111111"/>
                <w:sz w:val="14"/>
              </w:rPr>
              <w:t>Pass where teammate can catch.</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Four Corners</w:t>
            </w:r>
          </w:p>
        </w:tc>
        <w:tc>
          <w:tcPr>
            <w:tcW w:type="dxa" w:w="4104"/>
            <w:vAlign w:val="center"/>
            <w:tcMar>
              <w:top w:w="42" w:type="dxa"/>
              <w:start w:w="50" w:type="dxa"/>
              <w:bottom w:w="42" w:type="dxa"/>
              <w:end w:w="50" w:type="dxa"/>
            </w:tcMar>
          </w:tcPr>
          <w:p>
            <w:pPr>
              <w:keepLines/>
            </w:pPr>
            <w:r>
              <w:rPr>
                <w:b w:val="0"/>
                <w:i w:val="0"/>
                <w:color w:val="111111"/>
                <w:sz w:val="14"/>
              </w:rPr>
              <w:t>Small groups pass and move among four cones; one cone must stay empty.</w:t>
            </w:r>
          </w:p>
        </w:tc>
        <w:tc>
          <w:tcPr>
            <w:tcW w:type="dxa" w:w="2563"/>
            <w:vAlign w:val="center"/>
            <w:tcMar>
              <w:top w:w="42" w:type="dxa"/>
              <w:start w:w="50" w:type="dxa"/>
              <w:bottom w:w="42" w:type="dxa"/>
              <w:end w:w="50" w:type="dxa"/>
            </w:tcMar>
          </w:tcPr>
          <w:p>
            <w:pPr>
              <w:keepLines/>
            </w:pPr>
            <w:r>
              <w:rPr>
                <w:b w:val="0"/>
                <w:i w:val="0"/>
                <w:color w:val="111111"/>
                <w:sz w:val="14"/>
              </w:rPr>
              <w:t>Use the empty space.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End-Zone Finders</w:t>
            </w:r>
          </w:p>
        </w:tc>
        <w:tc>
          <w:tcPr>
            <w:tcW w:type="dxa" w:w="4104"/>
            <w:vAlign w:val="center"/>
            <w:tcMar>
              <w:top w:w="42" w:type="dxa"/>
              <w:start w:w="50" w:type="dxa"/>
              <w:bottom w:w="42" w:type="dxa"/>
              <w:end w:w="50" w:type="dxa"/>
            </w:tcMar>
          </w:tcPr>
          <w:p>
            <w:pPr>
              <w:keepLines/>
            </w:pPr>
            <w:r>
              <w:rPr>
                <w:b w:val="0"/>
                <w:i w:val="0"/>
                <w:color w:val="111111"/>
                <w:sz w:val="14"/>
              </w:rPr>
              <w:t>Score by receiving in an open end-zone space.</w:t>
            </w:r>
          </w:p>
        </w:tc>
        <w:tc>
          <w:tcPr>
            <w:tcW w:type="dxa" w:w="2563"/>
            <w:vAlign w:val="center"/>
            <w:tcMar>
              <w:top w:w="42" w:type="dxa"/>
              <w:start w:w="50" w:type="dxa"/>
              <w:bottom w:w="42" w:type="dxa"/>
              <w:end w:w="50" w:type="dxa"/>
            </w:tcMar>
          </w:tcPr>
          <w:p>
            <w:pPr>
              <w:keepLines/>
            </w:pPr>
            <w:r>
              <w:rPr>
                <w:b w:val="0"/>
                <w:i w:val="0"/>
                <w:color w:val="111111"/>
                <w:sz w:val="14"/>
              </w:rPr>
              <w:t>Spread before speed.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unselfish movement.</w:t>
            </w:r>
          </w:p>
        </w:tc>
        <w:tc>
          <w:tcPr>
            <w:tcW w:type="dxa" w:w="2563"/>
            <w:vAlign w:val="center"/>
            <w:tcMar>
              <w:top w:w="42" w:type="dxa"/>
              <w:start w:w="50" w:type="dxa"/>
              <w:bottom w:w="42" w:type="dxa"/>
              <w:end w:w="50" w:type="dxa"/>
            </w:tcMar>
          </w:tcPr>
          <w:p>
            <w:pPr>
              <w:keepLines/>
            </w:pPr>
            <w:r>
              <w:rPr>
                <w:b w:val="0"/>
                <w:i w:val="0"/>
                <w:color w:val="111111"/>
                <w:sz w:val="14"/>
              </w:rPr>
              <w:t>Where was the open space?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spreading out or following the ball?</w:t>
              <w:br/>
              <w:t>Can receivers move before asking for the pass?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marked floor spots to show open space.</w:t>
              <w:br/>
              <w:t>Harder: Remove some spots so players must recognise space themselves.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Key, wing and open space.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you find space?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Find a Spot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more spots than players around the court.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around the area. On the signal, each finds an empty spot and stops in balance. Remove or move spots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Look before moving.</w:t>
            </w:r>
          </w:p>
          <w:p>
            <w:pPr>
              <w:spacing w:after="0"/>
              <w:ind w:left="230" w:hanging="158"/>
              <w:keepLines/>
              <w:keepNext/>
            </w:pPr>
            <w:r>
              <w:rPr>
                <w:b/>
                <w:i w:val="0"/>
                <w:color w:val="0B5D4B"/>
                <w:sz w:val="14"/>
              </w:rPr>
              <w:t xml:space="preserve">• </w:t>
            </w:r>
            <w:r>
              <w:rPr>
                <w:b w:val="0"/>
                <w:i w:val="0"/>
                <w:color w:val="111111"/>
                <w:sz w:val="14"/>
              </w:rPr>
              <w:t>Choose an empty spot.</w:t>
            </w:r>
          </w:p>
          <w:p>
            <w:pPr>
              <w:spacing w:after="0"/>
              <w:ind w:left="230" w:hanging="158"/>
              <w:keepLines/>
              <w:keepNext/>
            </w:pPr>
            <w:r>
              <w:rPr>
                <w:b/>
                <w:i w:val="0"/>
                <w:color w:val="0B5D4B"/>
                <w:sz w:val="14"/>
              </w:rPr>
              <w:t xml:space="preserve">• </w:t>
            </w:r>
            <w:r>
              <w:rPr>
                <w:b w:val="0"/>
                <w:i w:val="0"/>
                <w:color w:val="111111"/>
                <w:sz w:val="14"/>
              </w:rPr>
              <w:t>Stop with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Floor spots or cones; balls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many large spots.</w:t>
            </w:r>
          </w:p>
          <w:p>
            <w:pPr>
              <w:spacing w:after="0"/>
              <w:ind w:left="230" w:hanging="158"/>
              <w:keepLines/>
              <w:keepNext/>
            </w:pPr>
            <w:r>
              <w:rPr>
                <w:b/>
                <w:i w:val="0"/>
                <w:color w:val="0B5D4B"/>
                <w:sz w:val="14"/>
              </w:rPr>
              <w:t xml:space="preserve">• </w:t>
            </w:r>
            <w:r>
              <w:rPr>
                <w:b w:val="0"/>
                <w:i w:val="0"/>
                <w:color w:val="111111"/>
                <w:sz w:val="14"/>
              </w:rPr>
              <w:t>Players walk.</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Carry or dribble a ball.</w:t>
            </w:r>
          </w:p>
          <w:p>
            <w:pPr>
              <w:spacing w:after="0"/>
              <w:ind w:left="230" w:hanging="158"/>
              <w:keepLines/>
              <w:keepNext/>
            </w:pPr>
            <w:r>
              <w:rPr>
                <w:b/>
                <w:i w:val="0"/>
                <w:color w:val="0B5D4B"/>
                <w:sz w:val="14"/>
              </w:rPr>
              <w:t xml:space="preserve">• </w:t>
            </w:r>
            <w:r>
              <w:rPr>
                <w:b w:val="0"/>
                <w:i w:val="0"/>
                <w:color w:val="111111"/>
                <w:sz w:val="14"/>
              </w:rPr>
              <w:t>Call a colour or court area to find.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scans early rather than following others?</w:t>
            </w:r>
          </w:p>
          <w:p>
            <w:pPr>
              <w:spacing w:after="0"/>
              <w:ind w:left="230" w:hanging="158"/>
              <w:keepLines/>
              <w:keepNext/>
            </w:pPr>
            <w:r>
              <w:rPr>
                <w:b/>
                <w:i w:val="0"/>
                <w:color w:val="0B5D4B"/>
                <w:sz w:val="14"/>
              </w:rPr>
              <w:t xml:space="preserve">• </w:t>
            </w:r>
            <w:r>
              <w:rPr>
                <w:b w:val="0"/>
                <w:i w:val="0"/>
                <w:color w:val="111111"/>
                <w:sz w:val="14"/>
              </w:rPr>
              <w:t>Is anyone repeatedly left without a spot?</w:t>
            </w:r>
          </w:p>
          <w:p>
            <w:pPr>
              <w:spacing w:before="20" w:after="0"/>
              <w:keepLines/>
              <w:keepNext/>
            </w:pPr>
            <w:r>
              <w:rPr>
                <w:b/>
                <w:i w:val="0"/>
                <w:color w:val="F28C28"/>
                <w:sz w:val="14"/>
              </w:rPr>
              <w:t>SAFETY</w:t>
            </w:r>
          </w:p>
          <w:p>
            <w:pPr>
              <w:spacing w:after="0"/>
              <w:keepLines/>
            </w:pPr>
            <w:r>
              <w:rPr>
                <w:sz w:val="14"/>
              </w:rPr>
              <w:t>Always provide at least one more spot than players; no pushing or diving.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Space Bubbles</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playing area and explain that every player has an invisible bubble around them.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without allowing bubbles to touch. On signals they change speed, direction or movement style while keeping safe space.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Head up.</w:t>
            </w:r>
          </w:p>
          <w:p>
            <w:pPr>
              <w:spacing w:after="0"/>
              <w:ind w:left="230" w:hanging="158"/>
              <w:keepLines/>
              <w:keepNext/>
            </w:pPr>
            <w:r>
              <w:rPr>
                <w:b/>
                <w:i w:val="0"/>
                <w:color w:val="0B5D4B"/>
                <w:sz w:val="14"/>
              </w:rPr>
              <w:t xml:space="preserve">• </w:t>
            </w:r>
            <w:r>
              <w:rPr>
                <w:b w:val="0"/>
                <w:i w:val="0"/>
                <w:color w:val="111111"/>
                <w:sz w:val="14"/>
              </w:rPr>
              <w:t>Protect your bubble.</w:t>
            </w:r>
          </w:p>
          <w:p>
            <w:pPr>
              <w:spacing w:after="0"/>
              <w:ind w:left="230" w:hanging="158"/>
              <w:keepLines/>
              <w:keepNext/>
            </w:pPr>
            <w:r>
              <w:rPr>
                <w:b/>
                <w:i w:val="0"/>
                <w:color w:val="0B5D4B"/>
                <w:sz w:val="14"/>
              </w:rPr>
              <w:t xml:space="preserve">• </w:t>
            </w:r>
            <w:r>
              <w:rPr>
                <w:b w:val="0"/>
                <w:i w:val="0"/>
                <w:color w:val="111111"/>
                <w:sz w:val="14"/>
              </w:rPr>
              <w:t>Move away from crowds.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balls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only.</w:t>
            </w:r>
          </w:p>
          <w:p>
            <w:pPr>
              <w:spacing w:after="0"/>
              <w:ind w:left="230" w:hanging="158"/>
              <w:keepLines/>
              <w:keepNext/>
            </w:pPr>
            <w:r>
              <w:rPr>
                <w:b/>
                <w:i w:val="0"/>
                <w:color w:val="0B5D4B"/>
                <w:sz w:val="14"/>
              </w:rPr>
              <w:t xml:space="preserve">• </w:t>
            </w:r>
            <w:r>
              <w:rPr>
                <w:b w:val="0"/>
                <w:i w:val="0"/>
                <w:color w:val="111111"/>
                <w:sz w:val="14"/>
              </w:rPr>
              <w:t>Increase the area.</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w:t>
            </w:r>
          </w:p>
          <w:p>
            <w:pPr>
              <w:spacing w:after="0"/>
              <w:ind w:left="230" w:hanging="158"/>
              <w:keepLines/>
              <w:keepNext/>
            </w:pPr>
            <w:r>
              <w:rPr>
                <w:b/>
                <w:i w:val="0"/>
                <w:color w:val="0B5D4B"/>
                <w:sz w:val="14"/>
              </w:rPr>
              <w:t xml:space="preserve">• </w:t>
            </w:r>
            <w:r>
              <w:rPr>
                <w:b w:val="0"/>
                <w:i w:val="0"/>
                <w:color w:val="111111"/>
                <w:sz w:val="14"/>
              </w:rPr>
              <w:t>Reduce the area slightly while keeping it safe.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adjusting before collisions happen?</w:t>
            </w:r>
          </w:p>
          <w:p>
            <w:pPr>
              <w:spacing w:after="0"/>
              <w:ind w:left="230" w:hanging="158"/>
              <w:keepLines/>
              <w:keepNext/>
            </w:pPr>
            <w:r>
              <w:rPr>
                <w:b/>
                <w:i w:val="0"/>
                <w:color w:val="0B5D4B"/>
                <w:sz w:val="14"/>
              </w:rPr>
              <w:t xml:space="preserve">• </w:t>
            </w:r>
            <w:r>
              <w:rPr>
                <w:b w:val="0"/>
                <w:i w:val="0"/>
                <w:color w:val="111111"/>
                <w:sz w:val="14"/>
              </w:rPr>
              <w:t>Who needs help understanding personal space?</w:t>
            </w:r>
          </w:p>
          <w:p>
            <w:pPr>
              <w:spacing w:before="20" w:after="0"/>
              <w:keepLines/>
              <w:keepNext/>
            </w:pPr>
            <w:r>
              <w:rPr>
                <w:b/>
                <w:i w:val="0"/>
                <w:color w:val="F28C28"/>
                <w:sz w:val="14"/>
              </w:rPr>
              <w:t>SAFETY</w:t>
            </w:r>
          </w:p>
          <w:p>
            <w:pPr>
              <w:spacing w:after="0"/>
              <w:keepLines/>
            </w:pPr>
            <w:r>
              <w:rPr>
                <w:sz w:val="14"/>
              </w:rPr>
              <w:t>Stop immediately if contact becomes frequent.</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to Space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floor spots or cones around the area. One player begins with the ball and another starts away from a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receiver moves toward an open spot and the passer sends the ball to where the receiver can catch it. Rotate roles after each attempt.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Lead the receiver gently.</w:t>
            </w:r>
          </w:p>
          <w:p>
            <w:pPr>
              <w:spacing w:after="0"/>
              <w:ind w:left="230" w:hanging="158"/>
              <w:keepLines/>
              <w:keepNext/>
            </w:pPr>
            <w:r>
              <w:rPr>
                <w:b/>
                <w:i w:val="0"/>
                <w:color w:val="0B5D4B"/>
                <w:sz w:val="14"/>
              </w:rPr>
              <w:t xml:space="preserve">• </w:t>
            </w:r>
            <w:r>
              <w:rPr>
                <w:b w:val="0"/>
                <w:i w:val="0"/>
                <w:color w:val="111111"/>
                <w:sz w:val="14"/>
              </w:rPr>
              <w:t>Move into open space.</w:t>
            </w:r>
          </w:p>
          <w:p>
            <w:pPr>
              <w:spacing w:after="0"/>
              <w:ind w:left="230" w:hanging="158"/>
              <w:keepLines/>
              <w:keepNext/>
            </w:pPr>
            <w:r>
              <w:rPr>
                <w:b/>
                <w:i w:val="0"/>
                <w:color w:val="0B5D4B"/>
                <w:sz w:val="14"/>
              </w:rPr>
              <w:t xml:space="preserve">• </w:t>
            </w:r>
            <w:r>
              <w:rPr>
                <w:b w:val="0"/>
                <w:i w:val="0"/>
                <w:color w:val="111111"/>
                <w:sz w:val="14"/>
              </w:rPr>
              <w:t>Pass where they are going.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floor spots</w:t>
            </w:r>
          </w:p>
          <w:p>
            <w:pPr>
              <w:spacing w:after="0"/>
              <w:ind w:left="230" w:hanging="158"/>
              <w:keepLines/>
              <w:keepNext/>
            </w:pPr>
            <w:r>
              <w:rPr>
                <w:b/>
                <w:i w:val="0"/>
                <w:color w:val="0B5D4B"/>
                <w:sz w:val="14"/>
              </w:rPr>
              <w:t xml:space="preserve">• </w:t>
            </w:r>
            <w:r>
              <w:rPr>
                <w:b w:val="0"/>
                <w:i w:val="0"/>
                <w:color w:val="111111"/>
                <w:sz w:val="14"/>
              </w:rPr>
              <w:t>Half court; pairs or groups of 3</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Receiver walks to a fixed spot.</w:t>
            </w:r>
          </w:p>
          <w:p>
            <w:pPr>
              <w:spacing w:after="0"/>
              <w:ind w:left="230" w:hanging="158"/>
              <w:keepLines/>
              <w:keepNext/>
            </w:pPr>
            <w:r>
              <w:rPr>
                <w:b/>
                <w:i w:val="0"/>
                <w:color w:val="0B5D4B"/>
                <w:sz w:val="14"/>
              </w:rPr>
              <w:t xml:space="preserve">• </w:t>
            </w:r>
            <w:r>
              <w:rPr>
                <w:b w:val="0"/>
                <w:i w:val="0"/>
                <w:color w:val="111111"/>
                <w:sz w:val="14"/>
              </w:rPr>
              <w:t>Shorten the pass.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Receiver chooses any open spot.</w:t>
            </w:r>
          </w:p>
          <w:p>
            <w:pPr>
              <w:spacing w:after="0"/>
              <w:ind w:left="230" w:hanging="158"/>
              <w:keepLines/>
              <w:keepNext/>
            </w:pPr>
            <w:r>
              <w:rPr>
                <w:b/>
                <w:i w:val="0"/>
                <w:color w:val="0B5D4B"/>
                <w:sz w:val="14"/>
              </w:rPr>
              <w:t xml:space="preserve">• </w:t>
            </w:r>
            <w:r>
              <w:rPr>
                <w:b w:val="0"/>
                <w:i w:val="0"/>
                <w:color w:val="111111"/>
                <w:sz w:val="14"/>
              </w:rPr>
              <w:t>Add a passive defender cone or coach.</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helping the receiver continue moving?</w:t>
            </w:r>
          </w:p>
          <w:p>
            <w:pPr>
              <w:spacing w:after="0"/>
              <w:ind w:left="230" w:hanging="158"/>
              <w:keepLines/>
              <w:keepNext/>
            </w:pPr>
            <w:r>
              <w:rPr>
                <w:b/>
                <w:i w:val="0"/>
                <w:color w:val="0B5D4B"/>
                <w:sz w:val="14"/>
              </w:rPr>
              <w:t xml:space="preserve">• </w:t>
            </w:r>
            <w:r>
              <w:rPr>
                <w:b w:val="0"/>
                <w:i w:val="0"/>
                <w:color w:val="111111"/>
                <w:sz w:val="14"/>
              </w:rPr>
              <w:t>Do receivers choose space away from others?</w:t>
            </w:r>
          </w:p>
          <w:p>
            <w:pPr>
              <w:spacing w:before="20" w:after="0"/>
              <w:keepLines/>
              <w:keepNext/>
            </w:pPr>
            <w:r>
              <w:rPr>
                <w:b/>
                <w:i w:val="0"/>
                <w:color w:val="F28C28"/>
                <w:sz w:val="14"/>
              </w:rPr>
              <w:t>SAFETY</w:t>
            </w:r>
          </w:p>
          <w:p>
            <w:pPr>
              <w:spacing w:after="0"/>
              <w:keepLines/>
            </w:pPr>
            <w:r>
              <w:rPr>
                <w:sz w:val="14"/>
              </w:rPr>
              <w:t>Keep routes from crossing and use controlled passes.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Four Corners</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four corner areas with different colours or names.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in the middle.</w:t>
            </w:r>
          </w:p>
          <w:p>
            <w:pPr>
              <w:spacing w:after="0"/>
              <w:ind w:left="230" w:hanging="158"/>
              <w:keepLines/>
              <w:keepNext/>
            </w:pPr>
            <w:r>
              <w:rPr>
                <w:b/>
                <w:i w:val="0"/>
                <w:color w:val="0B5D4B"/>
                <w:sz w:val="14"/>
              </w:rPr>
              <w:t xml:space="preserve">• </w:t>
            </w:r>
            <w:r>
              <w:rPr>
                <w:b w:val="0"/>
                <w:i w:val="0"/>
                <w:color w:val="111111"/>
                <w:sz w:val="14"/>
              </w:rPr>
              <w:t>Coach calls a corner, and players travel there using the named movement or ball skill.</w:t>
            </w:r>
          </w:p>
          <w:p>
            <w:pPr>
              <w:spacing w:after="0"/>
              <w:ind w:left="230" w:hanging="158"/>
              <w:keepLines/>
              <w:keepNext/>
            </w:pPr>
            <w:r>
              <w:rPr>
                <w:b/>
                <w:i w:val="0"/>
                <w:color w:val="0B5D4B"/>
                <w:sz w:val="14"/>
              </w:rPr>
              <w:t xml:space="preserve">• </w:t>
            </w:r>
            <w:r>
              <w:rPr>
                <w:b w:val="0"/>
                <w:i w:val="0"/>
                <w:color w:val="111111"/>
                <w:sz w:val="14"/>
              </w:rPr>
              <w:t>Progress to choosing the least crowded corner.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look, move.</w:t>
            </w:r>
          </w:p>
          <w:p>
            <w:pPr>
              <w:spacing w:after="0"/>
              <w:ind w:left="230" w:hanging="158"/>
              <w:keepLines/>
              <w:keepNext/>
            </w:pPr>
            <w:r>
              <w:rPr>
                <w:b/>
                <w:i w:val="0"/>
                <w:color w:val="0B5D4B"/>
                <w:sz w:val="14"/>
              </w:rPr>
              <w:t xml:space="preserve">• </w:t>
            </w:r>
            <w:r>
              <w:rPr>
                <w:b w:val="0"/>
                <w:i w:val="0"/>
                <w:color w:val="111111"/>
                <w:sz w:val="14"/>
              </w:rPr>
              <w:t>Find the open corner.</w:t>
            </w:r>
          </w:p>
          <w:p>
            <w:pPr>
              <w:spacing w:after="0"/>
              <w:ind w:left="230" w:hanging="158"/>
              <w:keepLines/>
              <w:keepNext/>
            </w:pPr>
            <w:r>
              <w:rPr>
                <w:b/>
                <w:i w:val="0"/>
                <w:color w:val="0B5D4B"/>
                <w:sz w:val="14"/>
              </w:rPr>
              <w:t xml:space="preserve">• </w:t>
            </w:r>
            <w:r>
              <w:rPr>
                <w:b w:val="0"/>
                <w:i w:val="0"/>
                <w:color w:val="111111"/>
                <w:sz w:val="14"/>
              </w:rPr>
              <w:t>Stop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Four coloured cones; balls optional</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Call one corner at a time.</w:t>
            </w:r>
          </w:p>
          <w:p>
            <w:pPr>
              <w:spacing w:after="0"/>
              <w:ind w:left="230" w:hanging="158"/>
              <w:keepLines/>
              <w:keepNext/>
            </w:pPr>
            <w:r>
              <w:rPr>
                <w:b/>
                <w:i w:val="0"/>
                <w:color w:val="0B5D4B"/>
                <w:sz w:val="14"/>
              </w:rPr>
              <w:t xml:space="preserve">• </w:t>
            </w:r>
            <w:r>
              <w:rPr>
                <w:b w:val="0"/>
                <w:i w:val="0"/>
                <w:color w:val="111111"/>
                <w:sz w:val="14"/>
              </w:rPr>
              <w:t>Players carry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Players choose based on space.</w:t>
            </w:r>
          </w:p>
          <w:p>
            <w:pPr>
              <w:spacing w:after="0"/>
              <w:ind w:left="230" w:hanging="158"/>
              <w:keepLines/>
              <w:keepNext/>
            </w:pPr>
            <w:r>
              <w:rPr>
                <w:b/>
                <w:i w:val="0"/>
                <w:color w:val="0B5D4B"/>
                <w:sz w:val="14"/>
              </w:rPr>
              <w:t xml:space="preserve">• </w:t>
            </w:r>
            <w:r>
              <w:rPr>
                <w:b w:val="0"/>
                <w:i w:val="0"/>
                <w:color w:val="111111"/>
                <w:sz w:val="14"/>
              </w:rPr>
              <w:t>Add passing partners at corners.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recognising crowded areas?</w:t>
            </w:r>
          </w:p>
          <w:p>
            <w:pPr>
              <w:spacing w:after="0"/>
              <w:ind w:left="230" w:hanging="158"/>
              <w:keepLines/>
              <w:keepNext/>
            </w:pPr>
            <w:r>
              <w:rPr>
                <w:b/>
                <w:i w:val="0"/>
                <w:color w:val="0B5D4B"/>
                <w:sz w:val="14"/>
              </w:rPr>
              <w:t xml:space="preserve">• </w:t>
            </w:r>
            <w:r>
              <w:rPr>
                <w:b w:val="0"/>
                <w:i w:val="0"/>
                <w:color w:val="111111"/>
                <w:sz w:val="14"/>
              </w:rPr>
              <w:t>Do they slow down before entering a corner?</w:t>
            </w:r>
          </w:p>
          <w:p>
            <w:pPr>
              <w:spacing w:before="20" w:after="0"/>
              <w:keepLines/>
              <w:keepNext/>
            </w:pPr>
            <w:r>
              <w:rPr>
                <w:b/>
                <w:i w:val="0"/>
                <w:color w:val="F28C28"/>
                <w:sz w:val="14"/>
              </w:rPr>
              <w:t>SAFETY</w:t>
            </w:r>
          </w:p>
          <w:p>
            <w:pPr>
              <w:spacing w:after="0"/>
              <w:keepLines/>
            </w:pPr>
            <w:r>
              <w:rPr>
                <w:sz w:val="14"/>
              </w:rPr>
              <w:t>Corners must be large enough and players must not race into walls.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End-Zone Finders</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two end zones and create small teams.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try to move into an open end-zone space to receive a pass. Begin without defenders, then add one or two light defenders.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away from teammates.</w:t>
            </w:r>
          </w:p>
          <w:p>
            <w:pPr>
              <w:spacing w:after="0"/>
              <w:ind w:left="230" w:hanging="158"/>
              <w:keepLines/>
              <w:keepNext/>
            </w:pPr>
            <w:r>
              <w:rPr>
                <w:b/>
                <w:i w:val="0"/>
                <w:color w:val="0B5D4B"/>
                <w:sz w:val="14"/>
              </w:rPr>
              <w:t xml:space="preserve">• </w:t>
            </w:r>
            <w:r>
              <w:rPr>
                <w:b w:val="0"/>
                <w:i w:val="0"/>
                <w:color w:val="111111"/>
                <w:sz w:val="14"/>
              </w:rPr>
              <w:t>Show hands in space.</w:t>
            </w:r>
          </w:p>
          <w:p>
            <w:pPr>
              <w:spacing w:after="0"/>
              <w:ind w:left="230" w:hanging="158"/>
              <w:keepLines/>
              <w:keepNext/>
            </w:pPr>
            <w:r>
              <w:rPr>
                <w:b/>
                <w:i w:val="0"/>
                <w:color w:val="0B5D4B"/>
                <w:sz w:val="14"/>
              </w:rPr>
              <w:t xml:space="preserve">• </w:t>
            </w:r>
            <w:r>
              <w:rPr>
                <w:b w:val="0"/>
                <w:i w:val="0"/>
                <w:color w:val="111111"/>
                <w:sz w:val="14"/>
              </w:rPr>
              <w:t>Pass to the open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bibs and one ball per game</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Play 3v0.</w:t>
            </w:r>
          </w:p>
          <w:p>
            <w:pPr>
              <w:spacing w:after="0"/>
              <w:ind w:left="230" w:hanging="158"/>
              <w:keepLines/>
              <w:keepNext/>
            </w:pPr>
            <w:r>
              <w:rPr>
                <w:b/>
                <w:i w:val="0"/>
                <w:color w:val="0B5D4B"/>
                <w:sz w:val="14"/>
              </w:rPr>
              <w:t xml:space="preserve">• </w:t>
            </w:r>
            <w:r>
              <w:rPr>
                <w:b w:val="0"/>
                <w:i w:val="0"/>
                <w:color w:val="111111"/>
                <w:sz w:val="14"/>
              </w:rPr>
              <w:t>Make end zones wider.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light defence.</w:t>
            </w:r>
          </w:p>
          <w:p>
            <w:pPr>
              <w:spacing w:after="0"/>
              <w:ind w:left="230" w:hanging="158"/>
              <w:keepLines/>
              <w:keepNext/>
            </w:pPr>
            <w:r>
              <w:rPr>
                <w:b/>
                <w:i w:val="0"/>
                <w:color w:val="0B5D4B"/>
                <w:sz w:val="14"/>
              </w:rPr>
              <w:t xml:space="preserve">• </w:t>
            </w:r>
            <w:r>
              <w:rPr>
                <w:b w:val="0"/>
                <w:i w:val="0"/>
                <w:color w:val="111111"/>
                <w:sz w:val="14"/>
              </w:rPr>
              <w:t>Require a pass and move before scoring.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multiple players crowding the same space?</w:t>
            </w:r>
          </w:p>
          <w:p>
            <w:pPr>
              <w:spacing w:after="0"/>
              <w:ind w:left="230" w:hanging="158"/>
              <w:keepLines/>
              <w:keepNext/>
            </w:pPr>
            <w:r>
              <w:rPr>
                <w:b/>
                <w:i w:val="0"/>
                <w:color w:val="0B5D4B"/>
                <w:sz w:val="14"/>
              </w:rPr>
              <w:t xml:space="preserve">• </w:t>
            </w:r>
            <w:r>
              <w:rPr>
                <w:b w:val="0"/>
                <w:i w:val="0"/>
                <w:color w:val="111111"/>
                <w:sz w:val="14"/>
              </w:rPr>
              <w:t>Who is moving to help the ball carrier?</w:t>
            </w:r>
          </w:p>
          <w:p>
            <w:pPr>
              <w:spacing w:before="20" w:after="0"/>
              <w:keepLines/>
              <w:keepNext/>
            </w:pPr>
            <w:r>
              <w:rPr>
                <w:b/>
                <w:i w:val="0"/>
                <w:color w:val="F28C28"/>
                <w:sz w:val="14"/>
              </w:rPr>
              <w:t>SAFETY</w:t>
            </w:r>
          </w:p>
          <w:p>
            <w:pPr>
              <w:spacing w:after="0"/>
              <w:keepLines/>
            </w:pPr>
            <w:r>
              <w:rPr>
                <w:sz w:val="14"/>
              </w:rPr>
              <w:t>No pushing for position; use quick restarts.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14: ATTACK ONE WAY, DEFEND THE OTHER</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Recognise direction and change roles when possession changes.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React positively to change.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Identify attacking and defending baskets; change roles with possession; move in the correct direction.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Which Basket?</w:t>
            </w:r>
          </w:p>
        </w:tc>
        <w:tc>
          <w:tcPr>
            <w:tcW w:type="dxa" w:w="4104"/>
            <w:vAlign w:val="center"/>
            <w:tcMar>
              <w:top w:w="42" w:type="dxa"/>
              <w:start w:w="50" w:type="dxa"/>
              <w:bottom w:w="42" w:type="dxa"/>
              <w:end w:w="50" w:type="dxa"/>
            </w:tcMar>
          </w:tcPr>
          <w:p>
            <w:pPr>
              <w:keepLines/>
            </w:pPr>
            <w:r>
              <w:rPr>
                <w:b w:val="0"/>
                <w:i w:val="0"/>
                <w:color w:val="111111"/>
                <w:sz w:val="14"/>
              </w:rPr>
              <w:t>Coach calls attack or defend basket; players turn and point/move.</w:t>
            </w:r>
          </w:p>
        </w:tc>
        <w:tc>
          <w:tcPr>
            <w:tcW w:type="dxa" w:w="2563"/>
            <w:vAlign w:val="center"/>
            <w:tcMar>
              <w:top w:w="42" w:type="dxa"/>
              <w:start w:w="50" w:type="dxa"/>
              <w:bottom w:w="42" w:type="dxa"/>
              <w:end w:w="50" w:type="dxa"/>
            </w:tcMar>
          </w:tcPr>
          <w:p>
            <w:pPr>
              <w:keepLines/>
            </w:pPr>
            <w:r>
              <w:rPr>
                <w:b w:val="0"/>
                <w:i w:val="0"/>
                <w:color w:val="111111"/>
                <w:sz w:val="14"/>
              </w:rPr>
              <w:t>Direction vocabulary.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Change Direction Challenge</w:t>
            </w:r>
          </w:p>
        </w:tc>
        <w:tc>
          <w:tcPr>
            <w:tcW w:type="dxa" w:w="4104"/>
            <w:vAlign w:val="center"/>
            <w:tcMar>
              <w:top w:w="42" w:type="dxa"/>
              <w:start w:w="50" w:type="dxa"/>
              <w:bottom w:w="42" w:type="dxa"/>
              <w:end w:w="50" w:type="dxa"/>
            </w:tcMar>
          </w:tcPr>
          <w:p>
            <w:pPr>
              <w:keepLines/>
            </w:pPr>
            <w:r>
              <w:rPr>
                <w:b w:val="0"/>
                <w:i w:val="0"/>
                <w:color w:val="111111"/>
                <w:sz w:val="14"/>
              </w:rPr>
              <w:t>Move toward one end; on signal turn and transition.</w:t>
            </w:r>
          </w:p>
        </w:tc>
        <w:tc>
          <w:tcPr>
            <w:tcW w:type="dxa" w:w="2563"/>
            <w:vAlign w:val="center"/>
            <w:tcMar>
              <w:top w:w="42" w:type="dxa"/>
              <w:start w:w="50" w:type="dxa"/>
              <w:bottom w:w="42" w:type="dxa"/>
              <w:end w:w="50" w:type="dxa"/>
            </w:tcMar>
          </w:tcPr>
          <w:p>
            <w:pPr>
              <w:keepLines/>
            </w:pPr>
            <w:r>
              <w:rPr>
                <w:b w:val="0"/>
                <w:i w:val="0"/>
                <w:color w:val="111111"/>
                <w:sz w:val="14"/>
              </w:rPr>
              <w:t>Quick but controlled turn.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Score and Switch</w:t>
            </w:r>
          </w:p>
        </w:tc>
        <w:tc>
          <w:tcPr>
            <w:tcW w:type="dxa" w:w="4104"/>
            <w:vAlign w:val="center"/>
            <w:tcMar>
              <w:top w:w="42" w:type="dxa"/>
              <w:start w:w="50" w:type="dxa"/>
              <w:bottom w:w="42" w:type="dxa"/>
              <w:end w:w="50" w:type="dxa"/>
            </w:tcMar>
          </w:tcPr>
          <w:p>
            <w:pPr>
              <w:keepLines/>
            </w:pPr>
            <w:r>
              <w:rPr>
                <w:b w:val="0"/>
                <w:i w:val="0"/>
                <w:color w:val="111111"/>
                <w:sz w:val="14"/>
              </w:rPr>
              <w:t>Shoot or touch target, then immediately move toward other end.</w:t>
            </w:r>
          </w:p>
        </w:tc>
        <w:tc>
          <w:tcPr>
            <w:tcW w:type="dxa" w:w="2563"/>
            <w:vAlign w:val="center"/>
            <w:tcMar>
              <w:top w:w="42" w:type="dxa"/>
              <w:start w:w="50" w:type="dxa"/>
              <w:bottom w:w="42" w:type="dxa"/>
              <w:end w:w="50" w:type="dxa"/>
            </w:tcMar>
          </w:tcPr>
          <w:p>
            <w:pPr>
              <w:keepLines/>
            </w:pPr>
            <w:r>
              <w:rPr>
                <w:b w:val="0"/>
                <w:i w:val="0"/>
                <w:color w:val="111111"/>
                <w:sz w:val="14"/>
              </w:rPr>
              <w:t>Change roles quickly.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Numbers Direction Game</w:t>
            </w:r>
          </w:p>
        </w:tc>
        <w:tc>
          <w:tcPr>
            <w:tcW w:type="dxa" w:w="4104"/>
            <w:vAlign w:val="center"/>
            <w:tcMar>
              <w:top w:w="42" w:type="dxa"/>
              <w:start w:w="50" w:type="dxa"/>
              <w:bottom w:w="42" w:type="dxa"/>
              <w:end w:w="50" w:type="dxa"/>
            </w:tcMar>
          </w:tcPr>
          <w:p>
            <w:pPr>
              <w:keepLines/>
            </w:pPr>
            <w:r>
              <w:rPr>
                <w:b w:val="0"/>
                <w:i w:val="0"/>
                <w:color w:val="111111"/>
                <w:sz w:val="14"/>
              </w:rPr>
              <w:t>Coach calls numbers; players enter, attack called basket, then switch on possession.</w:t>
            </w:r>
          </w:p>
        </w:tc>
        <w:tc>
          <w:tcPr>
            <w:tcW w:type="dxa" w:w="2563"/>
            <w:vAlign w:val="center"/>
            <w:tcMar>
              <w:top w:w="42" w:type="dxa"/>
              <w:start w:w="50" w:type="dxa"/>
              <w:bottom w:w="42" w:type="dxa"/>
              <w:end w:w="50" w:type="dxa"/>
            </w:tcMar>
          </w:tcPr>
          <w:p>
            <w:pPr>
              <w:keepLines/>
            </w:pPr>
            <w:r>
              <w:rPr>
                <w:b w:val="0"/>
                <w:i w:val="0"/>
                <w:color w:val="111111"/>
                <w:sz w:val="14"/>
              </w:rPr>
              <w:t>Keep teams small.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Numbers Direction Game</w:t>
            </w:r>
          </w:p>
        </w:tc>
        <w:tc>
          <w:tcPr>
            <w:tcW w:type="dxa" w:w="4104"/>
            <w:vAlign w:val="center"/>
            <w:tcMar>
              <w:top w:w="42" w:type="dxa"/>
              <w:start w:w="50" w:type="dxa"/>
              <w:bottom w:w="42" w:type="dxa"/>
              <w:end w:w="50" w:type="dxa"/>
            </w:tcMar>
          </w:tcPr>
          <w:p>
            <w:pPr>
              <w:keepLines/>
            </w:pPr>
            <w:r>
              <w:rPr>
                <w:b w:val="0"/>
                <w:i w:val="0"/>
                <w:color w:val="111111"/>
                <w:sz w:val="14"/>
              </w:rPr>
              <w:t>Teams score at one end and return to defend a cone target.</w:t>
            </w:r>
          </w:p>
        </w:tc>
        <w:tc>
          <w:tcPr>
            <w:tcW w:type="dxa" w:w="2563"/>
            <w:vAlign w:val="center"/>
            <w:tcMar>
              <w:top w:w="42" w:type="dxa"/>
              <w:start w:w="50" w:type="dxa"/>
              <w:bottom w:w="42" w:type="dxa"/>
              <w:end w:w="50" w:type="dxa"/>
            </w:tcMar>
          </w:tcPr>
          <w:p>
            <w:pPr>
              <w:keepLines/>
            </w:pPr>
            <w:r>
              <w:rPr>
                <w:b w:val="0"/>
                <w:i w:val="0"/>
                <w:color w:val="111111"/>
                <w:sz w:val="14"/>
              </w:rPr>
              <w:t>Recognise transition.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positive reaction to change.</w:t>
            </w:r>
          </w:p>
        </w:tc>
        <w:tc>
          <w:tcPr>
            <w:tcW w:type="dxa" w:w="2563"/>
            <w:vAlign w:val="center"/>
            <w:tcMar>
              <w:top w:w="42" w:type="dxa"/>
              <w:start w:w="50" w:type="dxa"/>
              <w:bottom w:w="42" w:type="dxa"/>
              <w:end w:w="50" w:type="dxa"/>
            </w:tcMar>
          </w:tcPr>
          <w:p>
            <w:pPr>
              <w:keepLines/>
            </w:pPr>
            <w:r>
              <w:rPr>
                <w:b w:val="0"/>
                <w:i w:val="0"/>
                <w:color w:val="111111"/>
                <w:sz w:val="14"/>
              </w:rPr>
              <w:t>Which basket were you defending?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recognise the correct basket quickly?</w:t>
              <w:br/>
              <w:t>Who needs more visual direction cues?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coloured cones at each end.</w:t>
              <w:br/>
              <w:t>Harder: Change possession unexpectedly and require a quick transition.</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Attacking basket, defending basket and direction of play.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know which way to go?</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Which Basket?</w:t>
            </w:r>
          </w:p>
        </w:tc>
        <w:tc>
          <w:tcPr>
            <w:tcW w:type="dxa" w:w="5429"/>
            <w:shd w:fill="F28C28"/>
            <w:tcMar>
              <w:top w:w="62" w:type="dxa"/>
              <w:start w:w="82" w:type="dxa"/>
              <w:bottom w:w="62" w:type="dxa"/>
              <w:end w:w="82" w:type="dxa"/>
            </w:tcMar>
          </w:tcPr>
          <w:p>
            <w:pPr>
              <w:jc w:val="center"/>
              <w:keepLines/>
              <w:keepNext/>
            </w:pPr>
            <w:r>
              <w:rPr>
                <w:b/>
                <w:i w:val="0"/>
                <w:color w:val="FFFFFF"/>
                <w:sz w:val="15"/>
              </w:rPr>
              <w:t>5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Identify one attacking target and one defending target for each team.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 the coach’s signal, players point, move or dribble toward the named attacking basket, then turn and recover toward the defending basket.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your direction.</w:t>
            </w:r>
          </w:p>
          <w:p>
            <w:pPr>
              <w:spacing w:after="0"/>
              <w:ind w:left="230" w:hanging="158"/>
              <w:keepLines/>
              <w:keepNext/>
            </w:pPr>
            <w:r>
              <w:rPr>
                <w:b/>
                <w:i w:val="0"/>
                <w:color w:val="0B5D4B"/>
                <w:sz w:val="14"/>
              </w:rPr>
              <w:t xml:space="preserve">• </w:t>
            </w:r>
            <w:r>
              <w:rPr>
                <w:b w:val="0"/>
                <w:i w:val="0"/>
                <w:color w:val="111111"/>
                <w:sz w:val="14"/>
              </w:rPr>
              <w:t>Turn quickly.</w:t>
            </w:r>
          </w:p>
          <w:p>
            <w:pPr>
              <w:spacing w:after="0"/>
              <w:ind w:left="230" w:hanging="158"/>
              <w:keepLines/>
              <w:keepNext/>
            </w:pPr>
            <w:r>
              <w:rPr>
                <w:b/>
                <w:i w:val="0"/>
                <w:color w:val="0B5D4B"/>
                <w:sz w:val="14"/>
              </w:rPr>
              <w:t xml:space="preserve">• </w:t>
            </w:r>
            <w:r>
              <w:rPr>
                <w:b w:val="0"/>
                <w:i w:val="0"/>
                <w:color w:val="111111"/>
                <w:sz w:val="14"/>
              </w:rPr>
              <w:t>Look before moving.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Two baskets or target goals; bibs optional</w:t>
            </w:r>
          </w:p>
          <w:p>
            <w:pPr>
              <w:spacing w:after="0"/>
              <w:ind w:left="230" w:hanging="158"/>
              <w:keepLines/>
              <w:keepNext/>
            </w:pPr>
            <w:r>
              <w:rPr>
                <w:b/>
                <w:i w:val="0"/>
                <w:color w:val="0B5D4B"/>
                <w:sz w:val="14"/>
              </w:rPr>
              <w:t xml:space="preserve">• </w:t>
            </w:r>
            <w:r>
              <w:rPr>
                <w:b w:val="0"/>
                <w:i w:val="0"/>
                <w:color w:val="111111"/>
                <w:sz w:val="14"/>
              </w:rPr>
              <w:t>Full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and point only.</w:t>
            </w:r>
          </w:p>
          <w:p>
            <w:pPr>
              <w:spacing w:after="0"/>
              <w:ind w:left="230" w:hanging="158"/>
              <w:keepLines/>
              <w:keepNext/>
            </w:pPr>
            <w:r>
              <w:rPr>
                <w:b/>
                <w:i w:val="0"/>
                <w:color w:val="0B5D4B"/>
                <w:sz w:val="14"/>
              </w:rPr>
              <w:t xml:space="preserve">• </w:t>
            </w:r>
            <w:r>
              <w:rPr>
                <w:b w:val="0"/>
                <w:i w:val="0"/>
                <w:color w:val="111111"/>
                <w:sz w:val="14"/>
              </w:rPr>
              <w:t>Use coloured cones as goals.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pass before changing direction.</w:t>
            </w:r>
          </w:p>
          <w:p>
            <w:pPr>
              <w:spacing w:after="0"/>
              <w:ind w:left="230" w:hanging="158"/>
              <w:keepLines/>
              <w:keepNext/>
            </w:pPr>
            <w:r>
              <w:rPr>
                <w:b/>
                <w:i w:val="0"/>
                <w:color w:val="0B5D4B"/>
                <w:sz w:val="14"/>
              </w:rPr>
              <w:t xml:space="preserve">• </w:t>
            </w:r>
            <w:r>
              <w:rPr>
                <w:b w:val="0"/>
                <w:i w:val="0"/>
                <w:color w:val="111111"/>
                <w:sz w:val="14"/>
              </w:rPr>
              <w:t>Switch attacking direction unexpectedly.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changes direction confidently?</w:t>
            </w:r>
          </w:p>
          <w:p>
            <w:pPr>
              <w:spacing w:after="0"/>
              <w:ind w:left="230" w:hanging="158"/>
              <w:keepLines/>
              <w:keepNext/>
            </w:pPr>
            <w:r>
              <w:rPr>
                <w:b/>
                <w:i w:val="0"/>
                <w:color w:val="0B5D4B"/>
                <w:sz w:val="14"/>
              </w:rPr>
              <w:t xml:space="preserve">• </w:t>
            </w:r>
            <w:r>
              <w:rPr>
                <w:b w:val="0"/>
                <w:i w:val="0"/>
                <w:color w:val="111111"/>
                <w:sz w:val="14"/>
              </w:rPr>
              <w:t>Are players learning both attack and defence language?</w:t>
            </w:r>
          </w:p>
          <w:p>
            <w:pPr>
              <w:spacing w:before="20" w:after="0"/>
              <w:keepLines/>
              <w:keepNext/>
            </w:pPr>
            <w:r>
              <w:rPr>
                <w:b/>
                <w:i w:val="0"/>
                <w:color w:val="F28C28"/>
                <w:sz w:val="14"/>
              </w:rPr>
              <w:t>SAFETY</w:t>
            </w:r>
          </w:p>
          <w:p>
            <w:pPr>
              <w:spacing w:after="0"/>
              <w:keepLines/>
            </w:pPr>
            <w:r>
              <w:rPr>
                <w:sz w:val="14"/>
              </w:rPr>
              <w:t>Keep traffic lanes clear when groups turn.</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Change Direction Challenge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out gates or directional markers around the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through the space. On a signal or colour call, they turn and travel toward a different marker. Emphasise safe, controlled turns.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Slow before the turn.</w:t>
            </w:r>
          </w:p>
          <w:p>
            <w:pPr>
              <w:spacing w:after="0"/>
              <w:ind w:left="230" w:hanging="158"/>
              <w:keepLines/>
              <w:keepNext/>
            </w:pPr>
            <w:r>
              <w:rPr>
                <w:b/>
                <w:i w:val="0"/>
                <w:color w:val="0B5D4B"/>
                <w:sz w:val="14"/>
              </w:rPr>
              <w:t xml:space="preserve">• </w:t>
            </w:r>
            <w:r>
              <w:rPr>
                <w:b w:val="0"/>
                <w:i w:val="0"/>
                <w:color w:val="111111"/>
                <w:sz w:val="14"/>
              </w:rPr>
              <w:t>Push into the new direction.</w:t>
            </w:r>
          </w:p>
          <w:p>
            <w:pPr>
              <w:spacing w:after="0"/>
              <w:ind w:left="230" w:hanging="158"/>
              <w:keepLines/>
              <w:keepNext/>
            </w:pPr>
            <w:r>
              <w:rPr>
                <w:b/>
                <w:i w:val="0"/>
                <w:color w:val="0B5D4B"/>
                <w:sz w:val="14"/>
              </w:rPr>
              <w:t xml:space="preserve">• </w:t>
            </w:r>
            <w:r>
              <w:rPr>
                <w:b w:val="0"/>
                <w:i w:val="0"/>
                <w:color w:val="111111"/>
                <w:sz w:val="14"/>
              </w:rPr>
              <w:t>Keep your head up.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one type of turn and walking speed.</w:t>
            </w:r>
          </w:p>
          <w:p>
            <w:pPr>
              <w:spacing w:after="0"/>
              <w:ind w:left="230" w:hanging="158"/>
              <w:keepLines/>
              <w:keepNext/>
            </w:pPr>
            <w:r>
              <w:rPr>
                <w:b/>
                <w:i w:val="0"/>
                <w:color w:val="0B5D4B"/>
                <w:sz w:val="14"/>
              </w:rPr>
              <w:t xml:space="preserve">• </w:t>
            </w:r>
            <w:r>
              <w:rPr>
                <w:b w:val="0"/>
                <w:i w:val="0"/>
                <w:color w:val="111111"/>
                <w:sz w:val="14"/>
              </w:rPr>
              <w:t>Coach points as well as calling.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different turn types.</w:t>
            </w:r>
          </w:p>
          <w:p>
            <w:pPr>
              <w:spacing w:after="0"/>
              <w:ind w:left="230" w:hanging="158"/>
              <w:keepLines/>
              <w:keepNext/>
            </w:pPr>
            <w:r>
              <w:rPr>
                <w:b/>
                <w:i w:val="0"/>
                <w:color w:val="0B5D4B"/>
                <w:sz w:val="14"/>
              </w:rPr>
              <w:t xml:space="preserve">• </w:t>
            </w:r>
            <w:r>
              <w:rPr>
                <w:b w:val="0"/>
                <w:i w:val="0"/>
                <w:color w:val="111111"/>
                <w:sz w:val="14"/>
              </w:rPr>
              <w:t>Add a chaser or a ball later.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can turn without crossing feet or falling off balance?</w:t>
            </w:r>
          </w:p>
          <w:p>
            <w:pPr>
              <w:spacing w:after="0"/>
              <w:ind w:left="230" w:hanging="158"/>
              <w:keepLines/>
              <w:keepNext/>
            </w:pPr>
            <w:r>
              <w:rPr>
                <w:b/>
                <w:i w:val="0"/>
                <w:color w:val="0B5D4B"/>
                <w:sz w:val="14"/>
              </w:rPr>
              <w:t xml:space="preserve">• </w:t>
            </w:r>
            <w:r>
              <w:rPr>
                <w:b w:val="0"/>
                <w:i w:val="0"/>
                <w:color w:val="111111"/>
                <w:sz w:val="14"/>
              </w:rPr>
              <w:t>Are players choosing clear space?</w:t>
            </w:r>
          </w:p>
          <w:p>
            <w:pPr>
              <w:spacing w:before="20" w:after="0"/>
              <w:keepLines/>
              <w:keepNext/>
            </w:pPr>
            <w:r>
              <w:rPr>
                <w:b/>
                <w:i w:val="0"/>
                <w:color w:val="F28C28"/>
                <w:sz w:val="14"/>
              </w:rPr>
              <w:t>SAFETY</w:t>
            </w:r>
          </w:p>
          <w:p>
            <w:pPr>
              <w:spacing w:after="0"/>
              <w:keepLines/>
            </w:pPr>
            <w:r>
              <w:rPr>
                <w:sz w:val="14"/>
              </w:rPr>
              <w:t>Avoid sharp changes at full speed until children can stop and turn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Score and Switch</w:t>
            </w:r>
          </w:p>
        </w:tc>
        <w:tc>
          <w:tcPr>
            <w:tcW w:type="dxa" w:w="5429"/>
            <w:shd w:fill="F28C28"/>
            <w:tcMar>
              <w:top w:w="62" w:type="dxa"/>
              <w:start w:w="82" w:type="dxa"/>
              <w:bottom w:w="62" w:type="dxa"/>
              <w:end w:w="82" w:type="dxa"/>
            </w:tcMar>
          </w:tcPr>
          <w:p>
            <w:pPr>
              <w:jc w:val="center"/>
              <w:keepLines/>
              <w:keepNext/>
            </w:pPr>
            <w:r>
              <w:rPr>
                <w:b/>
                <w:i w:val="0"/>
                <w:color w:val="FFFFFF"/>
                <w:sz w:val="15"/>
              </w:rPr>
              <w:t>10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teams and two clear scoring targets.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After a team scores or reaches the target, possession changes and both teams immediately switch attacking and defending roles.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Score, turn, recover.</w:t>
            </w:r>
          </w:p>
          <w:p>
            <w:pPr>
              <w:spacing w:after="0"/>
              <w:ind w:left="230" w:hanging="158"/>
              <w:keepLines/>
              <w:keepNext/>
            </w:pPr>
            <w:r>
              <w:rPr>
                <w:b/>
                <w:i w:val="0"/>
                <w:color w:val="0B5D4B"/>
                <w:sz w:val="14"/>
              </w:rPr>
              <w:t xml:space="preserve">• </w:t>
            </w:r>
            <w:r>
              <w:rPr>
                <w:b w:val="0"/>
                <w:i w:val="0"/>
                <w:color w:val="111111"/>
                <w:sz w:val="14"/>
              </w:rPr>
              <w:t>Find your basket.</w:t>
            </w:r>
          </w:p>
          <w:p>
            <w:pPr>
              <w:spacing w:after="0"/>
              <w:ind w:left="230" w:hanging="158"/>
              <w:keepLines/>
              <w:keepNext/>
            </w:pPr>
            <w:r>
              <w:rPr>
                <w:b/>
                <w:i w:val="0"/>
                <w:color w:val="0B5D4B"/>
                <w:sz w:val="14"/>
              </w:rPr>
              <w:t xml:space="preserve">• </w:t>
            </w:r>
            <w:r>
              <w:rPr>
                <w:b w:val="0"/>
                <w:i w:val="0"/>
                <w:color w:val="111111"/>
                <w:sz w:val="14"/>
              </w:rPr>
              <w:t>Help teammates switch.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two targets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no defenders.</w:t>
            </w:r>
          </w:p>
          <w:p>
            <w:pPr>
              <w:spacing w:after="0"/>
              <w:ind w:left="230" w:hanging="158"/>
              <w:keepLines/>
              <w:keepNext/>
            </w:pPr>
            <w:r>
              <w:rPr>
                <w:b/>
                <w:i w:val="0"/>
                <w:color w:val="0B5D4B"/>
                <w:sz w:val="14"/>
              </w:rPr>
              <w:t xml:space="preserve">• </w:t>
            </w:r>
            <w:r>
              <w:rPr>
                <w:b w:val="0"/>
                <w:i w:val="0"/>
                <w:color w:val="111111"/>
                <w:sz w:val="14"/>
              </w:rPr>
              <w:t>Coach announces the switch.</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light defenders.</w:t>
            </w:r>
          </w:p>
          <w:p>
            <w:pPr>
              <w:spacing w:after="0"/>
              <w:ind w:left="230" w:hanging="158"/>
              <w:keepLines/>
              <w:keepNext/>
            </w:pPr>
            <w:r>
              <w:rPr>
                <w:b/>
                <w:i w:val="0"/>
                <w:color w:val="0B5D4B"/>
                <w:sz w:val="14"/>
              </w:rPr>
              <w:t xml:space="preserve">• </w:t>
            </w:r>
            <w:r>
              <w:rPr>
                <w:b w:val="0"/>
                <w:i w:val="0"/>
                <w:color w:val="111111"/>
                <w:sz w:val="14"/>
              </w:rPr>
              <w:t>Allow players to restart without coach direction.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reacting to possession change?</w:t>
            </w:r>
          </w:p>
          <w:p>
            <w:pPr>
              <w:spacing w:after="0"/>
              <w:ind w:left="230" w:hanging="158"/>
              <w:keepLines/>
              <w:keepNext/>
            </w:pPr>
            <w:r>
              <w:rPr>
                <w:b/>
                <w:i w:val="0"/>
                <w:color w:val="0B5D4B"/>
                <w:sz w:val="14"/>
              </w:rPr>
              <w:t xml:space="preserve">• </w:t>
            </w:r>
            <w:r>
              <w:rPr>
                <w:b w:val="0"/>
                <w:i w:val="0"/>
                <w:color w:val="111111"/>
                <w:sz w:val="14"/>
              </w:rPr>
              <w:t>Does anyone continue toward the wrong target?</w:t>
            </w:r>
          </w:p>
          <w:p>
            <w:pPr>
              <w:spacing w:before="20" w:after="0"/>
              <w:keepLines/>
              <w:keepNext/>
            </w:pPr>
            <w:r>
              <w:rPr>
                <w:b/>
                <w:i w:val="0"/>
                <w:color w:val="F28C28"/>
                <w:sz w:val="14"/>
              </w:rPr>
              <w:t>SAFETY</w:t>
            </w:r>
          </w:p>
          <w:p>
            <w:pPr>
              <w:spacing w:after="0"/>
              <w:keepLines/>
            </w:pPr>
            <w:r>
              <w:rPr>
                <w:sz w:val="14"/>
              </w:rPr>
              <w:t>Pause if direction becomes unsafe or confused.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Numbers Direction Game</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players numbers within small teams and identify attacking directions.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numbers, and those players enter for a brief game or race toward the correct target. Rotate quickly so everyone participates.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for your number.</w:t>
            </w:r>
          </w:p>
          <w:p>
            <w:pPr>
              <w:spacing w:after="0"/>
              <w:ind w:left="230" w:hanging="158"/>
              <w:keepLines/>
              <w:keepNext/>
            </w:pPr>
            <w:r>
              <w:rPr>
                <w:b/>
                <w:i w:val="0"/>
                <w:color w:val="0B5D4B"/>
                <w:sz w:val="14"/>
              </w:rPr>
              <w:t xml:space="preserve">• </w:t>
            </w:r>
            <w:r>
              <w:rPr>
                <w:b w:val="0"/>
                <w:i w:val="0"/>
                <w:color w:val="111111"/>
                <w:sz w:val="14"/>
              </w:rPr>
              <w:t>Attack the correct way.</w:t>
            </w:r>
          </w:p>
          <w:p>
            <w:pPr>
              <w:spacing w:after="0"/>
              <w:ind w:left="230" w:hanging="158"/>
              <w:keepLines/>
              <w:keepNext/>
            </w:pPr>
            <w:r>
              <w:rPr>
                <w:b/>
                <w:i w:val="0"/>
                <w:color w:val="0B5D4B"/>
                <w:sz w:val="14"/>
              </w:rPr>
              <w:t xml:space="preserve">• </w:t>
            </w:r>
            <w:r>
              <w:rPr>
                <w:b w:val="0"/>
                <w:i w:val="0"/>
                <w:color w:val="111111"/>
                <w:sz w:val="14"/>
              </w:rPr>
              <w:t>Stop when the round ends.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Bibs, balls and numbered groups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Call one player from each team.</w:t>
            </w:r>
          </w:p>
          <w:p>
            <w:pPr>
              <w:spacing w:after="0"/>
              <w:ind w:left="230" w:hanging="158"/>
              <w:keepLines/>
              <w:keepNext/>
            </w:pPr>
            <w:r>
              <w:rPr>
                <w:b/>
                <w:i w:val="0"/>
                <w:color w:val="0B5D4B"/>
                <w:sz w:val="14"/>
              </w:rPr>
              <w:t xml:space="preserve">• </w:t>
            </w:r>
            <w:r>
              <w:rPr>
                <w:b w:val="0"/>
                <w:i w:val="0"/>
                <w:color w:val="111111"/>
                <w:sz w:val="14"/>
              </w:rPr>
              <w:t>Use a gate instead of a basket.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Call two or three players.</w:t>
            </w:r>
          </w:p>
          <w:p>
            <w:pPr>
              <w:spacing w:after="0"/>
              <w:ind w:left="230" w:hanging="158"/>
              <w:keepLines/>
              <w:keepNext/>
            </w:pPr>
            <w:r>
              <w:rPr>
                <w:b/>
                <w:i w:val="0"/>
                <w:color w:val="0B5D4B"/>
                <w:sz w:val="14"/>
              </w:rPr>
              <w:t xml:space="preserve">• </w:t>
            </w:r>
            <w:r>
              <w:rPr>
                <w:b w:val="0"/>
                <w:i w:val="0"/>
                <w:color w:val="111111"/>
                <w:sz w:val="14"/>
              </w:rPr>
              <w:t>Add a pass or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ready without crowding the sideline?</w:t>
            </w:r>
          </w:p>
          <w:p>
            <w:pPr>
              <w:spacing w:after="0"/>
              <w:ind w:left="230" w:hanging="158"/>
              <w:keepLines/>
              <w:keepNext/>
            </w:pPr>
            <w:r>
              <w:rPr>
                <w:b/>
                <w:i w:val="0"/>
                <w:color w:val="0B5D4B"/>
                <w:sz w:val="14"/>
              </w:rPr>
              <w:t xml:space="preserve">• </w:t>
            </w:r>
            <w:r>
              <w:rPr>
                <w:b w:val="0"/>
                <w:i w:val="0"/>
                <w:color w:val="111111"/>
                <w:sz w:val="14"/>
              </w:rPr>
              <w:t>Do they understand direction before starting?</w:t>
            </w:r>
          </w:p>
          <w:p>
            <w:pPr>
              <w:spacing w:before="20" w:after="0"/>
              <w:keepLines/>
              <w:keepNext/>
            </w:pPr>
            <w:r>
              <w:rPr>
                <w:b/>
                <w:i w:val="0"/>
                <w:color w:val="F28C28"/>
                <w:sz w:val="14"/>
              </w:rPr>
              <w:t>SAFETY</w:t>
            </w:r>
          </w:p>
          <w:p>
            <w:pPr>
              <w:spacing w:after="0"/>
              <w:keepLines/>
            </w:pPr>
            <w:r>
              <w:rPr>
                <w:sz w:val="14"/>
              </w:rPr>
              <w:t>Waiting players remain behind a clear safety line.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Numbers Direction Game</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players numbers within small teams and identify attacking directions.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Coach calls numbers, and those players enter for a brief game or race toward the correct target. Rotate quickly so everyone participates.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for your number.</w:t>
            </w:r>
          </w:p>
          <w:p>
            <w:pPr>
              <w:spacing w:after="0"/>
              <w:ind w:left="230" w:hanging="158"/>
              <w:keepLines/>
              <w:keepNext/>
            </w:pPr>
            <w:r>
              <w:rPr>
                <w:b/>
                <w:i w:val="0"/>
                <w:color w:val="0B5D4B"/>
                <w:sz w:val="14"/>
              </w:rPr>
              <w:t xml:space="preserve">• </w:t>
            </w:r>
            <w:r>
              <w:rPr>
                <w:b w:val="0"/>
                <w:i w:val="0"/>
                <w:color w:val="111111"/>
                <w:sz w:val="14"/>
              </w:rPr>
              <w:t>Attack the correct way.</w:t>
            </w:r>
          </w:p>
          <w:p>
            <w:pPr>
              <w:spacing w:after="0"/>
              <w:ind w:left="230" w:hanging="158"/>
              <w:keepLines/>
              <w:keepNext/>
            </w:pPr>
            <w:r>
              <w:rPr>
                <w:b/>
                <w:i w:val="0"/>
                <w:color w:val="0B5D4B"/>
                <w:sz w:val="14"/>
              </w:rPr>
              <w:t xml:space="preserve">• </w:t>
            </w:r>
            <w:r>
              <w:rPr>
                <w:b w:val="0"/>
                <w:i w:val="0"/>
                <w:color w:val="111111"/>
                <w:sz w:val="14"/>
              </w:rPr>
              <w:t>Stop when the round ends.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Bibs, balls and numbered groups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Call one player from each team.</w:t>
            </w:r>
          </w:p>
          <w:p>
            <w:pPr>
              <w:spacing w:after="0"/>
              <w:ind w:left="230" w:hanging="158"/>
              <w:keepLines/>
              <w:keepNext/>
            </w:pPr>
            <w:r>
              <w:rPr>
                <w:b/>
                <w:i w:val="0"/>
                <w:color w:val="0B5D4B"/>
                <w:sz w:val="14"/>
              </w:rPr>
              <w:t xml:space="preserve">• </w:t>
            </w:r>
            <w:r>
              <w:rPr>
                <w:b w:val="0"/>
                <w:i w:val="0"/>
                <w:color w:val="111111"/>
                <w:sz w:val="14"/>
              </w:rPr>
              <w:t>Use a gate instead of a basket.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Call two or three players.</w:t>
            </w:r>
          </w:p>
          <w:p>
            <w:pPr>
              <w:spacing w:after="0"/>
              <w:ind w:left="230" w:hanging="158"/>
              <w:keepLines/>
              <w:keepNext/>
            </w:pPr>
            <w:r>
              <w:rPr>
                <w:b/>
                <w:i w:val="0"/>
                <w:color w:val="0B5D4B"/>
                <w:sz w:val="14"/>
              </w:rPr>
              <w:t xml:space="preserve">• </w:t>
            </w:r>
            <w:r>
              <w:rPr>
                <w:b w:val="0"/>
                <w:i w:val="0"/>
                <w:color w:val="111111"/>
                <w:sz w:val="14"/>
              </w:rPr>
              <w:t>Add a pass or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ready without crowding the sideline?</w:t>
            </w:r>
          </w:p>
          <w:p>
            <w:pPr>
              <w:spacing w:after="0"/>
              <w:ind w:left="230" w:hanging="158"/>
              <w:keepLines/>
              <w:keepNext/>
            </w:pPr>
            <w:r>
              <w:rPr>
                <w:b/>
                <w:i w:val="0"/>
                <w:color w:val="0B5D4B"/>
                <w:sz w:val="14"/>
              </w:rPr>
              <w:t xml:space="preserve">• </w:t>
            </w:r>
            <w:r>
              <w:rPr>
                <w:b w:val="0"/>
                <w:i w:val="0"/>
                <w:color w:val="111111"/>
                <w:sz w:val="14"/>
              </w:rPr>
              <w:t>Do they understand direction before starting?</w:t>
            </w:r>
          </w:p>
          <w:p>
            <w:pPr>
              <w:spacing w:before="20" w:after="0"/>
              <w:keepLines/>
              <w:keepNext/>
            </w:pPr>
            <w:r>
              <w:rPr>
                <w:b/>
                <w:i w:val="0"/>
                <w:color w:val="F28C28"/>
                <w:sz w:val="14"/>
              </w:rPr>
              <w:t>SAFETY</w:t>
            </w:r>
          </w:p>
          <w:p>
            <w:pPr>
              <w:spacing w:after="0"/>
              <w:keepLines/>
            </w:pPr>
            <w:r>
              <w:rPr>
                <w:sz w:val="14"/>
              </w:rPr>
              <w:t>Waiting players remain behind a clear safety line.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15: KEEP THE BALL MOVING</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Share quickly and involve several teammates.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Include everyone.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Pass more quickly; involve teammates; move after passing; understand possession and simple restarts.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Keep It Moving</w:t>
            </w:r>
          </w:p>
        </w:tc>
        <w:tc>
          <w:tcPr>
            <w:tcW w:type="dxa" w:w="4104"/>
            <w:vAlign w:val="center"/>
            <w:tcMar>
              <w:top w:w="42" w:type="dxa"/>
              <w:start w:w="50" w:type="dxa"/>
              <w:bottom w:w="42" w:type="dxa"/>
              <w:end w:w="50" w:type="dxa"/>
            </w:tcMar>
          </w:tcPr>
          <w:p>
            <w:pPr>
              <w:keepLines/>
            </w:pPr>
            <w:r>
              <w:rPr>
                <w:b w:val="0"/>
                <w:i w:val="0"/>
                <w:color w:val="111111"/>
                <w:sz w:val="14"/>
              </w:rPr>
              <w:t>Short passes around small circles; reverse direction.</w:t>
            </w:r>
          </w:p>
        </w:tc>
        <w:tc>
          <w:tcPr>
            <w:tcW w:type="dxa" w:w="2563"/>
            <w:vAlign w:val="center"/>
            <w:tcMar>
              <w:top w:w="42" w:type="dxa"/>
              <w:start w:w="50" w:type="dxa"/>
              <w:bottom w:w="42" w:type="dxa"/>
              <w:end w:w="50" w:type="dxa"/>
            </w:tcMar>
          </w:tcPr>
          <w:p>
            <w:pPr>
              <w:keepLines/>
            </w:pPr>
            <w:r>
              <w:rPr>
                <w:b w:val="0"/>
                <w:i w:val="0"/>
                <w:color w:val="111111"/>
                <w:sz w:val="14"/>
              </w:rPr>
              <w:t>Ready hands.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Pass and Follow</w:t>
            </w:r>
          </w:p>
        </w:tc>
        <w:tc>
          <w:tcPr>
            <w:tcW w:type="dxa" w:w="4104"/>
            <w:vAlign w:val="center"/>
            <w:tcMar>
              <w:top w:w="42" w:type="dxa"/>
              <w:start w:w="50" w:type="dxa"/>
              <w:bottom w:w="42" w:type="dxa"/>
              <w:end w:w="50" w:type="dxa"/>
            </w:tcMar>
          </w:tcPr>
          <w:p>
            <w:pPr>
              <w:keepLines/>
            </w:pPr>
            <w:r>
              <w:rPr>
                <w:b w:val="0"/>
                <w:i w:val="0"/>
                <w:color w:val="111111"/>
                <w:sz w:val="14"/>
              </w:rPr>
              <w:t>Pass, move to next cone, keep ball moving.</w:t>
            </w:r>
          </w:p>
        </w:tc>
        <w:tc>
          <w:tcPr>
            <w:tcW w:type="dxa" w:w="2563"/>
            <w:vAlign w:val="center"/>
            <w:tcMar>
              <w:top w:w="42" w:type="dxa"/>
              <w:start w:w="50" w:type="dxa"/>
              <w:bottom w:w="42" w:type="dxa"/>
              <w:end w:w="50" w:type="dxa"/>
            </w:tcMar>
          </w:tcPr>
          <w:p>
            <w:pPr>
              <w:keepLines/>
            </w:pPr>
            <w:r>
              <w:rPr>
                <w:b w:val="0"/>
                <w:i w:val="0"/>
                <w:color w:val="111111"/>
                <w:sz w:val="14"/>
              </w:rPr>
              <w:t>Minimal holding.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Everyone Touches</w:t>
            </w:r>
          </w:p>
        </w:tc>
        <w:tc>
          <w:tcPr>
            <w:tcW w:type="dxa" w:w="4104"/>
            <w:vAlign w:val="center"/>
            <w:tcMar>
              <w:top w:w="42" w:type="dxa"/>
              <w:start w:w="50" w:type="dxa"/>
              <w:bottom w:w="42" w:type="dxa"/>
              <w:end w:w="50" w:type="dxa"/>
            </w:tcMar>
          </w:tcPr>
          <w:p>
            <w:pPr>
              <w:keepLines/>
            </w:pPr>
            <w:r>
              <w:rPr>
                <w:b w:val="0"/>
                <w:i w:val="0"/>
                <w:color w:val="111111"/>
                <w:sz w:val="14"/>
              </w:rPr>
              <w:t>Groups complete a sequence involving every player.</w:t>
            </w:r>
          </w:p>
        </w:tc>
        <w:tc>
          <w:tcPr>
            <w:tcW w:type="dxa" w:w="2563"/>
            <w:vAlign w:val="center"/>
            <w:tcMar>
              <w:top w:w="42" w:type="dxa"/>
              <w:start w:w="50" w:type="dxa"/>
              <w:bottom w:w="42" w:type="dxa"/>
              <w:end w:w="50" w:type="dxa"/>
            </w:tcMar>
          </w:tcPr>
          <w:p>
            <w:pPr>
              <w:keepLines/>
            </w:pPr>
            <w:r>
              <w:rPr>
                <w:b w:val="0"/>
                <w:i w:val="0"/>
                <w:color w:val="111111"/>
                <w:sz w:val="14"/>
              </w:rPr>
              <w:t>Look for quieter teammates.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Keep It Moving</w:t>
            </w:r>
          </w:p>
        </w:tc>
        <w:tc>
          <w:tcPr>
            <w:tcW w:type="dxa" w:w="4104"/>
            <w:vAlign w:val="center"/>
            <w:tcMar>
              <w:top w:w="42" w:type="dxa"/>
              <w:start w:w="50" w:type="dxa"/>
              <w:bottom w:w="42" w:type="dxa"/>
              <w:end w:w="50" w:type="dxa"/>
            </w:tcMar>
          </w:tcPr>
          <w:p>
            <w:pPr>
              <w:keepLines/>
            </w:pPr>
            <w:r>
              <w:rPr>
                <w:b w:val="0"/>
                <w:i w:val="0"/>
                <w:color w:val="111111"/>
                <w:sz w:val="14"/>
              </w:rPr>
              <w:t>Teams score after a set number of passes; light or no defence.</w:t>
            </w:r>
          </w:p>
        </w:tc>
        <w:tc>
          <w:tcPr>
            <w:tcW w:type="dxa" w:w="2563"/>
            <w:vAlign w:val="center"/>
            <w:tcMar>
              <w:top w:w="42" w:type="dxa"/>
              <w:start w:w="50" w:type="dxa"/>
              <w:bottom w:w="42" w:type="dxa"/>
              <w:end w:w="50" w:type="dxa"/>
            </w:tcMar>
          </w:tcPr>
          <w:p>
            <w:pPr>
              <w:keepLines/>
            </w:pPr>
            <w:r>
              <w:rPr>
                <w:b w:val="0"/>
                <w:i w:val="0"/>
                <w:color w:val="111111"/>
                <w:sz w:val="14"/>
              </w:rPr>
              <w:t>Spread, pass, move.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Beat the Clock Together</w:t>
            </w:r>
          </w:p>
        </w:tc>
        <w:tc>
          <w:tcPr>
            <w:tcW w:type="dxa" w:w="4104"/>
            <w:vAlign w:val="center"/>
            <w:tcMar>
              <w:top w:w="42" w:type="dxa"/>
              <w:start w:w="50" w:type="dxa"/>
              <w:bottom w:w="42" w:type="dxa"/>
              <w:end w:w="50" w:type="dxa"/>
            </w:tcMar>
          </w:tcPr>
          <w:p>
            <w:pPr>
              <w:keepLines/>
            </w:pPr>
            <w:r>
              <w:rPr>
                <w:b w:val="0"/>
                <w:i w:val="0"/>
                <w:color w:val="111111"/>
                <w:sz w:val="14"/>
              </w:rPr>
              <w:t>Group attempts more completed passes each round.</w:t>
            </w:r>
          </w:p>
        </w:tc>
        <w:tc>
          <w:tcPr>
            <w:tcW w:type="dxa" w:w="2563"/>
            <w:vAlign w:val="center"/>
            <w:tcMar>
              <w:top w:w="42" w:type="dxa"/>
              <w:start w:w="50" w:type="dxa"/>
              <w:bottom w:w="42" w:type="dxa"/>
              <w:end w:w="50" w:type="dxa"/>
            </w:tcMar>
          </w:tcPr>
          <w:p>
            <w:pPr>
              <w:keepLines/>
            </w:pPr>
            <w:r>
              <w:rPr>
                <w:b w:val="0"/>
                <w:i w:val="0"/>
                <w:color w:val="111111"/>
                <w:sz w:val="14"/>
              </w:rPr>
              <w:t>Team against clock.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inclusion.</w:t>
            </w:r>
          </w:p>
        </w:tc>
        <w:tc>
          <w:tcPr>
            <w:tcW w:type="dxa" w:w="2563"/>
            <w:vAlign w:val="center"/>
            <w:tcMar>
              <w:top w:w="42" w:type="dxa"/>
              <w:start w:w="50" w:type="dxa"/>
              <w:bottom w:w="42" w:type="dxa"/>
              <w:end w:w="50" w:type="dxa"/>
            </w:tcMar>
          </w:tcPr>
          <w:p>
            <w:pPr>
              <w:keepLines/>
            </w:pPr>
            <w:r>
              <w:rPr>
                <w:b w:val="0"/>
                <w:i w:val="0"/>
                <w:color w:val="111111"/>
                <w:sz w:val="14"/>
              </w:rPr>
              <w:t>Who helped everyone join in?</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Is the ball reaching several players?</w:t>
              <w:br/>
              <w:t>Who holds the ball too long or disappears from play?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Remove defence and require everyone to receive.</w:t>
              <w:br/>
              <w:t>Harder: Add light defence or a pass-count target.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Possession, restart and keeping the ball moving.</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your team include everyone?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Keep It Moving</w:t>
            </w:r>
          </w:p>
        </w:tc>
        <w:tc>
          <w:tcPr>
            <w:tcW w:type="dxa" w:w="5429"/>
            <w:shd w:fill="F28C28"/>
            <w:tcMar>
              <w:top w:w="62" w:type="dxa"/>
              <w:start w:w="82" w:type="dxa"/>
              <w:bottom w:w="62" w:type="dxa"/>
              <w:end w:w="82" w:type="dxa"/>
            </w:tcMar>
          </w:tcPr>
          <w:p>
            <w:pPr>
              <w:jc w:val="center"/>
              <w:keepLines/>
              <w:keepNext/>
            </w:pPr>
            <w:r>
              <w:rPr>
                <w:b/>
                <w:i w:val="0"/>
                <w:color w:val="FFFFFF"/>
                <w:sz w:val="15"/>
              </w:rPr>
              <w:t>5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groups of four to six in marked areas.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count consecutive completed passes. The ball must keep moving and every player should receive before the count can restart or score.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Move to help.</w:t>
            </w:r>
          </w:p>
          <w:p>
            <w:pPr>
              <w:spacing w:after="0"/>
              <w:ind w:left="230" w:hanging="158"/>
              <w:keepLines/>
              <w:keepNext/>
            </w:pPr>
            <w:r>
              <w:rPr>
                <w:b/>
                <w:i w:val="0"/>
                <w:color w:val="0B5D4B"/>
                <w:sz w:val="14"/>
              </w:rPr>
              <w:t xml:space="preserve">• </w:t>
            </w:r>
            <w:r>
              <w:rPr>
                <w:b w:val="0"/>
                <w:i w:val="0"/>
                <w:color w:val="111111"/>
                <w:sz w:val="14"/>
              </w:rPr>
              <w:t>Share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team; bibs optional</w:t>
            </w:r>
          </w:p>
          <w:p>
            <w:pPr>
              <w:spacing w:after="0"/>
              <w:ind w:left="230" w:hanging="158"/>
              <w:keepLines/>
              <w:keepNext/>
            </w:pPr>
            <w:r>
              <w:rPr>
                <w:b/>
                <w:i w:val="0"/>
                <w:color w:val="0B5D4B"/>
                <w:sz w:val="14"/>
              </w:rPr>
              <w:t xml:space="preserve">• </w:t>
            </w:r>
            <w:r>
              <w:rPr>
                <w:b w:val="0"/>
                <w:i w:val="0"/>
                <w:color w:val="111111"/>
                <w:sz w:val="14"/>
              </w:rPr>
              <w:t>Half court; small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defenders.</w:t>
            </w:r>
          </w:p>
          <w:p>
            <w:pPr>
              <w:spacing w:after="0"/>
              <w:ind w:left="230" w:hanging="158"/>
              <w:keepLines/>
              <w:keepNext/>
            </w:pPr>
            <w:r>
              <w:rPr>
                <w:b/>
                <w:i w:val="0"/>
                <w:color w:val="0B5D4B"/>
                <w:sz w:val="14"/>
              </w:rPr>
              <w:t xml:space="preserve">• </w:t>
            </w:r>
            <w:r>
              <w:rPr>
                <w:b w:val="0"/>
                <w:i w:val="0"/>
                <w:color w:val="111111"/>
                <w:sz w:val="14"/>
              </w:rPr>
              <w:t>Allow players to stand in fixed spots.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one light defender.</w:t>
            </w:r>
          </w:p>
          <w:p>
            <w:pPr>
              <w:spacing w:after="0"/>
              <w:ind w:left="230" w:hanging="158"/>
              <w:keepLines/>
              <w:keepNext/>
            </w:pPr>
            <w:r>
              <w:rPr>
                <w:b/>
                <w:i w:val="0"/>
                <w:color w:val="0B5D4B"/>
                <w:sz w:val="14"/>
              </w:rPr>
              <w:t xml:space="preserve">• </w:t>
            </w:r>
            <w:r>
              <w:rPr>
                <w:b w:val="0"/>
                <w:i w:val="0"/>
                <w:color w:val="111111"/>
                <w:sz w:val="14"/>
              </w:rPr>
              <w:t>Require movement after every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one player dominating possession?</w:t>
            </w:r>
          </w:p>
          <w:p>
            <w:pPr>
              <w:spacing w:after="0"/>
              <w:ind w:left="230" w:hanging="158"/>
              <w:keepLines/>
              <w:keepNext/>
            </w:pPr>
            <w:r>
              <w:rPr>
                <w:b/>
                <w:i w:val="0"/>
                <w:color w:val="0B5D4B"/>
                <w:sz w:val="14"/>
              </w:rPr>
              <w:t xml:space="preserve">• </w:t>
            </w:r>
            <w:r>
              <w:rPr>
                <w:b w:val="0"/>
                <w:i w:val="0"/>
                <w:color w:val="111111"/>
                <w:sz w:val="14"/>
              </w:rPr>
              <w:t>Are quieter players being included?</w:t>
            </w:r>
          </w:p>
          <w:p>
            <w:pPr>
              <w:spacing w:before="20" w:after="0"/>
              <w:keepLines/>
              <w:keepNext/>
            </w:pPr>
            <w:r>
              <w:rPr>
                <w:b/>
                <w:i w:val="0"/>
                <w:color w:val="F28C28"/>
                <w:sz w:val="14"/>
              </w:rPr>
              <w:t>SAFETY</w:t>
            </w:r>
          </w:p>
          <w:p>
            <w:pPr>
              <w:spacing w:after="0"/>
              <w:keepLines/>
            </w:pPr>
            <w:r>
              <w:rPr>
                <w:sz w:val="14"/>
              </w:rPr>
              <w:t>Keep groups small and separate to prevent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 and Follow</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short passing lines or triangles with no more than two players waiting at a cone.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player passes to the next cone and immediately follows the pass, joining that position. Keep the ball and players moving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then go.</w:t>
            </w:r>
          </w:p>
          <w:p>
            <w:pPr>
              <w:spacing w:after="0"/>
              <w:ind w:left="230" w:hanging="158"/>
              <w:keepLines/>
              <w:keepNext/>
            </w:pPr>
            <w:r>
              <w:rPr>
                <w:b/>
                <w:i w:val="0"/>
                <w:color w:val="0B5D4B"/>
                <w:sz w:val="14"/>
              </w:rPr>
              <w:t xml:space="preserve">• </w:t>
            </w:r>
            <w:r>
              <w:rPr>
                <w:b w:val="0"/>
                <w:i w:val="0"/>
                <w:color w:val="111111"/>
                <w:sz w:val="14"/>
              </w:rPr>
              <w:t>Show hands early.</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group; cones</w:t>
            </w:r>
          </w:p>
          <w:p>
            <w:pPr>
              <w:spacing w:after="0"/>
              <w:ind w:left="230" w:hanging="158"/>
              <w:keepLines/>
              <w:keepNext/>
            </w:pPr>
            <w:r>
              <w:rPr>
                <w:b/>
                <w:i w:val="0"/>
                <w:color w:val="0B5D4B"/>
                <w:sz w:val="14"/>
              </w:rPr>
              <w:t xml:space="preserve">• </w:t>
            </w:r>
            <w:r>
              <w:rPr>
                <w:b w:val="0"/>
                <w:i w:val="0"/>
                <w:color w:val="111111"/>
                <w:sz w:val="14"/>
              </w:rPr>
              <w:t>Half court; groups of 3-5</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three close cones.</w:t>
            </w:r>
          </w:p>
          <w:p>
            <w:pPr>
              <w:spacing w:after="0"/>
              <w:ind w:left="230" w:hanging="158"/>
              <w:keepLines/>
              <w:keepNext/>
            </w:pPr>
            <w:r>
              <w:rPr>
                <w:b/>
                <w:i w:val="0"/>
                <w:color w:val="0B5D4B"/>
                <w:sz w:val="14"/>
              </w:rPr>
              <w:t xml:space="preserve">• </w:t>
            </w:r>
            <w:r>
              <w:rPr>
                <w:b w:val="0"/>
                <w:i w:val="0"/>
                <w:color w:val="111111"/>
                <w:sz w:val="14"/>
              </w:rPr>
              <w:t>Allow a brief pause after receiving.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Increase spacing slightly.</w:t>
            </w:r>
          </w:p>
          <w:p>
            <w:pPr>
              <w:spacing w:after="0"/>
              <w:ind w:left="230" w:hanging="158"/>
              <w:keepLines/>
              <w:keepNext/>
            </w:pPr>
            <w:r>
              <w:rPr>
                <w:b/>
                <w:i w:val="0"/>
                <w:color w:val="0B5D4B"/>
                <w:sz w:val="14"/>
              </w:rPr>
              <w:t xml:space="preserve">• </w:t>
            </w:r>
            <w:r>
              <w:rPr>
                <w:b w:val="0"/>
                <w:i w:val="0"/>
                <w:color w:val="111111"/>
                <w:sz w:val="14"/>
              </w:rPr>
              <w:t>Add a second ball when the group is ready.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move immediately after passing?</w:t>
            </w:r>
          </w:p>
          <w:p>
            <w:pPr>
              <w:spacing w:after="0"/>
              <w:ind w:left="230" w:hanging="158"/>
              <w:keepLines/>
              <w:keepNext/>
            </w:pPr>
            <w:r>
              <w:rPr>
                <w:b/>
                <w:i w:val="0"/>
                <w:color w:val="0B5D4B"/>
                <w:sz w:val="14"/>
              </w:rPr>
              <w:t xml:space="preserve">• </w:t>
            </w:r>
            <w:r>
              <w:rPr>
                <w:b w:val="0"/>
                <w:i w:val="0"/>
                <w:color w:val="111111"/>
                <w:sz w:val="14"/>
              </w:rPr>
              <w:t>Are queues staying short?</w:t>
            </w:r>
          </w:p>
          <w:p>
            <w:pPr>
              <w:spacing w:before="20" w:after="0"/>
              <w:keepLines/>
              <w:keepNext/>
            </w:pPr>
            <w:r>
              <w:rPr>
                <w:b/>
                <w:i w:val="0"/>
                <w:color w:val="F28C28"/>
                <w:sz w:val="14"/>
              </w:rPr>
              <w:t>SAFETY</w:t>
            </w:r>
          </w:p>
          <w:p>
            <w:pPr>
              <w:spacing w:after="0"/>
              <w:keepLines/>
            </w:pPr>
            <w:r>
              <w:rPr>
                <w:sz w:val="14"/>
              </w:rPr>
              <w:t>Do not add a second ball unless players can track both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Everyone Touches</w:t>
            </w:r>
          </w:p>
        </w:tc>
        <w:tc>
          <w:tcPr>
            <w:tcW w:type="dxa" w:w="5429"/>
            <w:shd w:fill="F28C28"/>
            <w:tcMar>
              <w:top w:w="62" w:type="dxa"/>
              <w:start w:w="82" w:type="dxa"/>
              <w:bottom w:w="62" w:type="dxa"/>
              <w:end w:w="82" w:type="dxa"/>
            </w:tcMar>
          </w:tcPr>
          <w:p>
            <w:pPr>
              <w:jc w:val="center"/>
              <w:keepLines/>
              <w:keepNext/>
            </w:pPr>
            <w:r>
              <w:rPr>
                <w:b/>
                <w:i w:val="0"/>
                <w:color w:val="FFFFFF"/>
                <w:sz w:val="15"/>
              </w:rPr>
              <w:t>10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teams in a marked area or simple end-zone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team earns a point only after every player has touched the ball before the final pass or score. Reset the count after a turnover.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Find who has not touched it.</w:t>
            </w:r>
          </w:p>
          <w:p>
            <w:pPr>
              <w:spacing w:after="0"/>
              <w:ind w:left="230" w:hanging="158"/>
              <w:keepLines/>
              <w:keepNext/>
            </w:pPr>
            <w:r>
              <w:rPr>
                <w:b/>
                <w:i w:val="0"/>
                <w:color w:val="0B5D4B"/>
                <w:sz w:val="14"/>
              </w:rPr>
              <w:t xml:space="preserve">• </w:t>
            </w:r>
            <w:r>
              <w:rPr>
                <w:b w:val="0"/>
                <w:i w:val="0"/>
                <w:color w:val="111111"/>
                <w:sz w:val="14"/>
              </w:rPr>
              <w:t>Move to help.</w:t>
            </w:r>
          </w:p>
          <w:p>
            <w:pPr>
              <w:spacing w:after="0"/>
              <w:ind w:left="230" w:hanging="158"/>
              <w:keepLines/>
              <w:keepNext/>
            </w:pPr>
            <w:r>
              <w:rPr>
                <w:b/>
                <w:i w:val="0"/>
                <w:color w:val="0B5D4B"/>
                <w:sz w:val="14"/>
              </w:rPr>
              <w:t xml:space="preserve">• </w:t>
            </w:r>
            <w:r>
              <w:rPr>
                <w:b w:val="0"/>
                <w:i w:val="0"/>
                <w:color w:val="111111"/>
                <w:sz w:val="14"/>
              </w:rPr>
              <w:t>Celebrate the pass.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team; bibs</w:t>
            </w:r>
          </w:p>
          <w:p>
            <w:pPr>
              <w:spacing w:after="0"/>
              <w:ind w:left="230" w:hanging="158"/>
              <w:keepLines/>
              <w:keepNext/>
            </w:pPr>
            <w:r>
              <w:rPr>
                <w:b/>
                <w:i w:val="0"/>
                <w:color w:val="0B5D4B"/>
                <w:sz w:val="14"/>
              </w:rPr>
              <w:t xml:space="preserve">• </w:t>
            </w:r>
            <w:r>
              <w:rPr>
                <w:b w:val="0"/>
                <w:i w:val="0"/>
                <w:color w:val="111111"/>
                <w:sz w:val="14"/>
              </w:rPr>
              <w:t>Half court; teams of 4-6</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Play without defenders.</w:t>
            </w:r>
          </w:p>
          <w:p>
            <w:pPr>
              <w:spacing w:after="0"/>
              <w:ind w:left="230" w:hanging="158"/>
              <w:keepLines/>
              <w:keepNext/>
            </w:pPr>
            <w:r>
              <w:rPr>
                <w:b/>
                <w:i w:val="0"/>
                <w:color w:val="0B5D4B"/>
                <w:sz w:val="14"/>
              </w:rPr>
              <w:t xml:space="preserve">• </w:t>
            </w:r>
            <w:r>
              <w:rPr>
                <w:b w:val="0"/>
                <w:i w:val="0"/>
                <w:color w:val="111111"/>
                <w:sz w:val="14"/>
              </w:rPr>
              <w:t>Allow players to call the next receiver.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light defenders.</w:t>
            </w:r>
          </w:p>
          <w:p>
            <w:pPr>
              <w:spacing w:after="0"/>
              <w:ind w:left="230" w:hanging="158"/>
              <w:keepLines/>
              <w:keepNext/>
            </w:pPr>
            <w:r>
              <w:rPr>
                <w:b/>
                <w:i w:val="0"/>
                <w:color w:val="0B5D4B"/>
                <w:sz w:val="14"/>
              </w:rPr>
              <w:t xml:space="preserve">• </w:t>
            </w:r>
            <w:r>
              <w:rPr>
                <w:b w:val="0"/>
                <w:i w:val="0"/>
                <w:color w:val="111111"/>
                <w:sz w:val="14"/>
              </w:rPr>
              <w:t>Require movement after receiving.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actively seeking the teammate not yet involved?</w:t>
            </w:r>
          </w:p>
          <w:p>
            <w:pPr>
              <w:spacing w:after="0"/>
              <w:ind w:left="230" w:hanging="158"/>
              <w:keepLines/>
              <w:keepNext/>
            </w:pPr>
            <w:r>
              <w:rPr>
                <w:b/>
                <w:i w:val="0"/>
                <w:color w:val="0B5D4B"/>
                <w:sz w:val="14"/>
              </w:rPr>
              <w:t xml:space="preserve">• </w:t>
            </w:r>
            <w:r>
              <w:rPr>
                <w:b w:val="0"/>
                <w:i w:val="0"/>
                <w:color w:val="111111"/>
                <w:sz w:val="14"/>
              </w:rPr>
              <w:t>Is the rule creating inclusion rather than pressure?</w:t>
            </w:r>
          </w:p>
          <w:p>
            <w:pPr>
              <w:spacing w:before="20" w:after="0"/>
              <w:keepLines/>
              <w:keepNext/>
            </w:pPr>
            <w:r>
              <w:rPr>
                <w:b/>
                <w:i w:val="0"/>
                <w:color w:val="F28C28"/>
                <w:sz w:val="14"/>
              </w:rPr>
              <w:t>SAFETY</w:t>
            </w:r>
          </w:p>
          <w:p>
            <w:pPr>
              <w:spacing w:after="0"/>
              <w:keepLines/>
            </w:pPr>
            <w:r>
              <w:rPr>
                <w:sz w:val="14"/>
              </w:rPr>
              <w:t>Keep teams small and defence controlled.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Keep It Moving</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groups of four to six in marked areas.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count consecutive completed passes. The ball must keep moving and every player should receive before the count can restart or score.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Move to help.</w:t>
            </w:r>
          </w:p>
          <w:p>
            <w:pPr>
              <w:spacing w:after="0"/>
              <w:ind w:left="230" w:hanging="158"/>
              <w:keepLines/>
              <w:keepNext/>
            </w:pPr>
            <w:r>
              <w:rPr>
                <w:b/>
                <w:i w:val="0"/>
                <w:color w:val="0B5D4B"/>
                <w:sz w:val="14"/>
              </w:rPr>
              <w:t xml:space="preserve">• </w:t>
            </w:r>
            <w:r>
              <w:rPr>
                <w:b w:val="0"/>
                <w:i w:val="0"/>
                <w:color w:val="111111"/>
                <w:sz w:val="14"/>
              </w:rPr>
              <w:t>Share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team; bibs optional</w:t>
            </w:r>
          </w:p>
          <w:p>
            <w:pPr>
              <w:spacing w:after="0"/>
              <w:ind w:left="230" w:hanging="158"/>
              <w:keepLines/>
              <w:keepNext/>
            </w:pPr>
            <w:r>
              <w:rPr>
                <w:b/>
                <w:i w:val="0"/>
                <w:color w:val="0B5D4B"/>
                <w:sz w:val="14"/>
              </w:rPr>
              <w:t xml:space="preserve">• </w:t>
            </w:r>
            <w:r>
              <w:rPr>
                <w:b w:val="0"/>
                <w:i w:val="0"/>
                <w:color w:val="111111"/>
                <w:sz w:val="14"/>
              </w:rPr>
              <w:t>Half court; small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defenders.</w:t>
            </w:r>
          </w:p>
          <w:p>
            <w:pPr>
              <w:spacing w:after="0"/>
              <w:ind w:left="230" w:hanging="158"/>
              <w:keepLines/>
              <w:keepNext/>
            </w:pPr>
            <w:r>
              <w:rPr>
                <w:b/>
                <w:i w:val="0"/>
                <w:color w:val="0B5D4B"/>
                <w:sz w:val="14"/>
              </w:rPr>
              <w:t xml:space="preserve">• </w:t>
            </w:r>
            <w:r>
              <w:rPr>
                <w:b w:val="0"/>
                <w:i w:val="0"/>
                <w:color w:val="111111"/>
                <w:sz w:val="14"/>
              </w:rPr>
              <w:t>Allow players to stand in fixed spots.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one light defender.</w:t>
            </w:r>
          </w:p>
          <w:p>
            <w:pPr>
              <w:spacing w:after="0"/>
              <w:ind w:left="230" w:hanging="158"/>
              <w:keepLines/>
              <w:keepNext/>
            </w:pPr>
            <w:r>
              <w:rPr>
                <w:b/>
                <w:i w:val="0"/>
                <w:color w:val="0B5D4B"/>
                <w:sz w:val="14"/>
              </w:rPr>
              <w:t xml:space="preserve">• </w:t>
            </w:r>
            <w:r>
              <w:rPr>
                <w:b w:val="0"/>
                <w:i w:val="0"/>
                <w:color w:val="111111"/>
                <w:sz w:val="14"/>
              </w:rPr>
              <w:t>Require movement after every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one player dominating possession?</w:t>
            </w:r>
          </w:p>
          <w:p>
            <w:pPr>
              <w:spacing w:after="0"/>
              <w:ind w:left="230" w:hanging="158"/>
              <w:keepLines/>
              <w:keepNext/>
            </w:pPr>
            <w:r>
              <w:rPr>
                <w:b/>
                <w:i w:val="0"/>
                <w:color w:val="0B5D4B"/>
                <w:sz w:val="14"/>
              </w:rPr>
              <w:t xml:space="preserve">• </w:t>
            </w:r>
            <w:r>
              <w:rPr>
                <w:b w:val="0"/>
                <w:i w:val="0"/>
                <w:color w:val="111111"/>
                <w:sz w:val="14"/>
              </w:rPr>
              <w:t>Are quieter players being included?</w:t>
            </w:r>
          </w:p>
          <w:p>
            <w:pPr>
              <w:spacing w:before="20" w:after="0"/>
              <w:keepLines/>
              <w:keepNext/>
            </w:pPr>
            <w:r>
              <w:rPr>
                <w:b/>
                <w:i w:val="0"/>
                <w:color w:val="F28C28"/>
                <w:sz w:val="14"/>
              </w:rPr>
              <w:t>SAFETY</w:t>
            </w:r>
          </w:p>
          <w:p>
            <w:pPr>
              <w:spacing w:after="0"/>
              <w:keepLines/>
            </w:pPr>
            <w:r>
              <w:rPr>
                <w:sz w:val="14"/>
              </w:rPr>
              <w:t>Keep groups small and separate to prevent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Beat the Clock Together</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Divide players into small groups with one ball per group. Mark a safe passing or movement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Groups try to complete a shared task before time expires, such as ten passes, five successful catches by everyone, or a ball carried through several gates.</w:t>
            </w:r>
          </w:p>
          <w:p>
            <w:pPr>
              <w:spacing w:after="0"/>
              <w:ind w:left="230" w:hanging="158"/>
              <w:keepLines/>
              <w:keepNext/>
            </w:pPr>
            <w:r>
              <w:rPr>
                <w:b/>
                <w:i w:val="0"/>
                <w:color w:val="0B5D4B"/>
                <w:sz w:val="14"/>
              </w:rPr>
              <w:t xml:space="preserve">• </w:t>
            </w:r>
            <w:r>
              <w:rPr>
                <w:b w:val="0"/>
                <w:i w:val="0"/>
                <w:color w:val="111111"/>
                <w:sz w:val="14"/>
              </w:rPr>
              <w:t>Repeat and try to improve the group score.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Work together, not against each other.</w:t>
            </w:r>
          </w:p>
          <w:p>
            <w:pPr>
              <w:spacing w:after="0"/>
              <w:ind w:left="230" w:hanging="158"/>
              <w:keepLines/>
              <w:keepNext/>
            </w:pPr>
            <w:r>
              <w:rPr>
                <w:b/>
                <w:i w:val="0"/>
                <w:color w:val="0B5D4B"/>
                <w:sz w:val="14"/>
              </w:rPr>
              <w:t xml:space="preserve">• </w:t>
            </w:r>
            <w:r>
              <w:rPr>
                <w:b w:val="0"/>
                <w:i w:val="0"/>
                <w:color w:val="111111"/>
                <w:sz w:val="14"/>
              </w:rPr>
              <w:t>Count clearly.</w:t>
            </w:r>
          </w:p>
          <w:p>
            <w:pPr>
              <w:spacing w:after="0"/>
              <w:ind w:left="230" w:hanging="158"/>
              <w:keepLines/>
              <w:keepNext/>
            </w:pPr>
            <w:r>
              <w:rPr>
                <w:b/>
                <w:i w:val="0"/>
                <w:color w:val="0B5D4B"/>
                <w:sz w:val="14"/>
              </w:rPr>
              <w:t xml:space="preserve">• </w:t>
            </w:r>
            <w:r>
              <w:rPr>
                <w:b w:val="0"/>
                <w:i w:val="0"/>
                <w:color w:val="111111"/>
                <w:sz w:val="14"/>
              </w:rPr>
              <w:t>Help everyone take part.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w:t>
            </w:r>
          </w:p>
          <w:p>
            <w:pPr>
              <w:spacing w:after="0"/>
              <w:ind w:left="230" w:hanging="158"/>
              <w:keepLines/>
              <w:keepNext/>
            </w:pPr>
            <w:r>
              <w:rPr>
                <w:b/>
                <w:i w:val="0"/>
                <w:color w:val="0B5D4B"/>
                <w:sz w:val="14"/>
              </w:rPr>
              <w:t xml:space="preserve">• </w:t>
            </w:r>
            <w:r>
              <w:rPr>
                <w:b w:val="0"/>
                <w:i w:val="0"/>
                <w:color w:val="111111"/>
                <w:sz w:val="14"/>
              </w:rPr>
              <w:t>Half court or several small grids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generous time limit.</w:t>
            </w:r>
          </w:p>
          <w:p>
            <w:pPr>
              <w:spacing w:after="0"/>
              <w:ind w:left="230" w:hanging="158"/>
              <w:keepLines/>
              <w:keepNext/>
            </w:pPr>
            <w:r>
              <w:rPr>
                <w:b/>
                <w:i w:val="0"/>
                <w:color w:val="0B5D4B"/>
                <w:sz w:val="14"/>
              </w:rPr>
              <w:t xml:space="preserve">• </w:t>
            </w:r>
            <w:r>
              <w:rPr>
                <w:b w:val="0"/>
                <w:i w:val="0"/>
                <w:color w:val="111111"/>
                <w:sz w:val="14"/>
              </w:rPr>
              <w:t>Reduce the number of required actions.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after each pass.</w:t>
            </w:r>
          </w:p>
          <w:p>
            <w:pPr>
              <w:spacing w:after="0"/>
              <w:ind w:left="230" w:hanging="158"/>
              <w:keepLines/>
              <w:keepNext/>
            </w:pPr>
            <w:r>
              <w:rPr>
                <w:b/>
                <w:i w:val="0"/>
                <w:color w:val="0B5D4B"/>
                <w:sz w:val="14"/>
              </w:rPr>
              <w:t xml:space="preserve">• </w:t>
            </w:r>
            <w:r>
              <w:rPr>
                <w:b w:val="0"/>
                <w:i w:val="0"/>
                <w:color w:val="111111"/>
                <w:sz w:val="14"/>
              </w:rPr>
              <w:t>Require every player to complete a different part of the task.</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one child doing most of the work?</w:t>
            </w:r>
          </w:p>
          <w:p>
            <w:pPr>
              <w:spacing w:after="0"/>
              <w:ind w:left="230" w:hanging="158"/>
              <w:keepLines/>
              <w:keepNext/>
            </w:pPr>
            <w:r>
              <w:rPr>
                <w:b/>
                <w:i w:val="0"/>
                <w:color w:val="0B5D4B"/>
                <w:sz w:val="14"/>
              </w:rPr>
              <w:t xml:space="preserve">• </w:t>
            </w:r>
            <w:r>
              <w:rPr>
                <w:b w:val="0"/>
                <w:i w:val="0"/>
                <w:color w:val="111111"/>
                <w:sz w:val="14"/>
              </w:rPr>
              <w:t>Does the group stay positive when time expires?</w:t>
            </w:r>
          </w:p>
          <w:p>
            <w:pPr>
              <w:spacing w:before="20" w:after="0"/>
              <w:keepLines/>
              <w:keepNext/>
            </w:pPr>
            <w:r>
              <w:rPr>
                <w:b/>
                <w:i w:val="0"/>
                <w:color w:val="F28C28"/>
                <w:sz w:val="14"/>
              </w:rPr>
              <w:t>SAFETY</w:t>
            </w:r>
          </w:p>
          <w:p>
            <w:pPr>
              <w:spacing w:after="0"/>
              <w:keepLines/>
            </w:pPr>
            <w:r>
              <w:rPr>
                <w:sz w:val="14"/>
              </w:rPr>
              <w:t>Use achievable tasks and avoid frantic running through crowded spaces.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16: TEAM CHALLENGE AND REVIEW</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Review core skills through cooperative team challenges.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Cooperate and celebrate others.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Review dribbling, passing, shooting, movement and court terms through cooperative challenges.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Crowd Favourite</w:t>
            </w:r>
          </w:p>
        </w:tc>
        <w:tc>
          <w:tcPr>
            <w:tcW w:type="dxa" w:w="4104"/>
            <w:vAlign w:val="center"/>
            <w:tcMar>
              <w:top w:w="42" w:type="dxa"/>
              <w:start w:w="50" w:type="dxa"/>
              <w:bottom w:w="42" w:type="dxa"/>
              <w:end w:w="50" w:type="dxa"/>
            </w:tcMar>
          </w:tcPr>
          <w:p>
            <w:pPr>
              <w:keepLines/>
            </w:pPr>
            <w:r>
              <w:rPr>
                <w:b w:val="0"/>
                <w:i w:val="0"/>
                <w:color w:val="111111"/>
                <w:sz w:val="14"/>
              </w:rPr>
              <w:t>Choose one familiar movement game.</w:t>
            </w:r>
          </w:p>
        </w:tc>
        <w:tc>
          <w:tcPr>
            <w:tcW w:type="dxa" w:w="2563"/>
            <w:vAlign w:val="center"/>
            <w:tcMar>
              <w:top w:w="42" w:type="dxa"/>
              <w:start w:w="50" w:type="dxa"/>
              <w:bottom w:w="42" w:type="dxa"/>
              <w:end w:w="50" w:type="dxa"/>
            </w:tcMar>
          </w:tcPr>
          <w:p>
            <w:pPr>
              <w:keepLines/>
            </w:pPr>
            <w:r>
              <w:rPr>
                <w:b w:val="0"/>
                <w:i w:val="0"/>
                <w:color w:val="111111"/>
                <w:sz w:val="14"/>
              </w:rPr>
              <w:t>Quick vote; start fast.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Favourite Skill Circuit</w:t>
            </w:r>
          </w:p>
        </w:tc>
        <w:tc>
          <w:tcPr>
            <w:tcW w:type="dxa" w:w="4104"/>
            <w:vAlign w:val="center"/>
            <w:tcMar>
              <w:top w:w="42" w:type="dxa"/>
              <w:start w:w="50" w:type="dxa"/>
              <w:bottom w:w="42" w:type="dxa"/>
              <w:end w:w="50" w:type="dxa"/>
            </w:tcMar>
          </w:tcPr>
          <w:p>
            <w:pPr>
              <w:keepLines/>
            </w:pPr>
            <w:r>
              <w:rPr>
                <w:b w:val="0"/>
                <w:i w:val="0"/>
                <w:color w:val="111111"/>
                <w:sz w:val="14"/>
              </w:rPr>
              <w:t>Short gates, stops and turns.</w:t>
            </w:r>
          </w:p>
        </w:tc>
        <w:tc>
          <w:tcPr>
            <w:tcW w:type="dxa" w:w="2563"/>
            <w:vAlign w:val="center"/>
            <w:tcMar>
              <w:top w:w="42" w:type="dxa"/>
              <w:start w:w="50" w:type="dxa"/>
              <w:bottom w:w="42" w:type="dxa"/>
              <w:end w:w="50" w:type="dxa"/>
            </w:tcMar>
          </w:tcPr>
          <w:p>
            <w:pPr>
              <w:keepLines/>
            </w:pPr>
            <w:r>
              <w:rPr>
                <w:b w:val="0"/>
                <w:i w:val="0"/>
                <w:color w:val="111111"/>
                <w:sz w:val="14"/>
              </w:rPr>
              <w:t>Confidence and control.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 Catch, Shoot</w:t>
            </w:r>
          </w:p>
        </w:tc>
        <w:tc>
          <w:tcPr>
            <w:tcW w:type="dxa" w:w="4104"/>
            <w:vAlign w:val="center"/>
            <w:tcMar>
              <w:top w:w="42" w:type="dxa"/>
              <w:start w:w="50" w:type="dxa"/>
              <w:bottom w:w="42" w:type="dxa"/>
              <w:end w:w="50" w:type="dxa"/>
            </w:tcMar>
          </w:tcPr>
          <w:p>
            <w:pPr>
              <w:keepLines/>
            </w:pPr>
            <w:r>
              <w:rPr>
                <w:b w:val="0"/>
                <w:i w:val="0"/>
                <w:color w:val="111111"/>
                <w:sz w:val="14"/>
              </w:rPr>
              <w:t>Pass, move and shoot close.</w:t>
            </w:r>
          </w:p>
        </w:tc>
        <w:tc>
          <w:tcPr>
            <w:tcW w:type="dxa" w:w="2563"/>
            <w:vAlign w:val="center"/>
            <w:tcMar>
              <w:top w:w="42" w:type="dxa"/>
              <w:start w:w="50" w:type="dxa"/>
              <w:bottom w:w="42" w:type="dxa"/>
              <w:end w:w="50" w:type="dxa"/>
            </w:tcMar>
          </w:tcPr>
          <w:p>
            <w:pPr>
              <w:keepLines/>
            </w:pPr>
            <w:r>
              <w:rPr>
                <w:b w:val="0"/>
                <w:i w:val="0"/>
                <w:color w:val="111111"/>
                <w:sz w:val="14"/>
              </w:rPr>
              <w:t>Share roles.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Team Skills Quest</w:t>
            </w:r>
          </w:p>
        </w:tc>
        <w:tc>
          <w:tcPr>
            <w:tcW w:type="dxa" w:w="4104"/>
            <w:vAlign w:val="center"/>
            <w:tcMar>
              <w:top w:w="42" w:type="dxa"/>
              <w:start w:w="50" w:type="dxa"/>
              <w:bottom w:w="42" w:type="dxa"/>
              <w:end w:w="50" w:type="dxa"/>
            </w:tcMar>
          </w:tcPr>
          <w:p>
            <w:pPr>
              <w:keepLines/>
            </w:pPr>
            <w:r>
              <w:rPr>
                <w:b w:val="0"/>
                <w:i w:val="0"/>
                <w:color w:val="111111"/>
                <w:sz w:val="14"/>
              </w:rPr>
              <w:t>Teams complete cooperative dribble, pass and target tasks.</w:t>
            </w:r>
          </w:p>
        </w:tc>
        <w:tc>
          <w:tcPr>
            <w:tcW w:type="dxa" w:w="2563"/>
            <w:vAlign w:val="center"/>
            <w:tcMar>
              <w:top w:w="42" w:type="dxa"/>
              <w:start w:w="50" w:type="dxa"/>
              <w:bottom w:w="42" w:type="dxa"/>
              <w:end w:w="50" w:type="dxa"/>
            </w:tcMar>
          </w:tcPr>
          <w:p>
            <w:pPr>
              <w:keepLines/>
            </w:pPr>
            <w:r>
              <w:rPr>
                <w:b w:val="0"/>
                <w:i w:val="0"/>
                <w:color w:val="111111"/>
                <w:sz w:val="14"/>
              </w:rPr>
              <w:t>No elimination; shared success.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Crowd Favourite</w:t>
            </w:r>
          </w:p>
        </w:tc>
        <w:tc>
          <w:tcPr>
            <w:tcW w:type="dxa" w:w="4104"/>
            <w:vAlign w:val="center"/>
            <w:tcMar>
              <w:top w:w="42" w:type="dxa"/>
              <w:start w:w="50" w:type="dxa"/>
              <w:bottom w:w="42" w:type="dxa"/>
              <w:end w:w="50" w:type="dxa"/>
            </w:tcMar>
          </w:tcPr>
          <w:p>
            <w:pPr>
              <w:keepLines/>
            </w:pPr>
            <w:r>
              <w:rPr>
                <w:b w:val="0"/>
                <w:i w:val="0"/>
                <w:color w:val="111111"/>
                <w:sz w:val="14"/>
              </w:rPr>
              <w:t>Bring back a crowd favourite.</w:t>
            </w:r>
          </w:p>
        </w:tc>
        <w:tc>
          <w:tcPr>
            <w:tcW w:type="dxa" w:w="2563"/>
            <w:vAlign w:val="center"/>
            <w:tcMar>
              <w:top w:w="42" w:type="dxa"/>
              <w:start w:w="50" w:type="dxa"/>
              <w:bottom w:w="42" w:type="dxa"/>
              <w:end w:w="50" w:type="dxa"/>
            </w:tcMar>
          </w:tcPr>
          <w:p>
            <w:pPr>
              <w:keepLines/>
            </w:pPr>
            <w:r>
              <w:rPr>
                <w:b w:val="0"/>
                <w:i w:val="0"/>
                <w:color w:val="111111"/>
                <w:sz w:val="14"/>
              </w:rPr>
              <w:t>Energy and encouragement.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progress and teamwork.</w:t>
            </w:r>
          </w:p>
        </w:tc>
        <w:tc>
          <w:tcPr>
            <w:tcW w:type="dxa" w:w="2563"/>
            <w:vAlign w:val="center"/>
            <w:tcMar>
              <w:top w:w="42" w:type="dxa"/>
              <w:start w:w="50" w:type="dxa"/>
              <w:bottom w:w="42" w:type="dxa"/>
              <w:end w:w="50" w:type="dxa"/>
            </w:tcMar>
          </w:tcPr>
          <w:p>
            <w:pPr>
              <w:keepLines/>
            </w:pPr>
            <w:r>
              <w:rPr>
                <w:b w:val="0"/>
                <w:i w:val="0"/>
                <w:color w:val="111111"/>
                <w:sz w:val="14"/>
              </w:rPr>
              <w:t>What improved this term?</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Which skills now look more confident?</w:t>
              <w:br/>
              <w:t>Does every child contribute to the team challenge?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Reduce the number of stations or remove time pressure.</w:t>
              <w:br/>
              <w:t>Harder: Add a team target that requires every player.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basket, lines, passing, dribbling and shooting language.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skill improved most?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Crowd Favourite</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Before practice, select two well-known favourite games that fit the available space and group readiness.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vote quickly between the two choices. Run the selected game using its normal rules and finish while energy is still high.</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Choose quickly.</w:t>
            </w:r>
          </w:p>
          <w:p>
            <w:pPr>
              <w:spacing w:after="0"/>
              <w:ind w:left="230" w:hanging="158"/>
              <w:keepLines/>
              <w:keepNext/>
            </w:pPr>
            <w:r>
              <w:rPr>
                <w:b/>
                <w:i w:val="0"/>
                <w:color w:val="0B5D4B"/>
                <w:sz w:val="14"/>
              </w:rPr>
              <w:t xml:space="preserve">• </w:t>
            </w:r>
            <w:r>
              <w:rPr>
                <w:b w:val="0"/>
                <w:i w:val="0"/>
                <w:color w:val="111111"/>
                <w:sz w:val="14"/>
              </w:rPr>
              <w:t>Play safely.</w:t>
            </w:r>
          </w:p>
          <w:p>
            <w:pPr>
              <w:spacing w:after="0"/>
              <w:ind w:left="230" w:hanging="158"/>
              <w:keepLines/>
              <w:keepNext/>
            </w:pPr>
            <w:r>
              <w:rPr>
                <w:b/>
                <w:i w:val="0"/>
                <w:color w:val="0B5D4B"/>
                <w:sz w:val="14"/>
              </w:rPr>
              <w:t xml:space="preserve">• </w:t>
            </w:r>
            <w:r>
              <w:rPr>
                <w:b w:val="0"/>
                <w:i w:val="0"/>
                <w:color w:val="111111"/>
                <w:sz w:val="14"/>
              </w:rPr>
              <w:t>Help everyone enjoy 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Depends on chosen game</w:t>
            </w:r>
          </w:p>
          <w:p>
            <w:pPr>
              <w:spacing w:after="0"/>
              <w:ind w:left="230" w:hanging="158"/>
              <w:keepLines/>
              <w:keepNext/>
            </w:pPr>
            <w:r>
              <w:rPr>
                <w:b/>
                <w:i w:val="0"/>
                <w:color w:val="0B5D4B"/>
                <w:sz w:val="14"/>
              </w:rPr>
              <w:t xml:space="preserve">• </w:t>
            </w:r>
            <w:r>
              <w:rPr>
                <w:b w:val="0"/>
                <w:i w:val="0"/>
                <w:color w:val="111111"/>
                <w:sz w:val="14"/>
              </w:rPr>
              <w:t>Depends on chosen game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Coach chooses the game.</w:t>
            </w:r>
          </w:p>
          <w:p>
            <w:pPr>
              <w:spacing w:after="0"/>
              <w:ind w:left="230" w:hanging="158"/>
              <w:keepLines/>
              <w:keepNext/>
            </w:pPr>
            <w:r>
              <w:rPr>
                <w:b/>
                <w:i w:val="0"/>
                <w:color w:val="0B5D4B"/>
                <w:sz w:val="14"/>
              </w:rPr>
              <w:t xml:space="preserve">• </w:t>
            </w:r>
            <w:r>
              <w:rPr>
                <w:b w:val="0"/>
                <w:i w:val="0"/>
                <w:color w:val="111111"/>
                <w:sz w:val="14"/>
              </w:rPr>
              <w:t>Use the simplest familiar version.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suggest one safe variation.</w:t>
            </w:r>
          </w:p>
          <w:p>
            <w:pPr>
              <w:spacing w:after="0"/>
              <w:ind w:left="230" w:hanging="158"/>
              <w:keepLines/>
              <w:keepNext/>
            </w:pPr>
            <w:r>
              <w:rPr>
                <w:b/>
                <w:i w:val="0"/>
                <w:color w:val="0B5D4B"/>
                <w:sz w:val="14"/>
              </w:rPr>
              <w:t xml:space="preserve">• </w:t>
            </w:r>
            <w:r>
              <w:rPr>
                <w:b w:val="0"/>
                <w:i w:val="0"/>
                <w:color w:val="111111"/>
                <w:sz w:val="14"/>
              </w:rPr>
              <w:t>Ask a player to lead the signals.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vote fair and fast?</w:t>
            </w:r>
          </w:p>
          <w:p>
            <w:pPr>
              <w:spacing w:after="0"/>
              <w:ind w:left="230" w:hanging="158"/>
              <w:keepLines/>
              <w:keepNext/>
            </w:pPr>
            <w:r>
              <w:rPr>
                <w:b/>
                <w:i w:val="0"/>
                <w:color w:val="0B5D4B"/>
                <w:sz w:val="14"/>
              </w:rPr>
              <w:t xml:space="preserve">• </w:t>
            </w:r>
            <w:r>
              <w:rPr>
                <w:b w:val="0"/>
                <w:i w:val="0"/>
                <w:color w:val="111111"/>
                <w:sz w:val="14"/>
              </w:rPr>
              <w:t>Are less confident children still included in the chosen game?</w:t>
            </w:r>
          </w:p>
          <w:p>
            <w:pPr>
              <w:spacing w:before="20" w:after="0"/>
              <w:keepLines/>
              <w:keepNext/>
            </w:pPr>
            <w:r>
              <w:rPr>
                <w:b/>
                <w:i w:val="0"/>
                <w:color w:val="F28C28"/>
                <w:sz w:val="14"/>
              </w:rPr>
              <w:t>SAFETY</w:t>
            </w:r>
          </w:p>
          <w:p>
            <w:pPr>
              <w:spacing w:after="0"/>
              <w:keepLines/>
            </w:pPr>
            <w:r>
              <w:rPr>
                <w:sz w:val="14"/>
              </w:rPr>
              <w:t>Only offer games that can be set up safely within the remaining time.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Favourite Skill Circuit</w:t>
            </w:r>
          </w:p>
        </w:tc>
        <w:tc>
          <w:tcPr>
            <w:tcW w:type="dxa" w:w="5429"/>
            <w:shd w:fill="F28C28"/>
            <w:tcMar>
              <w:top w:w="62" w:type="dxa"/>
              <w:start w:w="82" w:type="dxa"/>
              <w:bottom w:w="62" w:type="dxa"/>
              <w:end w:w="82" w:type="dxa"/>
            </w:tcMar>
          </w:tcPr>
          <w:p>
            <w:pPr>
              <w:jc w:val="center"/>
              <w:keepLines/>
              <w:keepNext/>
            </w:pPr>
            <w:r>
              <w:rPr>
                <w:b/>
                <w:i w:val="0"/>
                <w:color w:val="FFFFFF"/>
                <w:sz w:val="15"/>
              </w:rPr>
              <w:t>8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Choose three or four familiar stations covering movement, ball handling, passing and shooting. Divide players into small groups.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Groups rotate through each station for short rounds. Use activities the players already know so practice remains active and celebratory.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Start quickly.</w:t>
            </w:r>
          </w:p>
          <w:p>
            <w:pPr>
              <w:spacing w:after="0"/>
              <w:ind w:left="230" w:hanging="158"/>
              <w:keepLines/>
              <w:keepNext/>
            </w:pPr>
            <w:r>
              <w:rPr>
                <w:b/>
                <w:i w:val="0"/>
                <w:color w:val="0B5D4B"/>
                <w:sz w:val="14"/>
              </w:rPr>
              <w:t xml:space="preserve">• </w:t>
            </w:r>
            <w:r>
              <w:rPr>
                <w:b w:val="0"/>
                <w:i w:val="0"/>
                <w:color w:val="111111"/>
                <w:sz w:val="14"/>
              </w:rPr>
              <w:t>Help your group.</w:t>
            </w:r>
          </w:p>
          <w:p>
            <w:pPr>
              <w:spacing w:after="0"/>
              <w:ind w:left="230" w:hanging="158"/>
              <w:keepLines/>
              <w:keepNext/>
            </w:pPr>
            <w:r>
              <w:rPr>
                <w:b/>
                <w:i w:val="0"/>
                <w:color w:val="0B5D4B"/>
                <w:sz w:val="14"/>
              </w:rPr>
              <w:t xml:space="preserve">• </w:t>
            </w:r>
            <w:r>
              <w:rPr>
                <w:b w:val="0"/>
                <w:i w:val="0"/>
                <w:color w:val="111111"/>
                <w:sz w:val="14"/>
              </w:rPr>
              <w:t>Notice your improvement.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spots and baskets or targets</w:t>
            </w:r>
          </w:p>
          <w:p>
            <w:pPr>
              <w:spacing w:after="0"/>
              <w:ind w:left="230" w:hanging="158"/>
              <w:keepLines/>
              <w:keepNext/>
            </w:pPr>
            <w:r>
              <w:rPr>
                <w:b/>
                <w:i w:val="0"/>
                <w:color w:val="0B5D4B"/>
                <w:sz w:val="14"/>
              </w:rPr>
              <w:t xml:space="preserve">• </w:t>
            </w:r>
            <w:r>
              <w:rPr>
                <w:b w:val="0"/>
                <w:i w:val="0"/>
                <w:color w:val="111111"/>
                <w:sz w:val="14"/>
              </w:rPr>
              <w:t>Half or full court; stations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three stations only.</w:t>
            </w:r>
          </w:p>
          <w:p>
            <w:pPr>
              <w:spacing w:after="0"/>
              <w:ind w:left="230" w:hanging="158"/>
              <w:keepLines/>
              <w:keepNext/>
            </w:pPr>
            <w:r>
              <w:rPr>
                <w:b/>
                <w:i w:val="0"/>
                <w:color w:val="0B5D4B"/>
                <w:sz w:val="14"/>
              </w:rPr>
              <w:t xml:space="preserve">• </w:t>
            </w:r>
            <w:r>
              <w:rPr>
                <w:b w:val="0"/>
                <w:i w:val="0"/>
                <w:color w:val="111111"/>
                <w:sz w:val="14"/>
              </w:rPr>
              <w:t>Keep every task at the easiest successful level.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choose one progression.</w:t>
            </w:r>
          </w:p>
          <w:p>
            <w:pPr>
              <w:spacing w:after="0"/>
              <w:ind w:left="230" w:hanging="158"/>
              <w:keepLines/>
              <w:keepNext/>
            </w:pPr>
            <w:r>
              <w:rPr>
                <w:b/>
                <w:i w:val="0"/>
                <w:color w:val="0B5D4B"/>
                <w:sz w:val="14"/>
              </w:rPr>
              <w:t xml:space="preserve">• </w:t>
            </w:r>
            <w:r>
              <w:rPr>
                <w:b w:val="0"/>
                <w:i w:val="0"/>
                <w:color w:val="111111"/>
                <w:sz w:val="14"/>
              </w:rPr>
              <w:t>Allow a player to demonstrate each station.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stations equally active?</w:t>
            </w:r>
          </w:p>
          <w:p>
            <w:pPr>
              <w:spacing w:after="0"/>
              <w:ind w:left="230" w:hanging="158"/>
              <w:keepLines/>
              <w:keepNext/>
            </w:pPr>
            <w:r>
              <w:rPr>
                <w:b/>
                <w:i w:val="0"/>
                <w:color w:val="0B5D4B"/>
                <w:sz w:val="14"/>
              </w:rPr>
              <w:t xml:space="preserve">• </w:t>
            </w:r>
            <w:r>
              <w:rPr>
                <w:b w:val="0"/>
                <w:i w:val="0"/>
                <w:color w:val="111111"/>
                <w:sz w:val="14"/>
              </w:rPr>
              <w:t>Are children noticing progress without comparing themselves to others?</w:t>
            </w:r>
          </w:p>
          <w:p>
            <w:pPr>
              <w:spacing w:before="20" w:after="0"/>
              <w:keepLines/>
              <w:keepNext/>
            </w:pPr>
            <w:r>
              <w:rPr>
                <w:b/>
                <w:i w:val="0"/>
                <w:color w:val="F28C28"/>
                <w:sz w:val="14"/>
              </w:rPr>
              <w:t>SAFETY</w:t>
            </w:r>
          </w:p>
          <w:p>
            <w:pPr>
              <w:spacing w:after="0"/>
              <w:keepLines/>
            </w:pPr>
            <w:r>
              <w:rPr>
                <w:sz w:val="14"/>
              </w:rPr>
              <w:t>Create clear station boundaries and one-way rotation routes.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Catch, Shoot</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work at baskets or targets. One player passes from a short distance while the other moves to a close shooting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Receiver shows hands, catches, balances and shoots. The passer rebounds, and players rotate roles after each attempt or short set.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Balance before shooting.</w:t>
            </w:r>
          </w:p>
          <w:p>
            <w:pPr>
              <w:spacing w:after="0"/>
              <w:ind w:left="230" w:hanging="158"/>
              <w:keepLines/>
              <w:keepNext/>
            </w:pPr>
            <w:r>
              <w:rPr>
                <w:b/>
                <w:i w:val="0"/>
                <w:color w:val="0B5D4B"/>
                <w:sz w:val="14"/>
              </w:rPr>
              <w:t xml:space="preserve">• </w:t>
            </w:r>
            <w:r>
              <w:rPr>
                <w:b w:val="0"/>
                <w:i w:val="0"/>
                <w:color w:val="111111"/>
                <w:sz w:val="14"/>
              </w:rPr>
              <w:t>Use the backboard from an angle.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shooting spots</w:t>
            </w:r>
          </w:p>
          <w:p>
            <w:pPr>
              <w:spacing w:after="0"/>
              <w:ind w:left="230" w:hanging="158"/>
              <w:keepLines/>
              <w:keepNext/>
            </w:pPr>
            <w:r>
              <w:rPr>
                <w:b/>
                <w:i w:val="0"/>
                <w:color w:val="0B5D4B"/>
                <w:sz w:val="14"/>
              </w:rPr>
              <w:t xml:space="preserve">• </w:t>
            </w:r>
            <w:r>
              <w:rPr>
                <w:b w:val="0"/>
                <w:i w:val="0"/>
                <w:color w:val="111111"/>
                <w:sz w:val="14"/>
              </w:rPr>
              <w:t>Basket area;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stationary receiver.</w:t>
            </w:r>
          </w:p>
          <w:p>
            <w:pPr>
              <w:spacing w:after="0"/>
              <w:ind w:left="230" w:hanging="158"/>
              <w:keepLines/>
              <w:keepNext/>
            </w:pPr>
            <w:r>
              <w:rPr>
                <w:b/>
                <w:i w:val="0"/>
                <w:color w:val="0B5D4B"/>
                <w:sz w:val="14"/>
              </w:rPr>
              <w:t xml:space="preserve">• </w:t>
            </w:r>
            <w:r>
              <w:rPr>
                <w:b w:val="0"/>
                <w:i w:val="0"/>
                <w:color w:val="111111"/>
                <w:sz w:val="14"/>
              </w:rPr>
              <w:t>Move the shooting spot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Receiver moves to the spot first.</w:t>
            </w:r>
          </w:p>
          <w:p>
            <w:pPr>
              <w:spacing w:after="0"/>
              <w:ind w:left="230" w:hanging="158"/>
              <w:keepLines/>
              <w:keepNext/>
            </w:pPr>
            <w:r>
              <w:rPr>
                <w:b/>
                <w:i w:val="0"/>
                <w:color w:val="0B5D4B"/>
                <w:sz w:val="14"/>
              </w:rPr>
              <w:t xml:space="preserve">• </w:t>
            </w:r>
            <w:r>
              <w:rPr>
                <w:b w:val="0"/>
                <w:i w:val="0"/>
                <w:color w:val="111111"/>
                <w:sz w:val="14"/>
              </w:rPr>
              <w:t>Add a choice of two spots.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pass helping the shooter succeed?</w:t>
            </w:r>
          </w:p>
          <w:p>
            <w:pPr>
              <w:spacing w:after="0"/>
              <w:ind w:left="230" w:hanging="158"/>
              <w:keepLines/>
              <w:keepNext/>
            </w:pPr>
            <w:r>
              <w:rPr>
                <w:b/>
                <w:i w:val="0"/>
                <w:color w:val="0B5D4B"/>
                <w:sz w:val="14"/>
              </w:rPr>
              <w:t xml:space="preserve">• </w:t>
            </w:r>
            <w:r>
              <w:rPr>
                <w:b w:val="0"/>
                <w:i w:val="0"/>
                <w:color w:val="111111"/>
                <w:sz w:val="14"/>
              </w:rPr>
              <w:t>Are players preparing before the ball arrives?</w:t>
            </w:r>
          </w:p>
          <w:p>
            <w:pPr>
              <w:spacing w:before="20" w:after="0"/>
              <w:keepLines/>
              <w:keepNext/>
            </w:pPr>
            <w:r>
              <w:rPr>
                <w:b/>
                <w:i w:val="0"/>
                <w:color w:val="F28C28"/>
                <w:sz w:val="14"/>
              </w:rPr>
              <w:t>SAFETY</w:t>
            </w:r>
          </w:p>
          <w:p>
            <w:pPr>
              <w:spacing w:after="0"/>
              <w:keepLines/>
            </w:pPr>
            <w:r>
              <w:rPr>
                <w:sz w:val="14"/>
              </w:rPr>
              <w:t>Use clear shooting lanes and rotate away from the basket after rebounding.</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Skills Quest</w:t>
            </w:r>
          </w:p>
        </w:tc>
        <w:tc>
          <w:tcPr>
            <w:tcW w:type="dxa" w:w="5429"/>
            <w:shd w:fill="F28C28"/>
            <w:tcMar>
              <w:top w:w="62" w:type="dxa"/>
              <w:start w:w="82" w:type="dxa"/>
              <w:bottom w:w="62" w:type="dxa"/>
              <w:end w:w="82" w:type="dxa"/>
            </w:tcMar>
          </w:tcPr>
          <w:p>
            <w:pPr>
              <w:jc w:val="center"/>
              <w:keepLines/>
              <w:keepNext/>
            </w:pPr>
            <w:r>
              <w:rPr>
                <w:b/>
                <w:i w:val="0"/>
                <w:color w:val="FFFFFF"/>
                <w:sz w:val="15"/>
              </w:rPr>
              <w:t>17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three or four simple stations combining movement, ball control, passing and shooting. Divide players evenly.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rotate through stations, earning shared progress for completing tasks together. Avoid rankings between groups.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Help your group.</w:t>
            </w:r>
          </w:p>
          <w:p>
            <w:pPr>
              <w:spacing w:after="0"/>
              <w:ind w:left="230" w:hanging="158"/>
              <w:keepLines/>
              <w:keepNext/>
            </w:pPr>
            <w:r>
              <w:rPr>
                <w:b/>
                <w:i w:val="0"/>
                <w:color w:val="0B5D4B"/>
                <w:sz w:val="14"/>
              </w:rPr>
              <w:t xml:space="preserve">• </w:t>
            </w:r>
            <w:r>
              <w:rPr>
                <w:b w:val="0"/>
                <w:i w:val="0"/>
                <w:color w:val="111111"/>
                <w:sz w:val="14"/>
              </w:rPr>
              <w:t>Everyone gets a turn.</w:t>
            </w:r>
          </w:p>
          <w:p>
            <w:pPr>
              <w:spacing w:after="0"/>
              <w:ind w:left="230" w:hanging="158"/>
              <w:keepLines/>
              <w:keepNext/>
            </w:pPr>
            <w:r>
              <w:rPr>
                <w:b/>
                <w:i w:val="0"/>
                <w:color w:val="0B5D4B"/>
                <w:sz w:val="14"/>
              </w:rPr>
              <w:t xml:space="preserve">• </w:t>
            </w:r>
            <w:r>
              <w:rPr>
                <w:b w:val="0"/>
                <w:i w:val="0"/>
                <w:color w:val="111111"/>
                <w:sz w:val="14"/>
              </w:rPr>
              <w:t>Move quickly to the next station.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cones, spots and targets</w:t>
            </w:r>
          </w:p>
          <w:p>
            <w:pPr>
              <w:spacing w:after="0"/>
              <w:ind w:left="230" w:hanging="158"/>
              <w:keepLines/>
              <w:keepNext/>
            </w:pPr>
            <w:r>
              <w:rPr>
                <w:b/>
                <w:i w:val="0"/>
                <w:color w:val="0B5D4B"/>
                <w:sz w:val="14"/>
              </w:rPr>
              <w:t xml:space="preserve">• </w:t>
            </w:r>
            <w:r>
              <w:rPr>
                <w:b w:val="0"/>
                <w:i w:val="0"/>
                <w:color w:val="111111"/>
                <w:sz w:val="14"/>
              </w:rPr>
              <w:t>Half or full court; stations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stations.</w:t>
            </w:r>
          </w:p>
          <w:p>
            <w:pPr>
              <w:spacing w:after="0"/>
              <w:ind w:left="230" w:hanging="158"/>
              <w:keepLines/>
              <w:keepNext/>
            </w:pPr>
            <w:r>
              <w:rPr>
                <w:b/>
                <w:i w:val="0"/>
                <w:color w:val="0B5D4B"/>
                <w:sz w:val="14"/>
              </w:rPr>
              <w:t xml:space="preserve">• </w:t>
            </w:r>
            <w:r>
              <w:rPr>
                <w:b w:val="0"/>
                <w:i w:val="0"/>
                <w:color w:val="111111"/>
                <w:sz w:val="14"/>
              </w:rPr>
              <w:t>Keep tasks familiar.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choice or progression at each station.</w:t>
            </w:r>
          </w:p>
          <w:p>
            <w:pPr>
              <w:spacing w:after="0"/>
              <w:ind w:left="230" w:hanging="158"/>
              <w:keepLines/>
              <w:keepNext/>
            </w:pPr>
            <w:r>
              <w:rPr>
                <w:b/>
                <w:i w:val="0"/>
                <w:color w:val="0B5D4B"/>
                <w:sz w:val="14"/>
              </w:rPr>
              <w:t xml:space="preserve">• </w:t>
            </w:r>
            <w:r>
              <w:rPr>
                <w:b w:val="0"/>
                <w:i w:val="0"/>
                <w:color w:val="111111"/>
                <w:sz w:val="14"/>
              </w:rPr>
              <w:t>Let players lead one station.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coaches reinforcing the same cues?</w:t>
            </w:r>
          </w:p>
          <w:p>
            <w:pPr>
              <w:spacing w:after="0"/>
              <w:ind w:left="230" w:hanging="158"/>
              <w:keepLines/>
              <w:keepNext/>
            </w:pPr>
            <w:r>
              <w:rPr>
                <w:b/>
                <w:i w:val="0"/>
                <w:color w:val="0B5D4B"/>
                <w:sz w:val="14"/>
              </w:rPr>
              <w:t xml:space="preserve">• </w:t>
            </w:r>
            <w:r>
              <w:rPr>
                <w:b w:val="0"/>
                <w:i w:val="0"/>
                <w:color w:val="111111"/>
                <w:sz w:val="14"/>
              </w:rPr>
              <w:t>Is each station producing equal activity time?</w:t>
            </w:r>
          </w:p>
          <w:p>
            <w:pPr>
              <w:spacing w:before="20" w:after="0"/>
              <w:keepLines/>
              <w:keepNext/>
            </w:pPr>
            <w:r>
              <w:rPr>
                <w:b/>
                <w:i w:val="0"/>
                <w:color w:val="F28C28"/>
                <w:sz w:val="14"/>
              </w:rPr>
              <w:t>SAFETY</w:t>
            </w:r>
          </w:p>
          <w:p>
            <w:pPr>
              <w:spacing w:after="0"/>
              <w:keepLines/>
            </w:pPr>
            <w:r>
              <w:rPr>
                <w:sz w:val="14"/>
              </w:rPr>
              <w:t>Keep station routes separate and brief coaches before starting.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Crowd Favourite</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Before practice, select two well-known favourite games that fit the available space and group readiness.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vote quickly between the two choices. Run the selected game using its normal rules and finish while energy is still high.</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Choose quickly.</w:t>
            </w:r>
          </w:p>
          <w:p>
            <w:pPr>
              <w:spacing w:after="0"/>
              <w:ind w:left="230" w:hanging="158"/>
              <w:keepLines/>
              <w:keepNext/>
            </w:pPr>
            <w:r>
              <w:rPr>
                <w:b/>
                <w:i w:val="0"/>
                <w:color w:val="0B5D4B"/>
                <w:sz w:val="14"/>
              </w:rPr>
              <w:t xml:space="preserve">• </w:t>
            </w:r>
            <w:r>
              <w:rPr>
                <w:b w:val="0"/>
                <w:i w:val="0"/>
                <w:color w:val="111111"/>
                <w:sz w:val="14"/>
              </w:rPr>
              <w:t>Play safely.</w:t>
            </w:r>
          </w:p>
          <w:p>
            <w:pPr>
              <w:spacing w:after="0"/>
              <w:ind w:left="230" w:hanging="158"/>
              <w:keepLines/>
              <w:keepNext/>
            </w:pPr>
            <w:r>
              <w:rPr>
                <w:b/>
                <w:i w:val="0"/>
                <w:color w:val="0B5D4B"/>
                <w:sz w:val="14"/>
              </w:rPr>
              <w:t xml:space="preserve">• </w:t>
            </w:r>
            <w:r>
              <w:rPr>
                <w:b w:val="0"/>
                <w:i w:val="0"/>
                <w:color w:val="111111"/>
                <w:sz w:val="14"/>
              </w:rPr>
              <w:t>Help everyone enjoy 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Depends on chosen game</w:t>
            </w:r>
          </w:p>
          <w:p>
            <w:pPr>
              <w:spacing w:after="0"/>
              <w:ind w:left="230" w:hanging="158"/>
              <w:keepLines/>
              <w:keepNext/>
            </w:pPr>
            <w:r>
              <w:rPr>
                <w:b/>
                <w:i w:val="0"/>
                <w:color w:val="0B5D4B"/>
                <w:sz w:val="14"/>
              </w:rPr>
              <w:t xml:space="preserve">• </w:t>
            </w:r>
            <w:r>
              <w:rPr>
                <w:b w:val="0"/>
                <w:i w:val="0"/>
                <w:color w:val="111111"/>
                <w:sz w:val="14"/>
              </w:rPr>
              <w:t>Depends on chosen game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Coach chooses the game.</w:t>
            </w:r>
          </w:p>
          <w:p>
            <w:pPr>
              <w:spacing w:after="0"/>
              <w:ind w:left="230" w:hanging="158"/>
              <w:keepLines/>
              <w:keepNext/>
            </w:pPr>
            <w:r>
              <w:rPr>
                <w:b/>
                <w:i w:val="0"/>
                <w:color w:val="0B5D4B"/>
                <w:sz w:val="14"/>
              </w:rPr>
              <w:t xml:space="preserve">• </w:t>
            </w:r>
            <w:r>
              <w:rPr>
                <w:b w:val="0"/>
                <w:i w:val="0"/>
                <w:color w:val="111111"/>
                <w:sz w:val="14"/>
              </w:rPr>
              <w:t>Use the simplest familiar version.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players suggest one safe variation.</w:t>
            </w:r>
          </w:p>
          <w:p>
            <w:pPr>
              <w:spacing w:after="0"/>
              <w:ind w:left="230" w:hanging="158"/>
              <w:keepLines/>
              <w:keepNext/>
            </w:pPr>
            <w:r>
              <w:rPr>
                <w:b/>
                <w:i w:val="0"/>
                <w:color w:val="0B5D4B"/>
                <w:sz w:val="14"/>
              </w:rPr>
              <w:t xml:space="preserve">• </w:t>
            </w:r>
            <w:r>
              <w:rPr>
                <w:b w:val="0"/>
                <w:i w:val="0"/>
                <w:color w:val="111111"/>
                <w:sz w:val="14"/>
              </w:rPr>
              <w:t>Ask a player to lead the signals.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vote fair and fast?</w:t>
            </w:r>
          </w:p>
          <w:p>
            <w:pPr>
              <w:spacing w:after="0"/>
              <w:ind w:left="230" w:hanging="158"/>
              <w:keepLines/>
              <w:keepNext/>
            </w:pPr>
            <w:r>
              <w:rPr>
                <w:b/>
                <w:i w:val="0"/>
                <w:color w:val="0B5D4B"/>
                <w:sz w:val="14"/>
              </w:rPr>
              <w:t xml:space="preserve">• </w:t>
            </w:r>
            <w:r>
              <w:rPr>
                <w:b w:val="0"/>
                <w:i w:val="0"/>
                <w:color w:val="111111"/>
                <w:sz w:val="14"/>
              </w:rPr>
              <w:t>Are less confident children still included in the chosen game?</w:t>
            </w:r>
          </w:p>
          <w:p>
            <w:pPr>
              <w:spacing w:before="20" w:after="0"/>
              <w:keepLines/>
              <w:keepNext/>
            </w:pPr>
            <w:r>
              <w:rPr>
                <w:b/>
                <w:i w:val="0"/>
                <w:color w:val="F28C28"/>
                <w:sz w:val="14"/>
              </w:rPr>
              <w:t>SAFETY</w:t>
            </w:r>
          </w:p>
          <w:p>
            <w:pPr>
              <w:spacing w:after="0"/>
              <w:keepLines/>
            </w:pPr>
            <w:r>
              <w:rPr>
                <w:sz w:val="14"/>
              </w:rPr>
              <w:t>Only offer games that can be set up safely within the remaining time.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Cubs Phase 3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