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U16 PRACTICE PACK</w:t>
            </w:r>
          </w:p>
          <w:p>
            <w:pPr>
              <w:jc w:val="center"/>
            </w:pPr>
            <w:r>
              <w:rPr>
                <w:b/>
                <w:i w:val="0"/>
                <w:color w:val="FFFFFF"/>
                <w:sz w:val="30"/>
              </w:rPr>
              <w:t>Phase 1: Refine Core Skills at Game Speed</w:t>
            </w:r>
          </w:p>
          <w:p>
            <w:pPr>
              <w:jc w:val="center"/>
            </w:pPr>
            <w:r>
              <w:rPr>
                <w:b/>
                <w:i w:val="0"/>
                <w:color w:val="F28C28"/>
                <w:sz w:val="22"/>
              </w:rPr>
              <w:t>Weeks 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 GAME-SPEED FOOTWORK AND BALL CONTROL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game-speed footwork and ball control.</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game-speed footwork and ball control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game-speed footwork and ball control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game-speed footwork and ball control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Game-Speed Footwork and Ball Control: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game-speed footwork and ball control.</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Game-Speed Footwork and Ball Control: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game-speed footwork and ball control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Game-Speed Footwork and Ball Control: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game-speed footwork and ball control.</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Game-Speed Footwork and Ball Control: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game-speed footwork and ball control.</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Game-Speed Footwork and Ball Control: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game-speed footwork and ball control.</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Game-Speed Footwork and Ball Control: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game-speed footwork and ball control.</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 GAME-SPEED FOOTWORK AND BALL CONTROL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game-speed footwork and ball control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game-speed footwork and ball control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Game-Speed Footwork and Ball Control: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game-speed footwork and ball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game-speed footwork and ball control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game-speed footwork and ball control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Game-Speed Footwork and Ball Control: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game-speed footwork and ball control.</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Game-Speed Footwork and Ball Control: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game-speed footwork and ball control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Game-Speed Footwork and Ball Control: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game-speed footwork and ball control.</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Game-Speed Footwork and Ball Control: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game-speed footwork and ball control.</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Game-Speed Footwork and Ball Control: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game-speed footwork and ball control.</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Game-Speed Footwork and Ball Control: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game-speed footwork and ball control.</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 PASSING WINDOWS AND PRESSURE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passing windows and pressure.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windows and pressure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windows and pressure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windows and pressure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Windows and Pressure: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passing windows and pressure.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Windows and Pressure: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passing windows and pressure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Windows and Pressure: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passing windows and pressure.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Windows and Pressure: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passing windows and pressure.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Windows and Pressure: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passing windows and pressure.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Windows and Pressure: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passing windows and pressure.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2: PASSING WINDOWS AND PRESSURE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passing windows and pressure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windows and pressure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Windows and Pressure: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passing windows and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windows and pressure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windows and pressure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Windows and Pressure: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passing windows and pressure.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Windows and Pressure: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passing windows and pressure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Windows and Pressure: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passing windows and pressure.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Windows and Pressure: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passing windows and pressure.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Windows and Pressure: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passing windows and pressure.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Windows and Pressure: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passing windows and pressure.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3: FINISHING THROUGH CONTACT AND LENGTH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finishing through contact and length.</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through contact and length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through contact and length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through contact and length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Through Contact and Length: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finishing through contact and length.</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Through Contact and Length: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finishing through contact and length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Through Contact and Length: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finishing through contact and length.</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Through Contact and Length: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finishing through contact and length.</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Through Contact and Length: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finishing through contact and length.</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Through Contact and Length: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finishing through contact and length.</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3: FINISHING THROUGH CONTACT AND LENGTH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finishing through contact and length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through contact and length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and Length: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finishing through contact and length.</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through contact and length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through contact and length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Through Contact and Length: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finishing through contact and length.</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Through Contact and Length: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finishing through contact and length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Through Contact and Length: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finishing through contact and length.</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Through Contact and Length: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finishing through contact and length.</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Through Contact and Length: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finishing through contact and length.</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Through Contact and Length: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finishing through contact and length.</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4: SHOT PREPARATION AND SELECTION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shot preparation and selection.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shot preparation and selection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shot preparation and selection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shot preparation and selection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Shot Preparation and Selection: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shot preparation and selection.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Shot Preparation and Selection: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shot preparation and selection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Shot Preparation and Selection: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shot preparation and selection.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Shot Preparation and Selection: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shot preparation and selection.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Shot Preparation and Selection: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shot preparation and selection.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Shot Preparation and Selection: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shot preparation and selection.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4: SHOT PREPARATION AND SELECTION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shot preparation and selection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shot preparation and selection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Shot Preparation and Selection: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shot preparation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shot preparation and selection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shot preparation and selection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Shot Preparation and Selection: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shot preparation and selection.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Shot Preparation and Selection: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shot preparation and selection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Shot Preparation and Selection: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shot preparation and selection.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Shot Preparation and Selection: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shot preparation and selection.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Shot Preparation and Selection: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shot preparation and selection.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Shot Preparation and Selection: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shot preparation and selection.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5: CLOSEOUTS AND CONTAINMENT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closeouts and containment.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closeouts and containment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closeouts and containment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closeouts and containment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Closeouts and Containment: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closeouts and containment.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Closeouts and Containment: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closeouts and containment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Closeouts and Containment: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closeouts and containment.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Closeouts and Containment: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closeouts and containment.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Closeouts and Containment: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closeouts and containment.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Closeouts and Containment: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closeouts and containment.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5: CLOSEOUTS AND CONTAINMENT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closeouts and containment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closeouts and containment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Closeouts and Containment: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closeouts and containment.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closeouts and containment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closeouts and containment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Closeouts and Containment: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closeouts and containment.</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Closeouts and Containment: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closeouts and containment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Closeouts and Containment: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closeouts and containment.</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Closeouts and Containment: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closeouts and containment.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Closeouts and Containment: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closeouts and containment.</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Closeouts and Containment: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closeouts and containment.</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6: CORE SKILLS PERFORMANCE REVIEW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core skills performance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core skills performance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performance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core skills performance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Performance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core skills performance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Performance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core skills performance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Performance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core skills performance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Performance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core skills performance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Performance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core skills performance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Performance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core skills performance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6: CORE SKILLS PERFORMANCE REVIEW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core skills performance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core skills performance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Performance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core skills performance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performance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core skills performance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Performance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core skills performance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Performance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core skills performance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Performance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core skills performance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Performance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core skills performance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Performance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core skills performance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Performance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core skills performance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U16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