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U16 PRACTICE PACK</w:t>
            </w:r>
          </w:p>
          <w:p>
            <w:pPr>
              <w:jc w:val="center"/>
            </w:pPr>
            <w:r>
              <w:rPr>
                <w:b/>
                <w:i w:val="0"/>
                <w:color w:val="FFFFFF"/>
                <w:sz w:val="30"/>
              </w:rPr>
              <w:t>Phase 3: Build Offensive and Defensive Systems</w:t>
            </w:r>
          </w:p>
          <w:p>
            <w:pPr>
              <w:jc w:val="center"/>
            </w:pPr>
            <w:r>
              <w:rPr>
                <w:b/>
                <w:i w:val="0"/>
                <w:color w:val="F28C28"/>
                <w:sz w:val="22"/>
              </w:rPr>
              <w:t>Weeks 13–18</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13: FOUR-OUT AND FIVE-OUT SPACING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four-out and five-out spacing.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four-out and five-out spacing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four-out and five-out spacing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four-out and five-out spacing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Four-Out and Five-Out Spacing: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four-out and five-out spacing.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Four-Out and Five-Out Spacing: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four-out and five-out spacing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Four-Out and Five-Out Spacing: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four-out and five-out spacing.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Four-Out and Five-Out Spacing: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four-out and five-out spacing.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Four-Out and Five-Out Spacing: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four-out and five-out spacing.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Four-Out and Five-Out Spacing: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four-out and five-out spacing.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13: FOUR-OUT AND FIVE-OUT SPACING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four-out and five-out spacing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four-out and five-out spacing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Four-Out and Five-Out Spacing: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four-out and five-out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four-out and five-out spacing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four-out and five-out spacing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Four-Out and Five-Out Spacing: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four-out and five-out spacing.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Four-Out and Five-Out Spacing: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four-out and five-out spacing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Four-Out and Five-Out Spacing: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four-out and five-out spacing.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Four-Out and Five-Out Spacing: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four-out and five-out spacing.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Four-Out and Five-Out Spacing: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four-out and five-out spacing.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Four-Out and Five-Out Spacing: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four-out and five-out spacing.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14: PICK-AND-ROLL OFFENCE AND COVERAGE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pick-and-roll offence and coverage.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pick-and-roll offence and coverage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pick-and-roll offence and coverage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pick-and-roll offence and coverage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Pick-and-Roll Offence and Coverage: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pick-and-roll offence and coverage.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Pick-and-Roll Offence and Coverage: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pick-and-roll offence and coverage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Pick-and-Roll Offence and Coverage: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pick-and-roll offence and coverage.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Pick-and-Roll Offence and Coverage: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pick-and-roll offence and coverage.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Pick-and-Roll Offence and Coverage: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pick-and-roll offence and coverage.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Pick-and-Roll Offence and Coverage: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pick-and-roll offence and coverage.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14: PICK-AND-ROLL OFFENCE AND COVERAGE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pick-and-roll offence and coverage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pick-and-roll offence and coverage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Pick-and-Roll Offence and Coverage: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pick-and-roll offence and coverage.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pick-and-roll offence and coverage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pick-and-roll offence and coverage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Pick-and-Roll Offence and Coverage: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pick-and-roll offence and coverage.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Pick-and-Roll Offence and Coverage: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pick-and-roll offence and coverage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Pick-and-Roll Offence and Coverage: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pick-and-roll offence and coverage.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Pick-and-Roll Offence and Coverage: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pick-and-roll offence and coverage.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Pick-and-Roll Offence and Coverage: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pick-and-roll offence and coverage.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Pick-and-Roll Offence and Coverage: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pick-and-roll offence and coverage.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15: HELP ROTATIONS AND LOW-MAN RESPONSIBILITY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help rotations and low-man responsibility.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help rotations and low-man responsibility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help rotations and low-man responsibility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help rotations and low-man responsibility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Help Rotations and Low-Man Responsibility: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help rotations and low-man responsibility.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Help Rotations and Low-Man Responsibility: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help rotations and low-man responsibility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Help Rotations and Low-Man Responsibility: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help rotations and low-man responsibility.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Help Rotations and Low-Man Responsibility: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help rotations and low-man responsibility.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Help Rotations and Low-Man Responsibility: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help rotations and low-man responsibility.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Help Rotations and Low-Man Responsibility: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help rotations and low-man responsibility.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15: HELP ROTATIONS AND LOW-MAN RESPONSIBILITY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help rotations and low-man responsibility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help rotations and low-man responsibility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Help Rotations and Low-Man Responsibility: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help rotations and low-man responsibility.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help rotations and low-man responsibility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help rotations and low-man responsibility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Help Rotations and Low-Man Responsibility: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help rotations and low-man responsibility.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Help Rotations and Low-Man Responsibility: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help rotations and low-man responsibility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Help Rotations and Low-Man Responsibility: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help rotations and low-man responsibility.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Help Rotations and Low-Man Responsibility: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help rotations and low-man responsibility.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Help Rotations and Low-Man Responsibility: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help rotations and low-man responsibility.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Help Rotations and Low-Man Responsibility: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help rotations and low-man responsibility.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16: TRANSITION OFFENCE AND DEFENCE ROLES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transition offence and defence roles.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transition offence and defence roles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offence and defence roles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transition offence and defence roles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Offence and Defence Roles: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transition offence and defence roles.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Offence and Defence Roles: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transition offence and defence roles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Offence and Defence Roles: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transition offence and defence roles.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Offence and Defence Roles: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transition offence and defence roles.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Offence and Defence Roles: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transition offence and defence roles.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Offence and Defence Roles: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transition offence and defence roles.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16: TRANSITION OFFENCE AND DEFENCE ROLES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transition offence and defence roles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transition offence and defence roles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and Defence Roles: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transition offence and defence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offence and defence roles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transition offence and defence roles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Offence and Defence Roles: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transition offence and defence roles.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Offence and Defence Roles: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transition offence and defence roles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Offence and Defence Roles: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transition offence and defence roles.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Offence and Defence Roles: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transition offence and defence roles.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Offence and Defence Roles: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transition offence and defence roles.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Offence and Defence Roles: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transition offence and defence roles.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17: PRESS BREAK AND HALF-COURT ENTRY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press break and half-court entry.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press break and half-court entry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press break and half-court entry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press break and half-court entry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Press Break and Half-Court Entry: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press break and half-court entry.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Press Break and Half-Court Entry: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press break and half-court entry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Press Break and Half-Court Entry: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press break and half-court entry.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Press Break and Half-Court Entry: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press break and half-court entry.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Press Break and Half-Court Entry: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press break and half-court entry.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Press Break and Half-Court Entry: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press break and half-court entry.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17: PRESS BREAK AND HALF-COURT ENTRY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press break and half-court entry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press break and half-court entry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Press Break and Half-Court Entry: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press break and half-court entry.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press break and half-court entry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press break and half-court entry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Press Break and Half-Court Entry: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press break and half-court entry.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Press Break and Half-Court Entry: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press break and half-court entry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Press Break and Half-Court Entry: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press break and half-court entry.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Press Break and Half-Court Entry: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press break and half-court entry.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Press Break and Half-Court Entry: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press break and half-court entry.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Press Break and Half-Court Entry: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press break and half-court entry.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18: SYSTEMS INTEGRATION REVIEW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systems integration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systems integration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systems integration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systems integration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Systems Integration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systems integration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Systems Integration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systems integration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Systems Integration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systems integration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Systems Integration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systems integration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Systems Integration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systems integration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Systems Integration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systems integration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18: SYSTEMS INTEGRATION REVIEW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systems integration review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systems integration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Systems Integration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systems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systems integration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systems integration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Systems Integration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systems integration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Systems Integration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systems integration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Systems Integration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systems integration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Systems Integration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systems integration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Systems Integration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systems integration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Systems Integration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systems integration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U16 Phase 3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