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CUBS PRACTICE PACK</w:t>
            </w:r>
          </w:p>
          <w:p>
            <w:pPr>
              <w:jc w:val="center"/>
            </w:pPr>
            <w:r>
              <w:rPr>
                <w:b/>
                <w:i w:val="0"/>
                <w:color w:val="FFFFFF"/>
                <w:sz w:val="30"/>
              </w:rPr>
              <w:t>Phase 1: Welcome, Movement and Ball Confidence</w:t>
            </w:r>
          </w:p>
          <w:p>
            <w:pPr>
              <w:jc w:val="center"/>
            </w:pPr>
            <w:r>
              <w:rPr>
                <w:b/>
                <w:i w:val="0"/>
                <w:color w:val="F28C28"/>
                <w:sz w:val="22"/>
              </w:rPr>
              <w:t>Weeks 1–4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 WELCOME TO BASKETBALL</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Learn names, move safely and become comfortable with the ball.</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Join in, help others and try.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Learn names and routine; run, stop and change direction; roll, bounce and catch; recognise basket, sideline and baseline.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Name Circle + Ball Hello</w:t>
            </w:r>
          </w:p>
        </w:tc>
        <w:tc>
          <w:tcPr>
            <w:tcW w:type="dxa" w:w="4104"/>
            <w:vAlign w:val="center"/>
            <w:tcMar>
              <w:top w:w="42" w:type="dxa"/>
              <w:start w:w="50" w:type="dxa"/>
              <w:bottom w:w="42" w:type="dxa"/>
              <w:end w:w="50" w:type="dxa"/>
            </w:tcMar>
          </w:tcPr>
          <w:p>
            <w:pPr>
              <w:keepLines/>
            </w:pPr>
            <w:r>
              <w:rPr>
                <w:b w:val="0"/>
                <w:i w:val="0"/>
                <w:color w:val="111111"/>
                <w:sz w:val="14"/>
              </w:rPr>
              <w:t>Each child says their name and shows one way to move the ball.</w:t>
            </w:r>
          </w:p>
        </w:tc>
        <w:tc>
          <w:tcPr>
            <w:tcW w:type="dxa" w:w="2563"/>
            <w:vAlign w:val="center"/>
            <w:tcMar>
              <w:top w:w="42" w:type="dxa"/>
              <w:start w:w="50" w:type="dxa"/>
              <w:bottom w:w="42" w:type="dxa"/>
              <w:end w:w="50" w:type="dxa"/>
            </w:tcMar>
          </w:tcPr>
          <w:p>
            <w:pPr>
              <w:keepLines/>
            </w:pPr>
            <w:r>
              <w:rPr>
                <w:b w:val="0"/>
                <w:i w:val="0"/>
                <w:color w:val="111111"/>
                <w:sz w:val="14"/>
              </w:rPr>
              <w:t>Use names immediately; praise joining in.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Traffic Lights</w:t>
            </w:r>
          </w:p>
        </w:tc>
        <w:tc>
          <w:tcPr>
            <w:tcW w:type="dxa" w:w="4104"/>
            <w:vAlign w:val="center"/>
            <w:tcMar>
              <w:top w:w="42" w:type="dxa"/>
              <w:start w:w="50" w:type="dxa"/>
              <w:bottom w:w="42" w:type="dxa"/>
              <w:end w:w="50" w:type="dxa"/>
            </w:tcMar>
          </w:tcPr>
          <w:p>
            <w:pPr>
              <w:keepLines/>
            </w:pPr>
            <w:r>
              <w:rPr>
                <w:b w:val="0"/>
                <w:i w:val="0"/>
                <w:color w:val="111111"/>
                <w:sz w:val="14"/>
              </w:rPr>
              <w:t>Move around the court: green run, amber walk, red stop and balance. Add a ball after one round.</w:t>
            </w:r>
          </w:p>
        </w:tc>
        <w:tc>
          <w:tcPr>
            <w:tcW w:type="dxa" w:w="2563"/>
            <w:vAlign w:val="center"/>
            <w:tcMar>
              <w:top w:w="42" w:type="dxa"/>
              <w:start w:w="50" w:type="dxa"/>
              <w:bottom w:w="42" w:type="dxa"/>
              <w:end w:w="50" w:type="dxa"/>
            </w:tcMar>
          </w:tcPr>
          <w:p>
            <w:pPr>
              <w:keepLines/>
            </w:pPr>
            <w:r>
              <w:rPr>
                <w:b w:val="0"/>
                <w:i w:val="0"/>
                <w:color w:val="111111"/>
                <w:sz w:val="14"/>
              </w:rPr>
              <w:t>Short signals; safe spacing; strong stops.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Ball Exploration</w:t>
            </w:r>
          </w:p>
        </w:tc>
        <w:tc>
          <w:tcPr>
            <w:tcW w:type="dxa" w:w="4104"/>
            <w:vAlign w:val="center"/>
            <w:tcMar>
              <w:top w:w="42" w:type="dxa"/>
              <w:start w:w="50" w:type="dxa"/>
              <w:bottom w:w="42" w:type="dxa"/>
              <w:end w:w="50" w:type="dxa"/>
            </w:tcMar>
          </w:tcPr>
          <w:p>
            <w:pPr>
              <w:keepLines/>
            </w:pPr>
            <w:r>
              <w:rPr>
                <w:b w:val="0"/>
                <w:i w:val="0"/>
                <w:color w:val="111111"/>
                <w:sz w:val="14"/>
              </w:rPr>
              <w:t>Roll, chase, bounce-catch, circle body and toss-catch at own pace.</w:t>
            </w:r>
          </w:p>
        </w:tc>
        <w:tc>
          <w:tcPr>
            <w:tcW w:type="dxa" w:w="2563"/>
            <w:vAlign w:val="center"/>
            <w:tcMar>
              <w:top w:w="42" w:type="dxa"/>
              <w:start w:w="50" w:type="dxa"/>
              <w:bottom w:w="42" w:type="dxa"/>
              <w:end w:w="50" w:type="dxa"/>
            </w:tcMar>
          </w:tcPr>
          <w:p>
            <w:pPr>
              <w:keepLines/>
            </w:pPr>
            <w:r>
              <w:rPr>
                <w:b w:val="0"/>
                <w:i w:val="0"/>
                <w:color w:val="111111"/>
                <w:sz w:val="14"/>
              </w:rPr>
              <w:t>Let children explore; show one idea at a time.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Court Treasure Hunt</w:t>
            </w:r>
          </w:p>
        </w:tc>
        <w:tc>
          <w:tcPr>
            <w:tcW w:type="dxa" w:w="4104"/>
            <w:vAlign w:val="center"/>
            <w:tcMar>
              <w:top w:w="42" w:type="dxa"/>
              <w:start w:w="50" w:type="dxa"/>
              <w:bottom w:w="42" w:type="dxa"/>
              <w:end w:w="50" w:type="dxa"/>
            </w:tcMar>
          </w:tcPr>
          <w:p>
            <w:pPr>
              <w:keepLines/>
            </w:pPr>
            <w:r>
              <w:rPr>
                <w:b w:val="0"/>
                <w:i w:val="0"/>
                <w:color w:val="111111"/>
                <w:sz w:val="14"/>
              </w:rPr>
              <w:t>Carry or bounce to basket, sideline, baseline and centre circle. Finish with dribble-to-a-cone challenges.</w:t>
            </w:r>
          </w:p>
        </w:tc>
        <w:tc>
          <w:tcPr>
            <w:tcW w:type="dxa" w:w="2563"/>
            <w:vAlign w:val="center"/>
            <w:tcMar>
              <w:top w:w="42" w:type="dxa"/>
              <w:start w:w="50" w:type="dxa"/>
              <w:bottom w:w="42" w:type="dxa"/>
              <w:end w:w="50" w:type="dxa"/>
            </w:tcMar>
          </w:tcPr>
          <w:p>
            <w:pPr>
              <w:keepLines/>
            </w:pPr>
            <w:r>
              <w:rPr>
                <w:b w:val="0"/>
                <w:i w:val="0"/>
                <w:color w:val="111111"/>
                <w:sz w:val="14"/>
              </w:rPr>
              <w:t>Repeat court words; lots of touches; no races at first.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Clean Your Room</w:t>
            </w:r>
          </w:p>
        </w:tc>
        <w:tc>
          <w:tcPr>
            <w:tcW w:type="dxa" w:w="4104"/>
            <w:vAlign w:val="center"/>
            <w:tcMar>
              <w:top w:w="42" w:type="dxa"/>
              <w:start w:w="50" w:type="dxa"/>
              <w:bottom w:w="42" w:type="dxa"/>
              <w:end w:w="50" w:type="dxa"/>
            </w:tcMar>
          </w:tcPr>
          <w:p>
            <w:pPr>
              <w:keepLines/>
            </w:pPr>
            <w:r>
              <w:rPr>
                <w:b w:val="0"/>
                <w:i w:val="0"/>
                <w:color w:val="111111"/>
                <w:sz w:val="14"/>
              </w:rPr>
              <w:t>Two teams roll or bounce balls across the centre line until time ends.</w:t>
            </w:r>
          </w:p>
        </w:tc>
        <w:tc>
          <w:tcPr>
            <w:tcW w:type="dxa" w:w="2563"/>
            <w:vAlign w:val="center"/>
            <w:tcMar>
              <w:top w:w="42" w:type="dxa"/>
              <w:start w:w="50" w:type="dxa"/>
              <w:bottom w:w="42" w:type="dxa"/>
              <w:end w:w="50" w:type="dxa"/>
            </w:tcMar>
          </w:tcPr>
          <w:p>
            <w:pPr>
              <w:keepLines/>
            </w:pPr>
            <w:r>
              <w:rPr>
                <w:b w:val="0"/>
                <w:i w:val="0"/>
                <w:color w:val="111111"/>
                <w:sz w:val="14"/>
              </w:rPr>
              <w:t>Keep heads up; roll safely; celebrate teamwork.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Name one court area and recognise brave first attempts.</w:t>
            </w:r>
          </w:p>
        </w:tc>
        <w:tc>
          <w:tcPr>
            <w:tcW w:type="dxa" w:w="2563"/>
            <w:vAlign w:val="center"/>
            <w:tcMar>
              <w:top w:w="42" w:type="dxa"/>
              <w:start w:w="50" w:type="dxa"/>
              <w:bottom w:w="42" w:type="dxa"/>
              <w:end w:w="50" w:type="dxa"/>
            </w:tcMar>
          </w:tcPr>
          <w:p>
            <w:pPr>
              <w:keepLines/>
            </w:pPr>
            <w:r>
              <w:rPr>
                <w:b w:val="0"/>
                <w:i w:val="0"/>
                <w:color w:val="111111"/>
                <w:sz w:val="14"/>
              </w:rPr>
              <w:t>Finish with team cheer.</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needs help joining a group?</w:t>
              <w:br/>
              <w:t>Is every child holding or moving a ball?</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Allow carrying or rolling instead of bouncing.</w:t>
              <w:br/>
              <w:t>Harder: Use the less-comfortable hand or change direction on command.</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Basket, sideline and baseline; stop on the whistle.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was your favourite way to move the ball?</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Name Circle + Ball Hello</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stand or sit in a circle, each with or sharing a ball. Leave enough space for a small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One at a time, each child says their name and shows one simple way to move the ball.</w:t>
            </w:r>
          </w:p>
          <w:p>
            <w:pPr>
              <w:spacing w:after="0"/>
              <w:ind w:left="230" w:hanging="158"/>
              <w:keepLines/>
              <w:keepNext/>
            </w:pPr>
            <w:r>
              <w:rPr>
                <w:b/>
                <w:i w:val="0"/>
                <w:color w:val="0B5D4B"/>
                <w:sz w:val="14"/>
              </w:rPr>
              <w:t xml:space="preserve">• </w:t>
            </w:r>
            <w:r>
              <w:rPr>
                <w:b w:val="0"/>
                <w:i w:val="0"/>
                <w:color w:val="111111"/>
                <w:sz w:val="14"/>
              </w:rPr>
              <w:t>The group copies the movement for a few seconds before the next child takes a 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Say your name clearly.</w:t>
            </w:r>
          </w:p>
          <w:p>
            <w:pPr>
              <w:spacing w:after="0"/>
              <w:ind w:left="230" w:hanging="158"/>
              <w:keepLines/>
              <w:keepNext/>
            </w:pPr>
            <w:r>
              <w:rPr>
                <w:b/>
                <w:i w:val="0"/>
                <w:color w:val="0B5D4B"/>
                <w:sz w:val="14"/>
              </w:rPr>
              <w:t xml:space="preserve">• </w:t>
            </w:r>
            <w:r>
              <w:rPr>
                <w:b w:val="0"/>
                <w:i w:val="0"/>
                <w:color w:val="111111"/>
                <w:sz w:val="14"/>
              </w:rPr>
              <w:t>Show one simple idea.</w:t>
            </w:r>
          </w:p>
          <w:p>
            <w:pPr>
              <w:spacing w:after="0"/>
              <w:ind w:left="230" w:hanging="158"/>
              <w:keepLines/>
              <w:keepNext/>
            </w:pPr>
            <w:r>
              <w:rPr>
                <w:b/>
                <w:i w:val="0"/>
                <w:color w:val="0B5D4B"/>
                <w:sz w:val="14"/>
              </w:rPr>
              <w:t xml:space="preserve">• </w:t>
            </w:r>
            <w:r>
              <w:rPr>
                <w:b w:val="0"/>
                <w:i w:val="0"/>
                <w:color w:val="111111"/>
                <w:sz w:val="14"/>
              </w:rPr>
              <w:t>Copy and encourage others.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Half court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Let the coach suggest each movement.</w:t>
            </w:r>
          </w:p>
          <w:p>
            <w:pPr>
              <w:spacing w:after="0"/>
              <w:ind w:left="230" w:hanging="158"/>
              <w:keepLines/>
              <w:keepNext/>
            </w:pPr>
            <w:r>
              <w:rPr>
                <w:b/>
                <w:i w:val="0"/>
                <w:color w:val="0B5D4B"/>
                <w:sz w:val="14"/>
              </w:rPr>
              <w:t xml:space="preserve">• </w:t>
            </w:r>
            <w:r>
              <w:rPr>
                <w:b w:val="0"/>
                <w:i w:val="0"/>
                <w:color w:val="111111"/>
                <w:sz w:val="14"/>
              </w:rPr>
              <w:t>Use one shared ball passed around the circle.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children to combine a name, ball movement and body movement.</w:t>
            </w:r>
          </w:p>
          <w:p>
            <w:pPr>
              <w:spacing w:after="0"/>
              <w:ind w:left="230" w:hanging="158"/>
              <w:keepLines/>
              <w:keepNext/>
            </w:pPr>
            <w:r>
              <w:rPr>
                <w:b/>
                <w:i w:val="0"/>
                <w:color w:val="0B5D4B"/>
                <w:sz w:val="14"/>
              </w:rPr>
              <w:t xml:space="preserve">• </w:t>
            </w:r>
            <w:r>
              <w:rPr>
                <w:b w:val="0"/>
                <w:i w:val="0"/>
                <w:color w:val="111111"/>
                <w:sz w:val="14"/>
              </w:rPr>
              <w:t>Have the next child repeat the previous child’s name before adding their own.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needs help feeling comfortable in the group?</w:t>
            </w:r>
          </w:p>
          <w:p>
            <w:pPr>
              <w:spacing w:after="0"/>
              <w:ind w:left="230" w:hanging="158"/>
              <w:keepLines/>
              <w:keepNext/>
            </w:pPr>
            <w:r>
              <w:rPr>
                <w:b/>
                <w:i w:val="0"/>
                <w:color w:val="0B5D4B"/>
                <w:sz w:val="14"/>
              </w:rPr>
              <w:t xml:space="preserve">• </w:t>
            </w:r>
            <w:r>
              <w:rPr>
                <w:b w:val="0"/>
                <w:i w:val="0"/>
                <w:color w:val="111111"/>
                <w:sz w:val="14"/>
              </w:rPr>
              <w:t>Are coaches using every child’s name immediately?</w:t>
            </w:r>
          </w:p>
          <w:p>
            <w:pPr>
              <w:spacing w:before="20" w:after="0"/>
              <w:keepLines/>
              <w:keepNext/>
            </w:pPr>
            <w:r>
              <w:rPr>
                <w:b/>
                <w:i w:val="0"/>
                <w:color w:val="F28C28"/>
                <w:sz w:val="14"/>
              </w:rPr>
              <w:t>SAFETY</w:t>
            </w:r>
          </w:p>
          <w:p>
            <w:pPr>
              <w:spacing w:after="0"/>
              <w:keepLines/>
            </w:pPr>
            <w:r>
              <w:rPr>
                <w:sz w:val="14"/>
              </w:rPr>
              <w:t>Keep movements small and balls under control while the group is close together.</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Traffic Lights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clear boundaries. Players spread out facing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on green, slow down on amber and stop under control on red. Add simple movement commands such as skip, shuffle or backpedal between signals.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Eyes up toward the coach.</w:t>
            </w:r>
          </w:p>
          <w:p>
            <w:pPr>
              <w:spacing w:after="0"/>
              <w:ind w:left="230" w:hanging="158"/>
              <w:keepLines/>
              <w:keepNext/>
            </w:pPr>
            <w:r>
              <w:rPr>
                <w:b/>
                <w:i w:val="0"/>
                <w:color w:val="0B5D4B"/>
                <w:sz w:val="14"/>
              </w:rPr>
              <w:t xml:space="preserve">• </w:t>
            </w:r>
            <w:r>
              <w:rPr>
                <w:b w:val="0"/>
                <w:i w:val="0"/>
                <w:color w:val="111111"/>
                <w:sz w:val="14"/>
              </w:rPr>
              <w:t>Stop with balance.</w:t>
            </w:r>
          </w:p>
          <w:p>
            <w:pPr>
              <w:spacing w:after="0"/>
              <w:ind w:left="230" w:hanging="158"/>
              <w:keepLines/>
              <w:keepNext/>
            </w:pPr>
            <w:r>
              <w:rPr>
                <w:b/>
                <w:i w:val="0"/>
                <w:color w:val="0B5D4B"/>
                <w:sz w:val="14"/>
              </w:rPr>
              <w:t xml:space="preserve">• </w:t>
            </w:r>
            <w:r>
              <w:rPr>
                <w:b w:val="0"/>
                <w:i w:val="0"/>
                <w:color w:val="111111"/>
                <w:sz w:val="14"/>
              </w:rPr>
              <w:t>Find open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 or marked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green and red.</w:t>
            </w:r>
          </w:p>
          <w:p>
            <w:pPr>
              <w:spacing w:after="0"/>
              <w:ind w:left="230" w:hanging="158"/>
              <w:keepLines/>
              <w:keepNext/>
            </w:pPr>
            <w:r>
              <w:rPr>
                <w:b/>
                <w:i w:val="0"/>
                <w:color w:val="0B5D4B"/>
                <w:sz w:val="14"/>
              </w:rPr>
              <w:t xml:space="preserve">• </w:t>
            </w:r>
            <w:r>
              <w:rPr>
                <w:b w:val="0"/>
                <w:i w:val="0"/>
                <w:color w:val="111111"/>
                <w:sz w:val="14"/>
              </w:rPr>
              <w:t>Let players walk before running.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amber, reverse or roundabout commands.</w:t>
            </w:r>
          </w:p>
          <w:p>
            <w:pPr>
              <w:spacing w:after="0"/>
              <w:ind w:left="230" w:hanging="158"/>
              <w:keepLines/>
              <w:keepNext/>
            </w:pPr>
            <w:r>
              <w:rPr>
                <w:b/>
                <w:i w:val="0"/>
                <w:color w:val="0B5D4B"/>
                <w:sz w:val="14"/>
              </w:rPr>
              <w:t xml:space="preserve">• </w:t>
            </w:r>
            <w:r>
              <w:rPr>
                <w:b w:val="0"/>
                <w:i w:val="0"/>
                <w:color w:val="111111"/>
                <w:sz w:val="14"/>
              </w:rPr>
              <w:t>Give players a ball once they are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reacts safely rather than simply fastest?</w:t>
            </w:r>
          </w:p>
          <w:p>
            <w:pPr>
              <w:spacing w:after="0"/>
              <w:ind w:left="230" w:hanging="158"/>
              <w:keepLines/>
              <w:keepNext/>
            </w:pPr>
            <w:r>
              <w:rPr>
                <w:b/>
                <w:i w:val="0"/>
                <w:color w:val="0B5D4B"/>
                <w:sz w:val="14"/>
              </w:rPr>
              <w:t xml:space="preserve">• </w:t>
            </w:r>
            <w:r>
              <w:rPr>
                <w:b w:val="0"/>
                <w:i w:val="0"/>
                <w:color w:val="111111"/>
                <w:sz w:val="14"/>
              </w:rPr>
              <w:t>Are players spreading out instead of following a crowd?</w:t>
            </w:r>
          </w:p>
          <w:p>
            <w:pPr>
              <w:spacing w:before="20" w:after="0"/>
              <w:keepLines/>
              <w:keepNext/>
            </w:pPr>
            <w:r>
              <w:rPr>
                <w:b/>
                <w:i w:val="0"/>
                <w:color w:val="F28C28"/>
                <w:sz w:val="14"/>
              </w:rPr>
              <w:t>SAFETY</w:t>
            </w:r>
          </w:p>
          <w:p>
            <w:pPr>
              <w:spacing w:after="0"/>
              <w:keepLines/>
            </w:pPr>
            <w:r>
              <w:rPr>
                <w:sz w:val="14"/>
              </w:rPr>
              <w:t>Keep signals clear and stop the activity if spacing becomes unsafe.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Ball Exploration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and spread them safely through the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Invite children to discover different ways to hold, move, roll, bounce, spin and balance the ball.</w:t>
            </w:r>
          </w:p>
          <w:p>
            <w:pPr>
              <w:spacing w:after="0"/>
              <w:ind w:left="230" w:hanging="158"/>
              <w:keepLines/>
              <w:keepNext/>
            </w:pPr>
            <w:r>
              <w:rPr>
                <w:b/>
                <w:i w:val="0"/>
                <w:color w:val="0B5D4B"/>
                <w:sz w:val="14"/>
              </w:rPr>
              <w:t xml:space="preserve">• </w:t>
            </w:r>
            <w:r>
              <w:rPr>
                <w:b w:val="0"/>
                <w:i w:val="0"/>
                <w:color w:val="111111"/>
                <w:sz w:val="14"/>
              </w:rPr>
              <w:t>Demonstrate a few ideas, then allow short periods of exploration.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Try something new.</w:t>
            </w:r>
          </w:p>
          <w:p>
            <w:pPr>
              <w:spacing w:after="0"/>
              <w:ind w:left="230" w:hanging="158"/>
              <w:keepLines/>
              <w:keepNext/>
            </w:pPr>
            <w:r>
              <w:rPr>
                <w:b/>
                <w:i w:val="0"/>
                <w:color w:val="0B5D4B"/>
                <w:sz w:val="14"/>
              </w:rPr>
              <w:t xml:space="preserve">• </w:t>
            </w:r>
            <w:r>
              <w:rPr>
                <w:b w:val="0"/>
                <w:i w:val="0"/>
                <w:color w:val="111111"/>
                <w:sz w:val="14"/>
              </w:rPr>
              <w:t>Keep the ball in your space.</w:t>
            </w:r>
          </w:p>
          <w:p>
            <w:pPr>
              <w:spacing w:after="0"/>
              <w:ind w:left="230" w:hanging="158"/>
              <w:keepLines/>
              <w:keepNext/>
            </w:pPr>
            <w:r>
              <w:rPr>
                <w:b/>
                <w:i w:val="0"/>
                <w:color w:val="0B5D4B"/>
                <w:sz w:val="14"/>
              </w:rPr>
              <w:t xml:space="preserve">• </w:t>
            </w:r>
            <w:r>
              <w:rPr>
                <w:b w:val="0"/>
                <w:i w:val="0"/>
                <w:color w:val="111111"/>
                <w:sz w:val="14"/>
              </w:rPr>
              <w:t>Recover and keep going.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one action at a time.</w:t>
            </w:r>
          </w:p>
          <w:p>
            <w:pPr>
              <w:spacing w:after="0"/>
              <w:ind w:left="230" w:hanging="158"/>
              <w:keepLines/>
              <w:keepNext/>
            </w:pPr>
            <w:r>
              <w:rPr>
                <w:b/>
                <w:i w:val="0"/>
                <w:color w:val="0B5D4B"/>
                <w:sz w:val="14"/>
              </w:rPr>
              <w:t xml:space="preserve">• </w:t>
            </w:r>
            <w:r>
              <w:rPr>
                <w:b w:val="0"/>
                <w:i w:val="0"/>
                <w:color w:val="111111"/>
                <w:sz w:val="14"/>
              </w:rPr>
              <w:t>Allow two children to share a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invent and demonstrate an action.</w:t>
            </w:r>
          </w:p>
          <w:p>
            <w:pPr>
              <w:spacing w:after="0"/>
              <w:ind w:left="230" w:hanging="158"/>
              <w:keepLines/>
              <w:keepNext/>
            </w:pPr>
            <w:r>
              <w:rPr>
                <w:b/>
                <w:i w:val="0"/>
                <w:color w:val="0B5D4B"/>
                <w:sz w:val="14"/>
              </w:rPr>
              <w:t xml:space="preserve">• </w:t>
            </w:r>
            <w:r>
              <w:rPr>
                <w:b w:val="0"/>
                <w:i w:val="0"/>
                <w:color w:val="111111"/>
                <w:sz w:val="14"/>
              </w:rPr>
              <w:t>Combine two actions in sequence.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is hesitant to experiment?</w:t>
            </w:r>
          </w:p>
          <w:p>
            <w:pPr>
              <w:spacing w:after="0"/>
              <w:ind w:left="230" w:hanging="158"/>
              <w:keepLines/>
              <w:keepNext/>
            </w:pPr>
            <w:r>
              <w:rPr>
                <w:b/>
                <w:i w:val="0"/>
                <w:color w:val="0B5D4B"/>
                <w:sz w:val="14"/>
              </w:rPr>
              <w:t xml:space="preserve">• </w:t>
            </w:r>
            <w:r>
              <w:rPr>
                <w:b w:val="0"/>
                <w:i w:val="0"/>
                <w:color w:val="111111"/>
                <w:sz w:val="14"/>
              </w:rPr>
              <w:t>Who needs more space or a softer/lighter ball?</w:t>
            </w:r>
          </w:p>
          <w:p>
            <w:pPr>
              <w:spacing w:before="20" w:after="0"/>
              <w:keepLines/>
              <w:keepNext/>
            </w:pPr>
            <w:r>
              <w:rPr>
                <w:b/>
                <w:i w:val="0"/>
                <w:color w:val="F28C28"/>
                <w:sz w:val="14"/>
              </w:rPr>
              <w:t>SAFETY</w:t>
            </w:r>
          </w:p>
          <w:p>
            <w:pPr>
              <w:spacing w:after="0"/>
              <w:keepLines/>
            </w:pPr>
            <w:r>
              <w:rPr>
                <w:sz w:val="14"/>
              </w:rPr>
              <w:t>No kicking unless specifically instructed in a safe, controlled activity.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Court Treasure Hunt</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Identify several court areas and place a cone or card at each. Every player has a ball where possible.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a court area or clue. Players carry, roll or dribble there, complete a simple task, then await the next clue.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for the place.</w:t>
            </w:r>
          </w:p>
          <w:p>
            <w:pPr>
              <w:spacing w:after="0"/>
              <w:ind w:left="230" w:hanging="158"/>
              <w:keepLines/>
              <w:keepNext/>
            </w:pPr>
            <w:r>
              <w:rPr>
                <w:b/>
                <w:i w:val="0"/>
                <w:color w:val="0B5D4B"/>
                <w:sz w:val="14"/>
              </w:rPr>
              <w:t xml:space="preserve">• </w:t>
            </w:r>
            <w:r>
              <w:rPr>
                <w:b w:val="0"/>
                <w:i w:val="0"/>
                <w:color w:val="111111"/>
                <w:sz w:val="14"/>
              </w:rPr>
              <w:t>Travel safely.</w:t>
            </w:r>
          </w:p>
          <w:p>
            <w:pPr>
              <w:spacing w:after="0"/>
              <w:ind w:left="230" w:hanging="158"/>
              <w:keepLines/>
              <w:keepNext/>
            </w:pPr>
            <w:r>
              <w:rPr>
                <w:b/>
                <w:i w:val="0"/>
                <w:color w:val="0B5D4B"/>
                <w:sz w:val="14"/>
              </w:rPr>
              <w:t xml:space="preserve">• </w:t>
            </w:r>
            <w:r>
              <w:rPr>
                <w:b w:val="0"/>
                <w:i w:val="0"/>
                <w:color w:val="111111"/>
                <w:sz w:val="14"/>
              </w:rPr>
              <w:t>Stop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picture or word cards optional</w:t>
            </w:r>
          </w:p>
          <w:p>
            <w:pPr>
              <w:spacing w:after="0"/>
              <w:ind w:left="230" w:hanging="158"/>
              <w:keepLines/>
              <w:keepNext/>
            </w:pPr>
            <w:r>
              <w:rPr>
                <w:b/>
                <w:i w:val="0"/>
                <w:color w:val="0B5D4B"/>
                <w:sz w:val="14"/>
              </w:rPr>
              <w:t xml:space="preserve">• </w:t>
            </w:r>
            <w:r>
              <w:rPr>
                <w:b w:val="0"/>
                <w:i w:val="0"/>
                <w:color w:val="111111"/>
                <w:sz w:val="14"/>
              </w:rPr>
              <w:t>Full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two or three areas.</w:t>
            </w:r>
          </w:p>
          <w:p>
            <w:pPr>
              <w:spacing w:after="0"/>
              <w:ind w:left="230" w:hanging="158"/>
              <w:keepLines/>
              <w:keepNext/>
            </w:pPr>
            <w:r>
              <w:rPr>
                <w:b/>
                <w:i w:val="0"/>
                <w:color w:val="0B5D4B"/>
                <w:sz w:val="14"/>
              </w:rPr>
              <w:t xml:space="preserve">• </w:t>
            </w:r>
            <w:r>
              <w:rPr>
                <w:b w:val="0"/>
                <w:i w:val="0"/>
                <w:color w:val="111111"/>
                <w:sz w:val="14"/>
              </w:rPr>
              <w:t>Allow carrying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skill at each area.</w:t>
            </w:r>
          </w:p>
          <w:p>
            <w:pPr>
              <w:spacing w:after="0"/>
              <w:ind w:left="230" w:hanging="158"/>
              <w:keepLines/>
              <w:keepNext/>
            </w:pPr>
            <w:r>
              <w:rPr>
                <w:b/>
                <w:i w:val="0"/>
                <w:color w:val="0B5D4B"/>
                <w:sz w:val="14"/>
              </w:rPr>
              <w:t xml:space="preserve">• </w:t>
            </w:r>
            <w:r>
              <w:rPr>
                <w:b w:val="0"/>
                <w:i w:val="0"/>
                <w:color w:val="111111"/>
                <w:sz w:val="14"/>
              </w:rPr>
              <w:t>Let players call the next location.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court terms through movement?</w:t>
            </w:r>
          </w:p>
          <w:p>
            <w:pPr>
              <w:spacing w:after="0"/>
              <w:ind w:left="230" w:hanging="158"/>
              <w:keepLines/>
              <w:keepNext/>
            </w:pPr>
            <w:r>
              <w:rPr>
                <w:b/>
                <w:i w:val="0"/>
                <w:color w:val="0B5D4B"/>
                <w:sz w:val="14"/>
              </w:rPr>
              <w:t xml:space="preserve">• </w:t>
            </w:r>
            <w:r>
              <w:rPr>
                <w:b w:val="0"/>
                <w:i w:val="0"/>
                <w:color w:val="111111"/>
                <w:sz w:val="14"/>
              </w:rPr>
              <w:t>Is anyone following others without recognising the area?</w:t>
            </w:r>
          </w:p>
          <w:p>
            <w:pPr>
              <w:spacing w:before="20" w:after="0"/>
              <w:keepLines/>
              <w:keepNext/>
            </w:pPr>
            <w:r>
              <w:rPr>
                <w:b/>
                <w:i w:val="0"/>
                <w:color w:val="F28C28"/>
                <w:sz w:val="14"/>
              </w:rPr>
              <w:t>SAFETY</w:t>
            </w:r>
          </w:p>
          <w:p>
            <w:pPr>
              <w:spacing w:after="0"/>
              <w:keepLines/>
            </w:pPr>
            <w:r>
              <w:rPr>
                <w:sz w:val="14"/>
              </w:rPr>
              <w:t>Avoid races until players know the routes. Keep travel directions from crossing dangerously.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Clean Your Room</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Divide the court into two equal areas. Spread an equal number of balls on both sides and divide players into two teams.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 the signal, players roll or gently bounce balls into the other team’s area.</w:t>
            </w:r>
          </w:p>
          <w:p>
            <w:pPr>
              <w:spacing w:after="0"/>
              <w:ind w:left="230" w:hanging="158"/>
              <w:keepLines/>
              <w:keepNext/>
            </w:pPr>
            <w:r>
              <w:rPr>
                <w:b/>
                <w:i w:val="0"/>
                <w:color w:val="0B5D4B"/>
                <w:sz w:val="14"/>
              </w:rPr>
              <w:t xml:space="preserve">• </w:t>
            </w:r>
            <w:r>
              <w:rPr>
                <w:b w:val="0"/>
                <w:i w:val="0"/>
                <w:color w:val="111111"/>
                <w:sz w:val="14"/>
              </w:rPr>
              <w:t>When time ends, everyone freezes and balls are counted or simply reset for another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your head up.</w:t>
            </w:r>
          </w:p>
          <w:p>
            <w:pPr>
              <w:spacing w:after="0"/>
              <w:ind w:left="230" w:hanging="158"/>
              <w:keepLines/>
              <w:keepNext/>
            </w:pPr>
            <w:r>
              <w:rPr>
                <w:b/>
                <w:i w:val="0"/>
                <w:color w:val="0B5D4B"/>
                <w:sz w:val="14"/>
              </w:rPr>
              <w:t xml:space="preserve">• </w:t>
            </w:r>
            <w:r>
              <w:rPr>
                <w:b w:val="0"/>
                <w:i w:val="0"/>
                <w:color w:val="111111"/>
                <w:sz w:val="14"/>
              </w:rPr>
              <w:t>Use a safe roll or bounce.</w:t>
            </w:r>
          </w:p>
          <w:p>
            <w:pPr>
              <w:spacing w:after="0"/>
              <w:ind w:left="230" w:hanging="158"/>
              <w:keepLines/>
              <w:keepNext/>
            </w:pPr>
            <w:r>
              <w:rPr>
                <w:b/>
                <w:i w:val="0"/>
                <w:color w:val="0B5D4B"/>
                <w:sz w:val="14"/>
              </w:rPr>
              <w:t xml:space="preserve">• </w:t>
            </w:r>
            <w:r>
              <w:rPr>
                <w:b w:val="0"/>
                <w:i w:val="0"/>
                <w:color w:val="111111"/>
                <w:sz w:val="14"/>
              </w:rPr>
              <w:t>Stay in your own area.</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Many soft balls or basketballs and cones</w:t>
            </w:r>
          </w:p>
          <w:p>
            <w:pPr>
              <w:spacing w:after="0"/>
              <w:ind w:left="230" w:hanging="158"/>
              <w:keepLines/>
              <w:keepNext/>
            </w:pPr>
            <w:r>
              <w:rPr>
                <w:b/>
                <w:i w:val="0"/>
                <w:color w:val="0B5D4B"/>
                <w:sz w:val="14"/>
              </w:rPr>
              <w:t xml:space="preserve">• </w:t>
            </w:r>
            <w:r>
              <w:rPr>
                <w:b w:val="0"/>
                <w:i w:val="0"/>
                <w:color w:val="111111"/>
                <w:sz w:val="14"/>
              </w:rPr>
              <w:t>Half or full court divided in two</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balls.</w:t>
            </w:r>
          </w:p>
          <w:p>
            <w:pPr>
              <w:spacing w:after="0"/>
              <w:ind w:left="230" w:hanging="158"/>
              <w:keepLines/>
              <w:keepNext/>
            </w:pPr>
            <w:r>
              <w:rPr>
                <w:b/>
                <w:i w:val="0"/>
                <w:color w:val="0B5D4B"/>
                <w:sz w:val="14"/>
              </w:rPr>
              <w:t xml:space="preserve">• </w:t>
            </w:r>
            <w:r>
              <w:rPr>
                <w:b w:val="0"/>
                <w:i w:val="0"/>
                <w:color w:val="111111"/>
                <w:sz w:val="14"/>
              </w:rPr>
              <w:t>Allow only rolling.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the non-preferred hand.</w:t>
            </w:r>
          </w:p>
          <w:p>
            <w:pPr>
              <w:spacing w:after="0"/>
              <w:ind w:left="230" w:hanging="158"/>
              <w:keepLines/>
              <w:keepNext/>
            </w:pPr>
            <w:r>
              <w:rPr>
                <w:b/>
                <w:i w:val="0"/>
                <w:color w:val="0B5D4B"/>
                <w:sz w:val="14"/>
              </w:rPr>
              <w:t xml:space="preserve">• </w:t>
            </w:r>
            <w:r>
              <w:rPr>
                <w:b w:val="0"/>
                <w:i w:val="0"/>
                <w:color w:val="111111"/>
                <w:sz w:val="14"/>
              </w:rPr>
              <w:t>Add target zones rather than counting balls.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all children involved rather than one or two dominating?</w:t>
            </w:r>
          </w:p>
          <w:p>
            <w:pPr>
              <w:spacing w:after="0"/>
              <w:ind w:left="230" w:hanging="158"/>
              <w:keepLines/>
              <w:keepNext/>
            </w:pPr>
            <w:r>
              <w:rPr>
                <w:b/>
                <w:i w:val="0"/>
                <w:color w:val="0B5D4B"/>
                <w:sz w:val="14"/>
              </w:rPr>
              <w:t xml:space="preserve">• </w:t>
            </w:r>
            <w:r>
              <w:rPr>
                <w:b w:val="0"/>
                <w:i w:val="0"/>
                <w:color w:val="111111"/>
                <w:sz w:val="14"/>
              </w:rPr>
              <w:t>Are players looking before sending the ball?</w:t>
            </w:r>
          </w:p>
          <w:p>
            <w:pPr>
              <w:spacing w:before="20" w:after="0"/>
              <w:keepLines/>
              <w:keepNext/>
            </w:pPr>
            <w:r>
              <w:rPr>
                <w:b/>
                <w:i w:val="0"/>
                <w:color w:val="F28C28"/>
                <w:sz w:val="14"/>
              </w:rPr>
              <w:t>SAFETY</w:t>
            </w:r>
          </w:p>
          <w:p>
            <w:pPr>
              <w:spacing w:after="0"/>
              <w:keepLines/>
            </w:pPr>
            <w:r>
              <w:rPr>
                <w:sz w:val="14"/>
              </w:rPr>
              <w:t>No hard throws. Players stay on their own side and stop immediately on the signal.</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 MOVE, STOP AND CONTROL</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in different ways, stop under control and recover the ball safely.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Listen, respond and move safely.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Move in different ways; stop, balance and land safely; carry, bounce and recover; understand in and out of bounds.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Follow the Leader</w:t>
            </w:r>
          </w:p>
        </w:tc>
        <w:tc>
          <w:tcPr>
            <w:tcW w:type="dxa" w:w="4104"/>
            <w:vAlign w:val="center"/>
            <w:tcMar>
              <w:top w:w="42" w:type="dxa"/>
              <w:start w:w="50" w:type="dxa"/>
              <w:bottom w:w="42" w:type="dxa"/>
              <w:end w:w="50" w:type="dxa"/>
            </w:tcMar>
          </w:tcPr>
          <w:p>
            <w:pPr>
              <w:keepLines/>
            </w:pPr>
            <w:r>
              <w:rPr>
                <w:b w:val="0"/>
                <w:i w:val="0"/>
                <w:color w:val="111111"/>
                <w:sz w:val="14"/>
              </w:rPr>
              <w:t>Children copy skip, hop, side-step and balance while carrying a ball.</w:t>
            </w:r>
          </w:p>
        </w:tc>
        <w:tc>
          <w:tcPr>
            <w:tcW w:type="dxa" w:w="2563"/>
            <w:vAlign w:val="center"/>
            <w:tcMar>
              <w:top w:w="42" w:type="dxa"/>
              <w:start w:w="50" w:type="dxa"/>
              <w:bottom w:w="42" w:type="dxa"/>
              <w:end w:w="50" w:type="dxa"/>
            </w:tcMar>
          </w:tcPr>
          <w:p>
            <w:pPr>
              <w:keepLines/>
            </w:pPr>
            <w:r>
              <w:rPr>
                <w:b w:val="0"/>
                <w:i w:val="0"/>
                <w:color w:val="111111"/>
                <w:sz w:val="14"/>
              </w:rPr>
              <w:t>Model rather than explain.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Freeze and Balance</w:t>
            </w:r>
          </w:p>
        </w:tc>
        <w:tc>
          <w:tcPr>
            <w:tcW w:type="dxa" w:w="4104"/>
            <w:vAlign w:val="center"/>
            <w:tcMar>
              <w:top w:w="42" w:type="dxa"/>
              <w:start w:w="50" w:type="dxa"/>
              <w:bottom w:w="42" w:type="dxa"/>
              <w:end w:w="50" w:type="dxa"/>
            </w:tcMar>
          </w:tcPr>
          <w:p>
            <w:pPr>
              <w:keepLines/>
            </w:pPr>
            <w:r>
              <w:rPr>
                <w:b w:val="0"/>
                <w:i w:val="0"/>
                <w:color w:val="111111"/>
                <w:sz w:val="14"/>
              </w:rPr>
              <w:t>Move freely; on whistle stop on two feet and hold balance.</w:t>
            </w:r>
          </w:p>
        </w:tc>
        <w:tc>
          <w:tcPr>
            <w:tcW w:type="dxa" w:w="2563"/>
            <w:vAlign w:val="center"/>
            <w:tcMar>
              <w:top w:w="42" w:type="dxa"/>
              <w:start w:w="50" w:type="dxa"/>
              <w:bottom w:w="42" w:type="dxa"/>
              <w:end w:w="50" w:type="dxa"/>
            </w:tcMar>
          </w:tcPr>
          <w:p>
            <w:pPr>
              <w:keepLines/>
            </w:pPr>
            <w:r>
              <w:rPr>
                <w:b w:val="0"/>
                <w:i w:val="0"/>
                <w:color w:val="111111"/>
                <w:sz w:val="14"/>
              </w:rPr>
              <w:t>Soft knees; space between players.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Bounce and Freeze</w:t>
            </w:r>
          </w:p>
        </w:tc>
        <w:tc>
          <w:tcPr>
            <w:tcW w:type="dxa" w:w="4104"/>
            <w:vAlign w:val="center"/>
            <w:tcMar>
              <w:top w:w="42" w:type="dxa"/>
              <w:start w:w="50" w:type="dxa"/>
              <w:bottom w:w="42" w:type="dxa"/>
              <w:end w:w="50" w:type="dxa"/>
            </w:tcMar>
          </w:tcPr>
          <w:p>
            <w:pPr>
              <w:keepLines/>
            </w:pPr>
            <w:r>
              <w:rPr>
                <w:b w:val="0"/>
                <w:i w:val="0"/>
                <w:color w:val="111111"/>
                <w:sz w:val="14"/>
              </w:rPr>
              <w:t>Bounce while walking; freeze, catch or secure the ball, then restart.</w:t>
            </w:r>
          </w:p>
        </w:tc>
        <w:tc>
          <w:tcPr>
            <w:tcW w:type="dxa" w:w="2563"/>
            <w:vAlign w:val="center"/>
            <w:tcMar>
              <w:top w:w="42" w:type="dxa"/>
              <w:start w:w="50" w:type="dxa"/>
              <w:bottom w:w="42" w:type="dxa"/>
              <w:end w:w="50" w:type="dxa"/>
            </w:tcMar>
          </w:tcPr>
          <w:p>
            <w:pPr>
              <w:keepLines/>
            </w:pPr>
            <w:r>
              <w:rPr>
                <w:b w:val="0"/>
                <w:i w:val="0"/>
                <w:color w:val="111111"/>
                <w:sz w:val="14"/>
              </w:rPr>
              <w:t>Control before speed.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Island Hopping</w:t>
            </w:r>
          </w:p>
        </w:tc>
        <w:tc>
          <w:tcPr>
            <w:tcW w:type="dxa" w:w="4104"/>
            <w:vAlign w:val="center"/>
            <w:tcMar>
              <w:top w:w="42" w:type="dxa"/>
              <w:start w:w="50" w:type="dxa"/>
              <w:bottom w:w="42" w:type="dxa"/>
              <w:end w:w="50" w:type="dxa"/>
            </w:tcMar>
          </w:tcPr>
          <w:p>
            <w:pPr>
              <w:keepLines/>
            </w:pPr>
            <w:r>
              <w:rPr>
                <w:b w:val="0"/>
                <w:i w:val="0"/>
                <w:color w:val="111111"/>
                <w:sz w:val="14"/>
              </w:rPr>
              <w:t>Move between floor spots using different movements; add one bounce at each island, then continuous bouncing.</w:t>
            </w:r>
          </w:p>
        </w:tc>
        <w:tc>
          <w:tcPr>
            <w:tcW w:type="dxa" w:w="2563"/>
            <w:vAlign w:val="center"/>
            <w:tcMar>
              <w:top w:w="42" w:type="dxa"/>
              <w:start w:w="50" w:type="dxa"/>
              <w:bottom w:w="42" w:type="dxa"/>
              <w:end w:w="50" w:type="dxa"/>
            </w:tcMar>
          </w:tcPr>
          <w:p>
            <w:pPr>
              <w:keepLines/>
            </w:pPr>
            <w:r>
              <w:rPr>
                <w:b w:val="0"/>
                <w:i w:val="0"/>
                <w:color w:val="111111"/>
                <w:sz w:val="14"/>
              </w:rPr>
              <w:t>Safe landing; eyes up briefly.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Rob the Nest</w:t>
            </w:r>
          </w:p>
        </w:tc>
        <w:tc>
          <w:tcPr>
            <w:tcW w:type="dxa" w:w="4104"/>
            <w:vAlign w:val="center"/>
            <w:tcMar>
              <w:top w:w="42" w:type="dxa"/>
              <w:start w:w="50" w:type="dxa"/>
              <w:bottom w:w="42" w:type="dxa"/>
              <w:end w:w="50" w:type="dxa"/>
            </w:tcMar>
          </w:tcPr>
          <w:p>
            <w:pPr>
              <w:keepLines/>
            </w:pPr>
            <w:r>
              <w:rPr>
                <w:b w:val="0"/>
                <w:i w:val="0"/>
                <w:color w:val="111111"/>
                <w:sz w:val="14"/>
              </w:rPr>
              <w:t>Teams collect one ball at a time from centre and return safely.</w:t>
            </w:r>
          </w:p>
        </w:tc>
        <w:tc>
          <w:tcPr>
            <w:tcW w:type="dxa" w:w="2563"/>
            <w:vAlign w:val="center"/>
            <w:tcMar>
              <w:top w:w="42" w:type="dxa"/>
              <w:start w:w="50" w:type="dxa"/>
              <w:bottom w:w="42" w:type="dxa"/>
              <w:end w:w="50" w:type="dxa"/>
            </w:tcMar>
          </w:tcPr>
          <w:p>
            <w:pPr>
              <w:keepLines/>
            </w:pPr>
            <w:r>
              <w:rPr>
                <w:b w:val="0"/>
                <w:i w:val="0"/>
                <w:color w:val="111111"/>
                <w:sz w:val="14"/>
              </w:rPr>
              <w:t>No snatching; stop at boundaries.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Review in bounds/out of bounds and praise safe movement.</w:t>
            </w:r>
          </w:p>
        </w:tc>
        <w:tc>
          <w:tcPr>
            <w:tcW w:type="dxa" w:w="2563"/>
            <w:vAlign w:val="center"/>
            <w:tcMar>
              <w:top w:w="42" w:type="dxa"/>
              <w:start w:w="50" w:type="dxa"/>
              <w:bottom w:w="42" w:type="dxa"/>
              <w:end w:w="50" w:type="dxa"/>
            </w:tcMar>
          </w:tcPr>
          <w:p>
            <w:pPr>
              <w:keepLines/>
            </w:pPr>
            <w:r>
              <w:rPr>
                <w:b w:val="0"/>
                <w:i w:val="0"/>
                <w:color w:val="111111"/>
                <w:sz w:val="14"/>
              </w:rPr>
              <w:t>One question, one cheer.</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stops balanced and under control?</w:t>
              <w:br/>
              <w:t>Are children leaving enough space to move safely?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Carry the ball between islands.</w:t>
              <w:br/>
              <w:t>Harder: Dribble continuously and stop without picking up.</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In bounds, out of bounds and safe stopping.</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make your stop safe?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Follow the Leader</w:t>
            </w:r>
          </w:p>
        </w:tc>
        <w:tc>
          <w:tcPr>
            <w:tcW w:type="dxa" w:w="5429"/>
            <w:shd w:fill="F28C28"/>
            <w:tcMar>
              <w:top w:w="62" w:type="dxa"/>
              <w:start w:w="82" w:type="dxa"/>
              <w:bottom w:w="62" w:type="dxa"/>
              <w:end w:w="82" w:type="dxa"/>
            </w:tcMar>
          </w:tcPr>
          <w:p>
            <w:pPr>
              <w:jc w:val="center"/>
              <w:keepLines/>
              <w:keepNext/>
            </w:pPr>
            <w:r>
              <w:rPr>
                <w:b/>
                <w:i w:val="0"/>
                <w:color w:val="FFFFFF"/>
                <w:sz w:val="15"/>
              </w:rPr>
              <w:t>5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players in small groups or one line with enough space between them. Assign a leader to each group.</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leader travels through the space using different movements. The others copy. Change leaders frequently so many children get a 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Copy the movement, not the speed.</w:t>
            </w:r>
          </w:p>
          <w:p>
            <w:pPr>
              <w:spacing w:after="0"/>
              <w:ind w:left="230" w:hanging="158"/>
              <w:keepLines/>
              <w:keepNext/>
            </w:pPr>
            <w:r>
              <w:rPr>
                <w:b/>
                <w:i w:val="0"/>
                <w:color w:val="0B5D4B"/>
                <w:sz w:val="14"/>
              </w:rPr>
              <w:t xml:space="preserve">• </w:t>
            </w:r>
            <w:r>
              <w:rPr>
                <w:b w:val="0"/>
                <w:i w:val="0"/>
                <w:color w:val="111111"/>
                <w:sz w:val="14"/>
              </w:rPr>
              <w:t>Keep space from the player ahead.</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simple walking, running and stopping.</w:t>
            </w:r>
          </w:p>
          <w:p>
            <w:pPr>
              <w:spacing w:after="0"/>
              <w:ind w:left="230" w:hanging="158"/>
              <w:keepLines/>
              <w:keepNext/>
            </w:pPr>
            <w:r>
              <w:rPr>
                <w:b/>
                <w:i w:val="0"/>
                <w:color w:val="0B5D4B"/>
                <w:sz w:val="14"/>
              </w:rPr>
              <w:t xml:space="preserve">• </w:t>
            </w:r>
            <w:r>
              <w:rPr>
                <w:b w:val="0"/>
                <w:i w:val="0"/>
                <w:color w:val="111111"/>
                <w:sz w:val="14"/>
              </w:rPr>
              <w:t>Coach leads the whole group.</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take turns inventing movements.</w:t>
            </w:r>
          </w:p>
          <w:p>
            <w:pPr>
              <w:spacing w:after="0"/>
              <w:ind w:left="230" w:hanging="158"/>
              <w:keepLines/>
              <w:keepNext/>
            </w:pPr>
            <w:r>
              <w:rPr>
                <w:b/>
                <w:i w:val="0"/>
                <w:color w:val="0B5D4B"/>
                <w:sz w:val="14"/>
              </w:rPr>
              <w:t xml:space="preserve">• </w:t>
            </w:r>
            <w:r>
              <w:rPr>
                <w:b w:val="0"/>
                <w:i w:val="0"/>
                <w:color w:val="111111"/>
                <w:sz w:val="14"/>
              </w:rPr>
              <w:t>Add a ball for carrying, rolling or dribbling.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every child able to see and follow?</w:t>
            </w:r>
          </w:p>
          <w:p>
            <w:pPr>
              <w:spacing w:after="0"/>
              <w:ind w:left="230" w:hanging="158"/>
              <w:keepLines/>
              <w:keepNext/>
            </w:pPr>
            <w:r>
              <w:rPr>
                <w:b/>
                <w:i w:val="0"/>
                <w:color w:val="0B5D4B"/>
                <w:sz w:val="14"/>
              </w:rPr>
              <w:t xml:space="preserve">• </w:t>
            </w:r>
            <w:r>
              <w:rPr>
                <w:b w:val="0"/>
                <w:i w:val="0"/>
                <w:color w:val="111111"/>
                <w:sz w:val="14"/>
              </w:rPr>
              <w:t>Are quieter children being offered a leadership turn?</w:t>
            </w:r>
          </w:p>
          <w:p>
            <w:pPr>
              <w:spacing w:before="20" w:after="0"/>
              <w:keepLines/>
              <w:keepNext/>
            </w:pPr>
            <w:r>
              <w:rPr>
                <w:b/>
                <w:i w:val="0"/>
                <w:color w:val="F28C28"/>
                <w:sz w:val="14"/>
              </w:rPr>
              <w:t>SAFETY</w:t>
            </w:r>
          </w:p>
          <w:p>
            <w:pPr>
              <w:spacing w:after="0"/>
              <w:keepLines/>
            </w:pPr>
            <w:r>
              <w:rPr>
                <w:sz w:val="14"/>
              </w:rPr>
              <w:t>Avoid tight lines and sudden backward movement when players are close together.</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Freeze and Balance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safe area. Players move freely using the movement called by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 the signal, players freeze in a balanced position. Ask for two feet, one foot, low stance or a basketball-ready position.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Freeze without bumping.</w:t>
            </w:r>
          </w:p>
          <w:p>
            <w:pPr>
              <w:spacing w:after="0"/>
              <w:ind w:left="230" w:hanging="158"/>
              <w:keepLines/>
              <w:keepNext/>
            </w:pPr>
            <w:r>
              <w:rPr>
                <w:b/>
                <w:i w:val="0"/>
                <w:color w:val="0B5D4B"/>
                <w:sz w:val="14"/>
              </w:rPr>
              <w:t xml:space="preserve">• </w:t>
            </w:r>
            <w:r>
              <w:rPr>
                <w:b w:val="0"/>
                <w:i w:val="0"/>
                <w:color w:val="111111"/>
                <w:sz w:val="14"/>
              </w:rPr>
              <w:t>Hold the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Freeze on two feet only.</w:t>
            </w:r>
          </w:p>
          <w:p>
            <w:pPr>
              <w:spacing w:after="0"/>
              <w:ind w:left="230" w:hanging="158"/>
              <w:keepLines/>
              <w:keepNext/>
            </w:pPr>
            <w:r>
              <w:rPr>
                <w:b/>
                <w:i w:val="0"/>
                <w:color w:val="0B5D4B"/>
                <w:sz w:val="14"/>
              </w:rPr>
              <w:t xml:space="preserve">• </w:t>
            </w:r>
            <w:r>
              <w:rPr>
                <w:b w:val="0"/>
                <w:i w:val="0"/>
                <w:color w:val="111111"/>
                <w:sz w:val="14"/>
              </w:rPr>
              <w:t>Allow a small step to regain balance.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Balance on one foot.</w:t>
            </w:r>
          </w:p>
          <w:p>
            <w:pPr>
              <w:spacing w:after="0"/>
              <w:ind w:left="230" w:hanging="158"/>
              <w:keepLines/>
              <w:keepNext/>
            </w:pPr>
            <w:r>
              <w:rPr>
                <w:b/>
                <w:i w:val="0"/>
                <w:color w:val="0B5D4B"/>
                <w:sz w:val="14"/>
              </w:rPr>
              <w:t xml:space="preserve">• </w:t>
            </w:r>
            <w:r>
              <w:rPr>
                <w:b w:val="0"/>
                <w:i w:val="0"/>
                <w:color w:val="111111"/>
                <w:sz w:val="14"/>
              </w:rPr>
              <w:t>Freeze while holding or controlling a ball.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can stop without extra steps?</w:t>
            </w:r>
          </w:p>
          <w:p>
            <w:pPr>
              <w:spacing w:after="0"/>
              <w:ind w:left="230" w:hanging="158"/>
              <w:keepLines/>
              <w:keepNext/>
            </w:pPr>
            <w:r>
              <w:rPr>
                <w:b/>
                <w:i w:val="0"/>
                <w:color w:val="0B5D4B"/>
                <w:sz w:val="14"/>
              </w:rPr>
              <w:t xml:space="preserve">• </w:t>
            </w:r>
            <w:r>
              <w:rPr>
                <w:b w:val="0"/>
                <w:i w:val="0"/>
                <w:color w:val="111111"/>
                <w:sz w:val="14"/>
              </w:rPr>
              <w:t>Who needs more space or a simpler balance?</w:t>
            </w:r>
          </w:p>
          <w:p>
            <w:pPr>
              <w:spacing w:before="20" w:after="0"/>
              <w:keepLines/>
              <w:keepNext/>
            </w:pPr>
            <w:r>
              <w:rPr>
                <w:b/>
                <w:i w:val="0"/>
                <w:color w:val="F28C28"/>
                <w:sz w:val="14"/>
              </w:rPr>
              <w:t>SAFETY</w:t>
            </w:r>
          </w:p>
          <w:p>
            <w:pPr>
              <w:spacing w:after="0"/>
              <w:keepLines/>
            </w:pPr>
            <w:r>
              <w:rPr>
                <w:sz w:val="14"/>
              </w:rPr>
              <w:t>Use a non-slip surface and avoid prolonged one-foot balances.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Bounce and Freeze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spread out with a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bounce freely. On the signal they catch or stop the ball and freeze in a balanced position. Restart on the next signal.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Ball under control.</w:t>
            </w:r>
          </w:p>
          <w:p>
            <w:pPr>
              <w:spacing w:after="0"/>
              <w:ind w:left="230" w:hanging="158"/>
              <w:keepLines/>
              <w:keepNext/>
            </w:pPr>
            <w:r>
              <w:rPr>
                <w:b/>
                <w:i w:val="0"/>
                <w:color w:val="0B5D4B"/>
                <w:sz w:val="14"/>
              </w:rPr>
              <w:t xml:space="preserve">• </w:t>
            </w:r>
            <w:r>
              <w:rPr>
                <w:b w:val="0"/>
                <w:i w:val="0"/>
                <w:color w:val="111111"/>
                <w:sz w:val="14"/>
              </w:rPr>
              <w:t>Freeze with balance.</w:t>
            </w:r>
          </w:p>
          <w:p>
            <w:pPr>
              <w:spacing w:after="0"/>
              <w:ind w:left="230" w:hanging="158"/>
              <w:keepLines/>
              <w:keepNext/>
            </w:pPr>
            <w:r>
              <w:rPr>
                <w:b/>
                <w:i w:val="0"/>
                <w:color w:val="0B5D4B"/>
                <w:sz w:val="14"/>
              </w:rPr>
              <w:t xml:space="preserve">• </w:t>
            </w:r>
            <w:r>
              <w:rPr>
                <w:b w:val="0"/>
                <w:i w:val="0"/>
                <w:color w:val="111111"/>
                <w:sz w:val="14"/>
              </w:rPr>
              <w:t>Listen for the signal.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Bounce in place only.</w:t>
            </w:r>
          </w:p>
          <w:p>
            <w:pPr>
              <w:spacing w:after="0"/>
              <w:ind w:left="230" w:hanging="158"/>
              <w:keepLines/>
              <w:keepNext/>
            </w:pPr>
            <w:r>
              <w:rPr>
                <w:b/>
                <w:i w:val="0"/>
                <w:color w:val="0B5D4B"/>
                <w:sz w:val="14"/>
              </w:rPr>
              <w:t xml:space="preserve">• </w:t>
            </w:r>
            <w:r>
              <w:rPr>
                <w:b w:val="0"/>
                <w:i w:val="0"/>
                <w:color w:val="111111"/>
                <w:sz w:val="14"/>
              </w:rPr>
              <w:t>Allow players to hold the ball while moving.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Walk while bouncing.</w:t>
            </w:r>
          </w:p>
          <w:p>
            <w:pPr>
              <w:spacing w:after="0"/>
              <w:ind w:left="230" w:hanging="158"/>
              <w:keepLines/>
              <w:keepNext/>
            </w:pPr>
            <w:r>
              <w:rPr>
                <w:b/>
                <w:i w:val="0"/>
                <w:color w:val="0B5D4B"/>
                <w:sz w:val="14"/>
              </w:rPr>
              <w:t xml:space="preserve">• </w:t>
            </w:r>
            <w:r>
              <w:rPr>
                <w:b w:val="0"/>
                <w:i w:val="0"/>
                <w:color w:val="111111"/>
                <w:sz w:val="14"/>
              </w:rPr>
              <w:t>Freeze in a named stance or on a court line.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Can players stop both body and ball?</w:t>
            </w:r>
          </w:p>
          <w:p>
            <w:pPr>
              <w:spacing w:after="0"/>
              <w:ind w:left="230" w:hanging="158"/>
              <w:keepLines/>
              <w:keepNext/>
            </w:pPr>
            <w:r>
              <w:rPr>
                <w:b/>
                <w:i w:val="0"/>
                <w:color w:val="0B5D4B"/>
                <w:sz w:val="14"/>
              </w:rPr>
              <w:t xml:space="preserve">• </w:t>
            </w:r>
            <w:r>
              <w:rPr>
                <w:b w:val="0"/>
                <w:i w:val="0"/>
                <w:color w:val="111111"/>
                <w:sz w:val="14"/>
              </w:rPr>
              <w:t>Who continues to chase after the signal and needs more space?</w:t>
            </w:r>
          </w:p>
          <w:p>
            <w:pPr>
              <w:spacing w:before="20" w:after="0"/>
              <w:keepLines/>
              <w:keepNext/>
            </w:pPr>
            <w:r>
              <w:rPr>
                <w:b/>
                <w:i w:val="0"/>
                <w:color w:val="F28C28"/>
                <w:sz w:val="14"/>
              </w:rPr>
              <w:t>SAFETY</w:t>
            </w:r>
          </w:p>
          <w:p>
            <w:pPr>
              <w:spacing w:after="0"/>
              <w:keepLines/>
            </w:pPr>
            <w:r>
              <w:rPr>
                <w:sz w:val="14"/>
              </w:rPr>
              <w:t>Use a clear stop signal and ensure loose balls are gathered before restarting.</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Island Hopping</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Spread islands around the space with safe gaps between them. Players begin on separate islands.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from island to island using a called movement. Add a bounce, stop, turn or balance task at each island.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Land softly.</w:t>
            </w:r>
          </w:p>
          <w:p>
            <w:pPr>
              <w:spacing w:after="0"/>
              <w:ind w:left="230" w:hanging="158"/>
              <w:keepLines/>
              <w:keepNext/>
            </w:pPr>
            <w:r>
              <w:rPr>
                <w:b/>
                <w:i w:val="0"/>
                <w:color w:val="0B5D4B"/>
                <w:sz w:val="14"/>
              </w:rPr>
              <w:t xml:space="preserve">• </w:t>
            </w:r>
            <w:r>
              <w:rPr>
                <w:b w:val="0"/>
                <w:i w:val="0"/>
                <w:color w:val="111111"/>
                <w:sz w:val="14"/>
              </w:rPr>
              <w:t>Look for an open island.</w:t>
            </w:r>
          </w:p>
          <w:p>
            <w:pPr>
              <w:spacing w:after="0"/>
              <w:ind w:left="230" w:hanging="158"/>
              <w:keepLines/>
              <w:keepNext/>
            </w:pPr>
            <w:r>
              <w:rPr>
                <w:b/>
                <w:i w:val="0"/>
                <w:color w:val="0B5D4B"/>
                <w:sz w:val="14"/>
              </w:rPr>
              <w:t xml:space="preserve">• </w:t>
            </w:r>
            <w:r>
              <w:rPr>
                <w:b w:val="0"/>
                <w:i w:val="0"/>
                <w:color w:val="111111"/>
                <w:sz w:val="14"/>
              </w:rPr>
              <w:t>Keep control before moving 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Floor spots or hoops and balls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more islands.</w:t>
            </w:r>
          </w:p>
          <w:p>
            <w:pPr>
              <w:spacing w:after="0"/>
              <w:ind w:left="230" w:hanging="158"/>
              <w:keepLines/>
              <w:keepNext/>
            </w:pPr>
            <w:r>
              <w:rPr>
                <w:b/>
                <w:i w:val="0"/>
                <w:color w:val="0B5D4B"/>
                <w:sz w:val="14"/>
              </w:rPr>
              <w:t xml:space="preserve">• </w:t>
            </w:r>
            <w:r>
              <w:rPr>
                <w:b w:val="0"/>
                <w:i w:val="0"/>
                <w:color w:val="111111"/>
                <w:sz w:val="14"/>
              </w:rPr>
              <w:t>Move without a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Remove a few islands without eliminating players.</w:t>
            </w:r>
          </w:p>
          <w:p>
            <w:pPr>
              <w:spacing w:after="0"/>
              <w:ind w:left="230" w:hanging="158"/>
              <w:keepLines/>
              <w:keepNext/>
            </w:pPr>
            <w:r>
              <w:rPr>
                <w:b/>
                <w:i w:val="0"/>
                <w:color w:val="0B5D4B"/>
                <w:sz w:val="14"/>
              </w:rPr>
              <w:t xml:space="preserve">• </w:t>
            </w:r>
            <w:r>
              <w:rPr>
                <w:b w:val="0"/>
                <w:i w:val="0"/>
                <w:color w:val="111111"/>
                <w:sz w:val="14"/>
              </w:rPr>
              <w:t>Add continuous dribbling between islands.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select open space rather than crowding?</w:t>
            </w:r>
          </w:p>
          <w:p>
            <w:pPr>
              <w:spacing w:after="0"/>
              <w:ind w:left="230" w:hanging="158"/>
              <w:keepLines/>
              <w:keepNext/>
            </w:pPr>
            <w:r>
              <w:rPr>
                <w:b/>
                <w:i w:val="0"/>
                <w:color w:val="0B5D4B"/>
                <w:sz w:val="14"/>
              </w:rPr>
              <w:t xml:space="preserve">• </w:t>
            </w:r>
            <w:r>
              <w:rPr>
                <w:b w:val="0"/>
                <w:i w:val="0"/>
                <w:color w:val="111111"/>
                <w:sz w:val="14"/>
              </w:rPr>
              <w:t>Are jumping and landing controlled?</w:t>
            </w:r>
          </w:p>
          <w:p>
            <w:pPr>
              <w:spacing w:before="20" w:after="0"/>
              <w:keepLines/>
              <w:keepNext/>
            </w:pPr>
            <w:r>
              <w:rPr>
                <w:b/>
                <w:i w:val="0"/>
                <w:color w:val="F28C28"/>
                <w:sz w:val="14"/>
              </w:rPr>
              <w:t>SAFETY</w:t>
            </w:r>
          </w:p>
          <w:p>
            <w:pPr>
              <w:spacing w:after="0"/>
              <w:keepLines/>
            </w:pPr>
            <w:r>
              <w:rPr>
                <w:sz w:val="14"/>
              </w:rPr>
              <w:t>Use non-slip spots and prohibit pushing for an island. More than one child may share when necessary.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Rob the Nest</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a central nest of balls or beanbags. Create team nests around the outside, with one team behind each.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One player at a time travels to the centre, collects one item and returns it to the team nest. Continue until the centre is empty, then reset.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item at a time.</w:t>
            </w:r>
          </w:p>
          <w:p>
            <w:pPr>
              <w:spacing w:after="0"/>
              <w:ind w:left="230" w:hanging="158"/>
              <w:keepLines/>
              <w:keepNext/>
            </w:pPr>
            <w:r>
              <w:rPr>
                <w:b/>
                <w:i w:val="0"/>
                <w:color w:val="0B5D4B"/>
                <w:sz w:val="14"/>
              </w:rPr>
              <w:t xml:space="preserve">• </w:t>
            </w:r>
            <w:r>
              <w:rPr>
                <w:b w:val="0"/>
                <w:i w:val="0"/>
                <w:color w:val="111111"/>
                <w:sz w:val="14"/>
              </w:rPr>
              <w:t>Stop before reaching the nest.</w:t>
            </w:r>
          </w:p>
          <w:p>
            <w:pPr>
              <w:spacing w:after="0"/>
              <w:ind w:left="230" w:hanging="158"/>
              <w:keepLines/>
              <w:keepNext/>
            </w:pPr>
            <w:r>
              <w:rPr>
                <w:b/>
                <w:i w:val="0"/>
                <w:color w:val="0B5D4B"/>
                <w:sz w:val="14"/>
              </w:rPr>
              <w:t xml:space="preserve">• </w:t>
            </w:r>
            <w:r>
              <w:rPr>
                <w:b w:val="0"/>
                <w:i w:val="0"/>
                <w:color w:val="111111"/>
                <w:sz w:val="14"/>
              </w:rPr>
              <w:t>Encourage your team.</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or beanbags, hoops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or carry the ball.</w:t>
            </w:r>
          </w:p>
          <w:p>
            <w:pPr>
              <w:spacing w:after="0"/>
              <w:ind w:left="230" w:hanging="158"/>
              <w:keepLines/>
              <w:keepNext/>
            </w:pPr>
            <w:r>
              <w:rPr>
                <w:b/>
                <w:i w:val="0"/>
                <w:color w:val="0B5D4B"/>
                <w:sz w:val="14"/>
              </w:rPr>
              <w:t xml:space="preserve">• </w:t>
            </w:r>
            <w:r>
              <w:rPr>
                <w:b w:val="0"/>
                <w:i w:val="0"/>
                <w:color w:val="111111"/>
                <w:sz w:val="14"/>
              </w:rPr>
              <w:t>Move team nests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Dribble out and back.</w:t>
            </w:r>
          </w:p>
          <w:p>
            <w:pPr>
              <w:spacing w:after="0"/>
              <w:ind w:left="230" w:hanging="158"/>
              <w:keepLines/>
              <w:keepNext/>
            </w:pPr>
            <w:r>
              <w:rPr>
                <w:b/>
                <w:i w:val="0"/>
                <w:color w:val="0B5D4B"/>
                <w:sz w:val="14"/>
              </w:rPr>
              <w:t xml:space="preserve">• </w:t>
            </w:r>
            <w:r>
              <w:rPr>
                <w:b w:val="0"/>
                <w:i w:val="0"/>
                <w:color w:val="111111"/>
                <w:sz w:val="14"/>
              </w:rPr>
              <w:t>Allow stealing from other nests only in a later, carefully controlled version.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turns rotating fairly?</w:t>
            </w:r>
          </w:p>
          <w:p>
            <w:pPr>
              <w:spacing w:after="0"/>
              <w:ind w:left="230" w:hanging="158"/>
              <w:keepLines/>
              <w:keepNext/>
            </w:pPr>
            <w:r>
              <w:rPr>
                <w:b/>
                <w:i w:val="0"/>
                <w:color w:val="0B5D4B"/>
                <w:sz w:val="14"/>
              </w:rPr>
              <w:t xml:space="preserve">• </w:t>
            </w:r>
            <w:r>
              <w:rPr>
                <w:b w:val="0"/>
                <w:i w:val="0"/>
                <w:color w:val="111111"/>
                <w:sz w:val="14"/>
              </w:rPr>
              <w:t>Can players stop safely at the crowded centre?</w:t>
            </w:r>
          </w:p>
          <w:p>
            <w:pPr>
              <w:spacing w:before="20" w:after="0"/>
              <w:keepLines/>
              <w:keepNext/>
            </w:pPr>
            <w:r>
              <w:rPr>
                <w:b/>
                <w:i w:val="0"/>
                <w:color w:val="F28C28"/>
                <w:sz w:val="14"/>
              </w:rPr>
              <w:t>SAFETY</w:t>
            </w:r>
          </w:p>
          <w:p>
            <w:pPr>
              <w:spacing w:after="0"/>
              <w:keepLines/>
            </w:pPr>
            <w:r>
              <w:rPr>
                <w:sz w:val="14"/>
              </w:rPr>
              <w:t>Use a large central area and clear running lanes. No diving, snatching or stealing from hands.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3: BOUNCE AND RECOVER</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Build dribble rhythm and recover positively when the ball gets away.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Persist after losing the ball.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Explore stationary and walking dribbles; change speed and direction; recover calmly; recognise centre circle and centre line.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Partner Names</w:t>
            </w:r>
          </w:p>
        </w:tc>
        <w:tc>
          <w:tcPr>
            <w:tcW w:type="dxa" w:w="4104"/>
            <w:vAlign w:val="center"/>
            <w:tcMar>
              <w:top w:w="42" w:type="dxa"/>
              <w:start w:w="50" w:type="dxa"/>
              <w:bottom w:w="42" w:type="dxa"/>
              <w:end w:w="50" w:type="dxa"/>
            </w:tcMar>
          </w:tcPr>
          <w:p>
            <w:pPr>
              <w:keepLines/>
            </w:pPr>
            <w:r>
              <w:rPr>
                <w:b w:val="0"/>
                <w:i w:val="0"/>
                <w:color w:val="111111"/>
                <w:sz w:val="14"/>
              </w:rPr>
              <w:t>Bounce five times, trap the ball and greet a new partner.</w:t>
            </w:r>
          </w:p>
        </w:tc>
        <w:tc>
          <w:tcPr>
            <w:tcW w:type="dxa" w:w="2563"/>
            <w:vAlign w:val="center"/>
            <w:tcMar>
              <w:top w:w="42" w:type="dxa"/>
              <w:start w:w="50" w:type="dxa"/>
              <w:bottom w:w="42" w:type="dxa"/>
              <w:end w:w="50" w:type="dxa"/>
            </w:tcMar>
          </w:tcPr>
          <w:p>
            <w:pPr>
              <w:keepLines/>
            </w:pPr>
            <w:r>
              <w:rPr>
                <w:b w:val="0"/>
                <w:i w:val="0"/>
                <w:color w:val="111111"/>
                <w:sz w:val="14"/>
              </w:rPr>
              <w:t>Names and confidence.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High and Low Bounces</w:t>
            </w:r>
          </w:p>
        </w:tc>
        <w:tc>
          <w:tcPr>
            <w:tcW w:type="dxa" w:w="4104"/>
            <w:vAlign w:val="center"/>
            <w:tcMar>
              <w:top w:w="42" w:type="dxa"/>
              <w:start w:w="50" w:type="dxa"/>
              <w:bottom w:w="42" w:type="dxa"/>
              <w:end w:w="50" w:type="dxa"/>
            </w:tcMar>
          </w:tcPr>
          <w:p>
            <w:pPr>
              <w:keepLines/>
            </w:pPr>
            <w:r>
              <w:rPr>
                <w:b w:val="0"/>
                <w:i w:val="0"/>
                <w:color w:val="111111"/>
                <w:sz w:val="14"/>
              </w:rPr>
              <w:t>Stationary high and low bounces; on “go” walk while dribbling.</w:t>
            </w:r>
          </w:p>
        </w:tc>
        <w:tc>
          <w:tcPr>
            <w:tcW w:type="dxa" w:w="2563"/>
            <w:vAlign w:val="center"/>
            <w:tcMar>
              <w:top w:w="42" w:type="dxa"/>
              <w:start w:w="50" w:type="dxa"/>
              <w:bottom w:w="42" w:type="dxa"/>
              <w:end w:w="50" w:type="dxa"/>
            </w:tcMar>
          </w:tcPr>
          <w:p>
            <w:pPr>
              <w:keepLines/>
            </w:pPr>
            <w:r>
              <w:rPr>
                <w:b w:val="0"/>
                <w:i w:val="0"/>
                <w:color w:val="111111"/>
                <w:sz w:val="14"/>
              </w:rPr>
              <w:t>Fingertips, relaxed body, no perfection.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Follow the Leader</w:t>
            </w:r>
          </w:p>
        </w:tc>
        <w:tc>
          <w:tcPr>
            <w:tcW w:type="dxa" w:w="4104"/>
            <w:vAlign w:val="center"/>
            <w:tcMar>
              <w:top w:w="42" w:type="dxa"/>
              <w:start w:w="50" w:type="dxa"/>
              <w:bottom w:w="42" w:type="dxa"/>
              <w:end w:w="50" w:type="dxa"/>
            </w:tcMar>
          </w:tcPr>
          <w:p>
            <w:pPr>
              <w:keepLines/>
            </w:pPr>
            <w:r>
              <w:rPr>
                <w:b w:val="0"/>
                <w:i w:val="0"/>
                <w:color w:val="111111"/>
                <w:sz w:val="14"/>
              </w:rPr>
              <w:t>Follow coach around lines and circles while bouncing or carrying as needed.</w:t>
            </w:r>
          </w:p>
        </w:tc>
        <w:tc>
          <w:tcPr>
            <w:tcW w:type="dxa" w:w="2563"/>
            <w:vAlign w:val="center"/>
            <w:tcMar>
              <w:top w:w="42" w:type="dxa"/>
              <w:start w:w="50" w:type="dxa"/>
              <w:bottom w:w="42" w:type="dxa"/>
              <w:end w:w="50" w:type="dxa"/>
            </w:tcMar>
          </w:tcPr>
          <w:p>
            <w:pPr>
              <w:keepLines/>
            </w:pPr>
            <w:r>
              <w:rPr>
                <w:b w:val="0"/>
                <w:i w:val="0"/>
                <w:color w:val="111111"/>
                <w:sz w:val="14"/>
              </w:rPr>
              <w:t>Use centre line and centre circle language.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Chase and Recover</w:t>
            </w:r>
          </w:p>
        </w:tc>
        <w:tc>
          <w:tcPr>
            <w:tcW w:type="dxa" w:w="4104"/>
            <w:vAlign w:val="center"/>
            <w:tcMar>
              <w:top w:w="42" w:type="dxa"/>
              <w:start w:w="50" w:type="dxa"/>
              <w:bottom w:w="42" w:type="dxa"/>
              <w:end w:w="50" w:type="dxa"/>
            </w:tcMar>
          </w:tcPr>
          <w:p>
            <w:pPr>
              <w:keepLines/>
            </w:pPr>
            <w:r>
              <w:rPr>
                <w:b w:val="0"/>
                <w:i w:val="0"/>
                <w:color w:val="111111"/>
                <w:sz w:val="14"/>
              </w:rPr>
              <w:t>Dribble through gates; deliberately push ball ahead, chase and regain control; add direction changes.</w:t>
            </w:r>
          </w:p>
        </w:tc>
        <w:tc>
          <w:tcPr>
            <w:tcW w:type="dxa" w:w="2563"/>
            <w:vAlign w:val="center"/>
            <w:tcMar>
              <w:top w:w="42" w:type="dxa"/>
              <w:start w:w="50" w:type="dxa"/>
              <w:bottom w:w="42" w:type="dxa"/>
              <w:end w:w="50" w:type="dxa"/>
            </w:tcMar>
          </w:tcPr>
          <w:p>
            <w:pPr>
              <w:keepLines/>
            </w:pPr>
            <w:r>
              <w:rPr>
                <w:b w:val="0"/>
                <w:i w:val="0"/>
                <w:color w:val="111111"/>
                <w:sz w:val="14"/>
              </w:rPr>
              <w:t>Praise recovery, not only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Sharks and Minnows</w:t>
            </w:r>
          </w:p>
        </w:tc>
        <w:tc>
          <w:tcPr>
            <w:tcW w:type="dxa" w:w="4104"/>
            <w:vAlign w:val="center"/>
            <w:tcMar>
              <w:top w:w="42" w:type="dxa"/>
              <w:start w:w="50" w:type="dxa"/>
              <w:bottom w:w="42" w:type="dxa"/>
              <w:end w:w="50" w:type="dxa"/>
            </w:tcMar>
          </w:tcPr>
          <w:p>
            <w:pPr>
              <w:keepLines/>
            </w:pPr>
            <w:r>
              <w:rPr>
                <w:b w:val="0"/>
                <w:i w:val="0"/>
                <w:color w:val="111111"/>
                <w:sz w:val="14"/>
              </w:rPr>
              <w:t>Cross court with a dribble; sharks shadow or tap balls lightly. No elimination.</w:t>
            </w:r>
          </w:p>
        </w:tc>
        <w:tc>
          <w:tcPr>
            <w:tcW w:type="dxa" w:w="2563"/>
            <w:vAlign w:val="center"/>
            <w:tcMar>
              <w:top w:w="42" w:type="dxa"/>
              <w:start w:w="50" w:type="dxa"/>
              <w:bottom w:w="42" w:type="dxa"/>
              <w:end w:w="50" w:type="dxa"/>
            </w:tcMar>
          </w:tcPr>
          <w:p>
            <w:pPr>
              <w:keepLines/>
            </w:pPr>
            <w:r>
              <w:rPr>
                <w:b w:val="0"/>
                <w:i w:val="0"/>
                <w:color w:val="111111"/>
                <w:sz w:val="14"/>
              </w:rPr>
              <w:t>Safe pressure; everyone keeps playing.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persistence after mistakes.</w:t>
            </w:r>
          </w:p>
        </w:tc>
        <w:tc>
          <w:tcPr>
            <w:tcW w:type="dxa" w:w="2563"/>
            <w:vAlign w:val="center"/>
            <w:tcMar>
              <w:top w:w="42" w:type="dxa"/>
              <w:start w:w="50" w:type="dxa"/>
              <w:bottom w:w="42" w:type="dxa"/>
              <w:end w:w="50" w:type="dxa"/>
            </w:tcMar>
          </w:tcPr>
          <w:p>
            <w:pPr>
              <w:keepLines/>
            </w:pPr>
            <w:r>
              <w:rPr>
                <w:b w:val="0"/>
                <w:i w:val="0"/>
                <w:color w:val="111111"/>
                <w:sz w:val="14"/>
              </w:rPr>
              <w:t>“Lose it, find it, keep going.”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becomes frustrated when the ball gets away?</w:t>
              <w:br/>
              <w:t>Are children recovering and rejoining quickly?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Walk and bounce; allow two hands to regain control.</w:t>
              <w:br/>
              <w:t>Harder: Change hand or direction after recovering the ball.</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Centre circle, centre line and recovering a loose ball safely.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should you do when the ball gets away?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Partner Names</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 players and spread them across the court with safe passing distance.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Partners roll or pass the ball while saying the receiver’s name before releasing it. After several successful exchanges, players change partners.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Say the name first.</w:t>
            </w:r>
          </w:p>
          <w:p>
            <w:pPr>
              <w:spacing w:after="0"/>
              <w:ind w:left="230" w:hanging="158"/>
              <w:keepLines/>
              <w:keepNext/>
            </w:pPr>
            <w:r>
              <w:rPr>
                <w:b/>
                <w:i w:val="0"/>
                <w:color w:val="0B5D4B"/>
                <w:sz w:val="14"/>
              </w:rPr>
              <w:t xml:space="preserve">• </w:t>
            </w:r>
            <w:r>
              <w:rPr>
                <w:b w:val="0"/>
                <w:i w:val="0"/>
                <w:color w:val="111111"/>
                <w:sz w:val="14"/>
              </w:rPr>
              <w:t>Face your partner.</w:t>
            </w:r>
          </w:p>
          <w:p>
            <w:pPr>
              <w:spacing w:after="0"/>
              <w:ind w:left="230" w:hanging="158"/>
              <w:keepLines/>
              <w:keepNext/>
            </w:pPr>
            <w:r>
              <w:rPr>
                <w:b/>
                <w:i w:val="0"/>
                <w:color w:val="0B5D4B"/>
                <w:sz w:val="14"/>
              </w:rPr>
              <w:t xml:space="preserve">• </w:t>
            </w:r>
            <w:r>
              <w:rPr>
                <w:b w:val="0"/>
                <w:i w:val="0"/>
                <w:color w:val="111111"/>
                <w:sz w:val="14"/>
              </w:rPr>
              <w:t>Make the pass easy to catch.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Begin with rolling.</w:t>
            </w:r>
          </w:p>
          <w:p>
            <w:pPr>
              <w:spacing w:after="0"/>
              <w:ind w:left="230" w:hanging="158"/>
              <w:keepLines/>
              <w:keepNext/>
            </w:pPr>
            <w:r>
              <w:rPr>
                <w:b/>
                <w:i w:val="0"/>
                <w:color w:val="0B5D4B"/>
                <w:sz w:val="14"/>
              </w:rPr>
              <w:t xml:space="preserve">• </w:t>
            </w:r>
            <w:r>
              <w:rPr>
                <w:b w:val="0"/>
                <w:i w:val="0"/>
                <w:color w:val="111111"/>
                <w:sz w:val="14"/>
              </w:rPr>
              <w:t>Reduce the distance between partners.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a chest or bounce pass.</w:t>
            </w:r>
          </w:p>
          <w:p>
            <w:pPr>
              <w:spacing w:after="0"/>
              <w:ind w:left="230" w:hanging="158"/>
              <w:keepLines/>
              <w:keepNext/>
            </w:pPr>
            <w:r>
              <w:rPr>
                <w:b/>
                <w:i w:val="0"/>
                <w:color w:val="0B5D4B"/>
                <w:sz w:val="14"/>
              </w:rPr>
              <w:t xml:space="preserve">• </w:t>
            </w:r>
            <w:r>
              <w:rPr>
                <w:b w:val="0"/>
                <w:i w:val="0"/>
                <w:color w:val="111111"/>
                <w:sz w:val="14"/>
              </w:rPr>
              <w:t>Have the receiver move to a new spot before showing hands.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looks at the receiver before passing?</w:t>
            </w:r>
          </w:p>
          <w:p>
            <w:pPr>
              <w:spacing w:after="0"/>
              <w:ind w:left="230" w:hanging="158"/>
              <w:keepLines/>
              <w:keepNext/>
            </w:pPr>
            <w:r>
              <w:rPr>
                <w:b/>
                <w:i w:val="0"/>
                <w:color w:val="0B5D4B"/>
                <w:sz w:val="14"/>
              </w:rPr>
              <w:t xml:space="preserve">• </w:t>
            </w:r>
            <w:r>
              <w:rPr>
                <w:b w:val="0"/>
                <w:i w:val="0"/>
                <w:color w:val="111111"/>
                <w:sz w:val="14"/>
              </w:rPr>
              <w:t>Is every child meeting and working with different teammates?</w:t>
            </w:r>
          </w:p>
          <w:p>
            <w:pPr>
              <w:spacing w:before="20" w:after="0"/>
              <w:keepLines/>
              <w:keepNext/>
            </w:pPr>
            <w:r>
              <w:rPr>
                <w:b/>
                <w:i w:val="0"/>
                <w:color w:val="F28C28"/>
                <w:sz w:val="14"/>
              </w:rPr>
              <w:t>SAFETY</w:t>
            </w:r>
          </w:p>
          <w:p>
            <w:pPr>
              <w:spacing w:after="0"/>
              <w:keepLines/>
            </w:pPr>
            <w:r>
              <w:rPr>
                <w:sz w:val="14"/>
              </w:rPr>
              <w:t>Keep passes controlled and pairs well separated.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High and Low Bounces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stand spread out with a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Alternate between higher relaxed bounces and low controlled bounces. Use coach signals or imagery such as giraffe and mouse.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Push, do not slap.</w:t>
            </w:r>
          </w:p>
          <w:p>
            <w:pPr>
              <w:spacing w:after="0"/>
              <w:ind w:left="230" w:hanging="158"/>
              <w:keepLines/>
              <w:keepNext/>
            </w:pPr>
            <w:r>
              <w:rPr>
                <w:b/>
                <w:i w:val="0"/>
                <w:color w:val="0B5D4B"/>
                <w:sz w:val="14"/>
              </w:rPr>
              <w:t xml:space="preserve">• </w:t>
            </w:r>
            <w:r>
              <w:rPr>
                <w:b w:val="0"/>
                <w:i w:val="0"/>
                <w:color w:val="111111"/>
                <w:sz w:val="14"/>
              </w:rPr>
              <w:t>Keep the bounce beside you.</w:t>
            </w:r>
          </w:p>
          <w:p>
            <w:pPr>
              <w:spacing w:after="0"/>
              <w:ind w:left="230" w:hanging="158"/>
              <w:keepLines/>
              <w:keepNext/>
            </w:pPr>
            <w:r>
              <w:rPr>
                <w:b/>
                <w:i w:val="0"/>
                <w:color w:val="0B5D4B"/>
                <w:sz w:val="14"/>
              </w:rPr>
              <w:t xml:space="preserve">• </w:t>
            </w:r>
            <w:r>
              <w:rPr>
                <w:b w:val="0"/>
                <w:i w:val="0"/>
                <w:color w:val="111111"/>
                <w:sz w:val="14"/>
              </w:rPr>
              <w:t>Bend lower for low bounces.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Personal spaces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the stronger hand only.</w:t>
            </w:r>
          </w:p>
          <w:p>
            <w:pPr>
              <w:spacing w:after="0"/>
              <w:ind w:left="230" w:hanging="158"/>
              <w:keepLines/>
              <w:keepNext/>
            </w:pPr>
            <w:r>
              <w:rPr>
                <w:b/>
                <w:i w:val="0"/>
                <w:color w:val="0B5D4B"/>
                <w:sz w:val="14"/>
              </w:rPr>
              <w:t xml:space="preserve">• </w:t>
            </w:r>
            <w:r>
              <w:rPr>
                <w:b w:val="0"/>
                <w:i w:val="0"/>
                <w:color w:val="111111"/>
                <w:sz w:val="14"/>
              </w:rPr>
              <w:t>Catch between changes.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Switch hands on the signal.</w:t>
            </w:r>
          </w:p>
          <w:p>
            <w:pPr>
              <w:spacing w:after="0"/>
              <w:ind w:left="230" w:hanging="158"/>
              <w:keepLines/>
              <w:keepNext/>
            </w:pPr>
            <w:r>
              <w:rPr>
                <w:b/>
                <w:i w:val="0"/>
                <w:color w:val="0B5D4B"/>
                <w:sz w:val="14"/>
              </w:rPr>
              <w:t xml:space="preserve">• </w:t>
            </w:r>
            <w:r>
              <w:rPr>
                <w:b w:val="0"/>
                <w:i w:val="0"/>
                <w:color w:val="111111"/>
                <w:sz w:val="14"/>
              </w:rPr>
              <w:t>Walk while changing bounce height.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high bounces becoming unsafe?</w:t>
            </w:r>
          </w:p>
          <w:p>
            <w:pPr>
              <w:spacing w:after="0"/>
              <w:ind w:left="230" w:hanging="158"/>
              <w:keepLines/>
              <w:keepNext/>
            </w:pPr>
            <w:r>
              <w:rPr>
                <w:b/>
                <w:i w:val="0"/>
                <w:color w:val="0B5D4B"/>
                <w:sz w:val="14"/>
              </w:rPr>
              <w:t xml:space="preserve">• </w:t>
            </w:r>
            <w:r>
              <w:rPr>
                <w:b w:val="0"/>
                <w:i w:val="0"/>
                <w:color w:val="111111"/>
                <w:sz w:val="14"/>
              </w:rPr>
              <w:t>Can players control force rather than chase the ball?</w:t>
            </w:r>
          </w:p>
          <w:p>
            <w:pPr>
              <w:spacing w:before="20" w:after="0"/>
              <w:keepLines/>
              <w:keepNext/>
            </w:pPr>
            <w:r>
              <w:rPr>
                <w:b/>
                <w:i w:val="0"/>
                <w:color w:val="F28C28"/>
                <w:sz w:val="14"/>
              </w:rPr>
              <w:t>SAFETY</w:t>
            </w:r>
          </w:p>
          <w:p>
            <w:pPr>
              <w:spacing w:after="0"/>
              <w:keepLines/>
            </w:pPr>
            <w:r>
              <w:rPr>
                <w:sz w:val="14"/>
              </w:rPr>
              <w:t>High bounces should remain below shoulder height.</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Follow the Leader</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players in small groups or one line with enough space between them. Assign a leader to each group.</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leader travels through the space using different movements. The others copy. Change leaders frequently so many children get a 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Copy the movement, not the speed.</w:t>
            </w:r>
          </w:p>
          <w:p>
            <w:pPr>
              <w:spacing w:after="0"/>
              <w:ind w:left="230" w:hanging="158"/>
              <w:keepLines/>
              <w:keepNext/>
            </w:pPr>
            <w:r>
              <w:rPr>
                <w:b/>
                <w:i w:val="0"/>
                <w:color w:val="0B5D4B"/>
                <w:sz w:val="14"/>
              </w:rPr>
              <w:t xml:space="preserve">• </w:t>
            </w:r>
            <w:r>
              <w:rPr>
                <w:b w:val="0"/>
                <w:i w:val="0"/>
                <w:color w:val="111111"/>
                <w:sz w:val="14"/>
              </w:rPr>
              <w:t>Keep space from the player ahead.</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simple walking, running and stopping.</w:t>
            </w:r>
          </w:p>
          <w:p>
            <w:pPr>
              <w:spacing w:after="0"/>
              <w:ind w:left="230" w:hanging="158"/>
              <w:keepLines/>
              <w:keepNext/>
            </w:pPr>
            <w:r>
              <w:rPr>
                <w:b/>
                <w:i w:val="0"/>
                <w:color w:val="0B5D4B"/>
                <w:sz w:val="14"/>
              </w:rPr>
              <w:t xml:space="preserve">• </w:t>
            </w:r>
            <w:r>
              <w:rPr>
                <w:b w:val="0"/>
                <w:i w:val="0"/>
                <w:color w:val="111111"/>
                <w:sz w:val="14"/>
              </w:rPr>
              <w:t>Coach leads the whole group.</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take turns inventing movements.</w:t>
            </w:r>
          </w:p>
          <w:p>
            <w:pPr>
              <w:spacing w:after="0"/>
              <w:ind w:left="230" w:hanging="158"/>
              <w:keepLines/>
              <w:keepNext/>
            </w:pPr>
            <w:r>
              <w:rPr>
                <w:b/>
                <w:i w:val="0"/>
                <w:color w:val="0B5D4B"/>
                <w:sz w:val="14"/>
              </w:rPr>
              <w:t xml:space="preserve">• </w:t>
            </w:r>
            <w:r>
              <w:rPr>
                <w:b w:val="0"/>
                <w:i w:val="0"/>
                <w:color w:val="111111"/>
                <w:sz w:val="14"/>
              </w:rPr>
              <w:t>Add a ball for carrying, rolling or dribbling.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every child able to see and follow?</w:t>
            </w:r>
          </w:p>
          <w:p>
            <w:pPr>
              <w:spacing w:after="0"/>
              <w:ind w:left="230" w:hanging="158"/>
              <w:keepLines/>
              <w:keepNext/>
            </w:pPr>
            <w:r>
              <w:rPr>
                <w:b/>
                <w:i w:val="0"/>
                <w:color w:val="0B5D4B"/>
                <w:sz w:val="14"/>
              </w:rPr>
              <w:t xml:space="preserve">• </w:t>
            </w:r>
            <w:r>
              <w:rPr>
                <w:b w:val="0"/>
                <w:i w:val="0"/>
                <w:color w:val="111111"/>
                <w:sz w:val="14"/>
              </w:rPr>
              <w:t>Are quieter children being offered a leadership turn?</w:t>
            </w:r>
          </w:p>
          <w:p>
            <w:pPr>
              <w:spacing w:before="20" w:after="0"/>
              <w:keepLines/>
              <w:keepNext/>
            </w:pPr>
            <w:r>
              <w:rPr>
                <w:b/>
                <w:i w:val="0"/>
                <w:color w:val="F28C28"/>
                <w:sz w:val="14"/>
              </w:rPr>
              <w:t>SAFETY</w:t>
            </w:r>
          </w:p>
          <w:p>
            <w:pPr>
              <w:spacing w:after="0"/>
              <w:keepLines/>
            </w:pPr>
            <w:r>
              <w:rPr>
                <w:sz w:val="14"/>
              </w:rPr>
              <w:t>Avoid tight lines and sudden backward movement when players are close together.</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Chase and Recover</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have a ball and clear space around them.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deliberately push or bounce the ball slightly away, chase it and recover under control. Progress to turning or changing direction after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Get behind the ball.</w:t>
            </w:r>
          </w:p>
          <w:p>
            <w:pPr>
              <w:spacing w:after="0"/>
              <w:ind w:left="230" w:hanging="158"/>
              <w:keepLines/>
              <w:keepNext/>
            </w:pPr>
            <w:r>
              <w:rPr>
                <w:b/>
                <w:i w:val="0"/>
                <w:color w:val="0B5D4B"/>
                <w:sz w:val="14"/>
              </w:rPr>
              <w:t xml:space="preserve">• </w:t>
            </w:r>
            <w:r>
              <w:rPr>
                <w:b w:val="0"/>
                <w:i w:val="0"/>
                <w:color w:val="111111"/>
                <w:sz w:val="14"/>
              </w:rPr>
              <w:t>Use two hands to recover.</w:t>
            </w:r>
          </w:p>
          <w:p>
            <w:pPr>
              <w:spacing w:after="0"/>
              <w:ind w:left="230" w:hanging="158"/>
              <w:keepLines/>
              <w:keepNext/>
            </w:pPr>
            <w:r>
              <w:rPr>
                <w:b/>
                <w:i w:val="0"/>
                <w:color w:val="0B5D4B"/>
                <w:sz w:val="14"/>
              </w:rPr>
              <w:t xml:space="preserve">• </w:t>
            </w:r>
            <w:r>
              <w:rPr>
                <w:b w:val="0"/>
                <w:i w:val="0"/>
                <w:color w:val="111111"/>
                <w:sz w:val="14"/>
              </w:rPr>
              <w:t>Keep going after mistakes.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gentle rolls.</w:t>
            </w:r>
          </w:p>
          <w:p>
            <w:pPr>
              <w:spacing w:after="0"/>
              <w:ind w:left="230" w:hanging="158"/>
              <w:keepLines/>
              <w:keepNext/>
            </w:pPr>
            <w:r>
              <w:rPr>
                <w:b/>
                <w:i w:val="0"/>
                <w:color w:val="0B5D4B"/>
                <w:sz w:val="14"/>
              </w:rPr>
              <w:t xml:space="preserve">• </w:t>
            </w:r>
            <w:r>
              <w:rPr>
                <w:b w:val="0"/>
                <w:i w:val="0"/>
                <w:color w:val="111111"/>
                <w:sz w:val="14"/>
              </w:rPr>
              <w:t>Recover from a stationary position.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Coach points to the direction of release.</w:t>
            </w:r>
          </w:p>
          <w:p>
            <w:pPr>
              <w:spacing w:after="0"/>
              <w:ind w:left="230" w:hanging="158"/>
              <w:keepLines/>
              <w:keepNext/>
            </w:pPr>
            <w:r>
              <w:rPr>
                <w:b/>
                <w:i w:val="0"/>
                <w:color w:val="0B5D4B"/>
                <w:sz w:val="14"/>
              </w:rPr>
              <w:t xml:space="preserve">• </w:t>
            </w:r>
            <w:r>
              <w:rPr>
                <w:b w:val="0"/>
                <w:i w:val="0"/>
                <w:color w:val="111111"/>
                <w:sz w:val="14"/>
              </w:rPr>
              <w:t>Recover and begin dribbling immediately.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gives up when the ball escapes?</w:t>
            </w:r>
          </w:p>
          <w:p>
            <w:pPr>
              <w:spacing w:after="0"/>
              <w:ind w:left="230" w:hanging="158"/>
              <w:keepLines/>
              <w:keepNext/>
            </w:pPr>
            <w:r>
              <w:rPr>
                <w:b/>
                <w:i w:val="0"/>
                <w:color w:val="0B5D4B"/>
                <w:sz w:val="14"/>
              </w:rPr>
              <w:t xml:space="preserve">• </w:t>
            </w:r>
            <w:r>
              <w:rPr>
                <w:b w:val="0"/>
                <w:i w:val="0"/>
                <w:color w:val="111111"/>
                <w:sz w:val="14"/>
              </w:rPr>
              <w:t>Are recoveries calm and safe?</w:t>
            </w:r>
          </w:p>
          <w:p>
            <w:pPr>
              <w:spacing w:before="20" w:after="0"/>
              <w:keepLines/>
              <w:keepNext/>
            </w:pPr>
            <w:r>
              <w:rPr>
                <w:b/>
                <w:i w:val="0"/>
                <w:color w:val="F28C28"/>
                <w:sz w:val="14"/>
              </w:rPr>
              <w:t>SAFETY</w:t>
            </w:r>
          </w:p>
          <w:p>
            <w:pPr>
              <w:spacing w:after="0"/>
              <w:keepLines/>
            </w:pPr>
            <w:r>
              <w:rPr>
                <w:sz w:val="14"/>
              </w:rPr>
              <w:t>Players should not dive or slide for loose balls.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Sharks and Minnows</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two safe end lines. Select one or two sharks in the middle.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Minnows dribble from one end to the other while sharks try to touch the ball or force a change of direction.</w:t>
            </w:r>
          </w:p>
          <w:p>
            <w:pPr>
              <w:spacing w:after="0"/>
              <w:ind w:left="230" w:hanging="158"/>
              <w:keepLines/>
              <w:keepNext/>
            </w:pPr>
            <w:r>
              <w:rPr>
                <w:b/>
                <w:i w:val="0"/>
                <w:color w:val="0B5D4B"/>
                <w:sz w:val="14"/>
              </w:rPr>
              <w:t xml:space="preserve">• </w:t>
            </w:r>
            <w:r>
              <w:rPr>
                <w:b w:val="0"/>
                <w:i w:val="0"/>
                <w:color w:val="111111"/>
                <w:sz w:val="14"/>
              </w:rPr>
              <w:t>No elimination: touched players continue or briefly become helper sharks before resetting.</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Head up for space.</w:t>
            </w:r>
          </w:p>
          <w:p>
            <w:pPr>
              <w:spacing w:after="0"/>
              <w:ind w:left="230" w:hanging="158"/>
              <w:keepLines/>
              <w:keepNext/>
            </w:pPr>
            <w:r>
              <w:rPr>
                <w:b/>
                <w:i w:val="0"/>
                <w:color w:val="0B5D4B"/>
                <w:sz w:val="14"/>
              </w:rPr>
              <w:t xml:space="preserve">• </w:t>
            </w:r>
            <w:r>
              <w:rPr>
                <w:b w:val="0"/>
                <w:i w:val="0"/>
                <w:color w:val="111111"/>
                <w:sz w:val="14"/>
              </w:rPr>
              <w:t>Change speed or direction.</w:t>
            </w:r>
          </w:p>
          <w:p>
            <w:pPr>
              <w:spacing w:after="0"/>
              <w:ind w:left="230" w:hanging="158"/>
              <w:keepLines/>
              <w:keepNext/>
            </w:pPr>
            <w:r>
              <w:rPr>
                <w:b/>
                <w:i w:val="0"/>
                <w:color w:val="0B5D4B"/>
                <w:sz w:val="14"/>
              </w:rPr>
              <w:t xml:space="preserve">• </w:t>
            </w:r>
            <w:r>
              <w:rPr>
                <w:b w:val="0"/>
                <w:i w:val="0"/>
                <w:color w:val="111111"/>
                <w:sz w:val="14"/>
              </w:rPr>
              <w:t>Protect the ball with your body.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 or wide channel</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Sharks may only shadow or tag shoulders.</w:t>
            </w:r>
          </w:p>
          <w:p>
            <w:pPr>
              <w:spacing w:after="0"/>
              <w:ind w:left="230" w:hanging="158"/>
              <w:keepLines/>
              <w:keepNext/>
            </w:pPr>
            <w:r>
              <w:rPr>
                <w:b/>
                <w:i w:val="0"/>
                <w:color w:val="0B5D4B"/>
                <w:sz w:val="14"/>
              </w:rPr>
              <w:t xml:space="preserve">• </w:t>
            </w:r>
            <w:r>
              <w:rPr>
                <w:b w:val="0"/>
                <w:i w:val="0"/>
                <w:color w:val="111111"/>
                <w:sz w:val="14"/>
              </w:rPr>
              <w:t>Use a wider area.</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controlled ball taps.</w:t>
            </w:r>
          </w:p>
          <w:p>
            <w:pPr>
              <w:spacing w:after="0"/>
              <w:ind w:left="230" w:hanging="158"/>
              <w:keepLines/>
              <w:keepNext/>
            </w:pPr>
            <w:r>
              <w:rPr>
                <w:b/>
                <w:i w:val="0"/>
                <w:color w:val="0B5D4B"/>
                <w:sz w:val="14"/>
              </w:rPr>
              <w:t xml:space="preserve">• </w:t>
            </w:r>
            <w:r>
              <w:rPr>
                <w:b w:val="0"/>
                <w:i w:val="0"/>
                <w:color w:val="111111"/>
                <w:sz w:val="14"/>
              </w:rPr>
              <w:t>Add more sharks or narrow the channel slightly.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anyone repeatedly unsuccessful?</w:t>
            </w:r>
          </w:p>
          <w:p>
            <w:pPr>
              <w:spacing w:after="0"/>
              <w:ind w:left="230" w:hanging="158"/>
              <w:keepLines/>
              <w:keepNext/>
            </w:pPr>
            <w:r>
              <w:rPr>
                <w:b/>
                <w:i w:val="0"/>
                <w:color w:val="0B5D4B"/>
                <w:sz w:val="14"/>
              </w:rPr>
              <w:t xml:space="preserve">• </w:t>
            </w:r>
            <w:r>
              <w:rPr>
                <w:b w:val="0"/>
                <w:i w:val="0"/>
                <w:color w:val="111111"/>
                <w:sz w:val="14"/>
              </w:rPr>
              <w:t>Are sharks using safe pressure rather than body contact?</w:t>
            </w:r>
          </w:p>
          <w:p>
            <w:pPr>
              <w:spacing w:before="20" w:after="0"/>
              <w:keepLines/>
              <w:keepNext/>
            </w:pPr>
            <w:r>
              <w:rPr>
                <w:b/>
                <w:i w:val="0"/>
                <w:color w:val="F28C28"/>
                <w:sz w:val="14"/>
              </w:rPr>
              <w:t>SAFETY</w:t>
            </w:r>
          </w:p>
          <w:p>
            <w:pPr>
              <w:spacing w:after="0"/>
              <w:keepLines/>
            </w:pPr>
            <w:r>
              <w:rPr>
                <w:sz w:val="14"/>
              </w:rPr>
              <w:t>No pushing, grabbing or kicking balls. Use non-elimination rules.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4: AIM AND SHOOT</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Enjoy close-range shooting with balance, reach and use of the backboard.</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Try confidently.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Shoot close to the basket; balance and reach; use the backboard; learn rim, backboard and key.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Court Treasure Hunt</w:t>
            </w:r>
          </w:p>
        </w:tc>
        <w:tc>
          <w:tcPr>
            <w:tcW w:type="dxa" w:w="4104"/>
            <w:vAlign w:val="center"/>
            <w:tcMar>
              <w:top w:w="42" w:type="dxa"/>
              <w:start w:w="50" w:type="dxa"/>
              <w:bottom w:w="42" w:type="dxa"/>
              <w:end w:w="50" w:type="dxa"/>
            </w:tcMar>
          </w:tcPr>
          <w:p>
            <w:pPr>
              <w:keepLines/>
            </w:pPr>
            <w:r>
              <w:rPr>
                <w:b w:val="0"/>
                <w:i w:val="0"/>
                <w:color w:val="111111"/>
                <w:sz w:val="14"/>
              </w:rPr>
              <w:t>Move to named court areas while carrying a ball; stop facing the basket.</w:t>
            </w:r>
          </w:p>
        </w:tc>
        <w:tc>
          <w:tcPr>
            <w:tcW w:type="dxa" w:w="2563"/>
            <w:vAlign w:val="center"/>
            <w:tcMar>
              <w:top w:w="42" w:type="dxa"/>
              <w:start w:w="50" w:type="dxa"/>
              <w:bottom w:w="42" w:type="dxa"/>
              <w:end w:w="50" w:type="dxa"/>
            </w:tcMar>
          </w:tcPr>
          <w:p>
            <w:pPr>
              <w:keepLines/>
            </w:pPr>
            <w:r>
              <w:rPr>
                <w:b w:val="0"/>
                <w:i w:val="0"/>
                <w:color w:val="111111"/>
                <w:sz w:val="14"/>
              </w:rPr>
              <w:t>Basket, rim, backboard, key.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Jump, Land, Reach</w:t>
            </w:r>
          </w:p>
        </w:tc>
        <w:tc>
          <w:tcPr>
            <w:tcW w:type="dxa" w:w="4104"/>
            <w:vAlign w:val="center"/>
            <w:tcMar>
              <w:top w:w="42" w:type="dxa"/>
              <w:start w:w="50" w:type="dxa"/>
              <w:bottom w:w="42" w:type="dxa"/>
              <w:end w:w="50" w:type="dxa"/>
            </w:tcMar>
          </w:tcPr>
          <w:p>
            <w:pPr>
              <w:keepLines/>
            </w:pPr>
            <w:r>
              <w:rPr>
                <w:b w:val="0"/>
                <w:i w:val="0"/>
                <w:color w:val="111111"/>
                <w:sz w:val="14"/>
              </w:rPr>
              <w:t>Without shooting: jump, land balanced, reach one hand high.</w:t>
            </w:r>
          </w:p>
        </w:tc>
        <w:tc>
          <w:tcPr>
            <w:tcW w:type="dxa" w:w="2563"/>
            <w:vAlign w:val="center"/>
            <w:tcMar>
              <w:top w:w="42" w:type="dxa"/>
              <w:start w:w="50" w:type="dxa"/>
              <w:bottom w:w="42" w:type="dxa"/>
              <w:end w:w="50" w:type="dxa"/>
            </w:tcMar>
          </w:tcPr>
          <w:p>
            <w:pPr>
              <w:keepLines/>
            </w:pPr>
            <w:r>
              <w:rPr>
                <w:b w:val="0"/>
                <w:i w:val="0"/>
                <w:color w:val="111111"/>
                <w:sz w:val="14"/>
              </w:rPr>
              <w:t>Soft landing; eyes on target.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Close Shooting</w:t>
            </w:r>
          </w:p>
        </w:tc>
        <w:tc>
          <w:tcPr>
            <w:tcW w:type="dxa" w:w="4104"/>
            <w:vAlign w:val="center"/>
            <w:tcMar>
              <w:top w:w="42" w:type="dxa"/>
              <w:start w:w="50" w:type="dxa"/>
              <w:bottom w:w="42" w:type="dxa"/>
              <w:end w:w="50" w:type="dxa"/>
            </w:tcMar>
          </w:tcPr>
          <w:p>
            <w:pPr>
              <w:keepLines/>
            </w:pPr>
            <w:r>
              <w:rPr>
                <w:b w:val="0"/>
                <w:i w:val="0"/>
                <w:color w:val="111111"/>
                <w:sz w:val="14"/>
              </w:rPr>
              <w:t>Shoot from very close spots; retrieve own ball and rotate.</w:t>
            </w:r>
          </w:p>
        </w:tc>
        <w:tc>
          <w:tcPr>
            <w:tcW w:type="dxa" w:w="2563"/>
            <w:vAlign w:val="center"/>
            <w:tcMar>
              <w:top w:w="42" w:type="dxa"/>
              <w:start w:w="50" w:type="dxa"/>
              <w:bottom w:w="42" w:type="dxa"/>
              <w:end w:w="50" w:type="dxa"/>
            </w:tcMar>
          </w:tcPr>
          <w:p>
            <w:pPr>
              <w:keepLines/>
            </w:pPr>
            <w:r>
              <w:rPr>
                <w:b w:val="0"/>
                <w:i w:val="0"/>
                <w:color w:val="111111"/>
                <w:sz w:val="14"/>
              </w:rPr>
              <w:t>Move children closer; success matters.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Aim and Score</w:t>
            </w:r>
          </w:p>
        </w:tc>
        <w:tc>
          <w:tcPr>
            <w:tcW w:type="dxa" w:w="4104"/>
            <w:vAlign w:val="center"/>
            <w:tcMar>
              <w:top w:w="42" w:type="dxa"/>
              <w:start w:w="50" w:type="dxa"/>
              <w:bottom w:w="42" w:type="dxa"/>
              <w:end w:w="50" w:type="dxa"/>
            </w:tcMar>
          </w:tcPr>
          <w:p>
            <w:pPr>
              <w:keepLines/>
            </w:pPr>
            <w:r>
              <w:rPr>
                <w:b w:val="0"/>
                <w:i w:val="0"/>
                <w:color w:val="111111"/>
                <w:sz w:val="14"/>
              </w:rPr>
              <w:t>Shoot at baskets and cone/hoop targets; progress to catch, stop and shoot.</w:t>
            </w:r>
          </w:p>
        </w:tc>
        <w:tc>
          <w:tcPr>
            <w:tcW w:type="dxa" w:w="2563"/>
            <w:vAlign w:val="center"/>
            <w:tcMar>
              <w:top w:w="42" w:type="dxa"/>
              <w:start w:w="50" w:type="dxa"/>
              <w:bottom w:w="42" w:type="dxa"/>
              <w:end w:w="50" w:type="dxa"/>
            </w:tcMar>
          </w:tcPr>
          <w:p>
            <w:pPr>
              <w:keepLines/>
            </w:pPr>
            <w:r>
              <w:rPr>
                <w:b w:val="0"/>
                <w:i w:val="0"/>
                <w:color w:val="111111"/>
                <w:sz w:val="14"/>
              </w:rPr>
              <w:t>Balance, eyes, reach; one cue only.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Beat Your Score</w:t>
            </w:r>
          </w:p>
        </w:tc>
        <w:tc>
          <w:tcPr>
            <w:tcW w:type="dxa" w:w="4104"/>
            <w:vAlign w:val="center"/>
            <w:tcMar>
              <w:top w:w="42" w:type="dxa"/>
              <w:start w:w="50" w:type="dxa"/>
              <w:bottom w:w="42" w:type="dxa"/>
              <w:end w:w="50" w:type="dxa"/>
            </w:tcMar>
          </w:tcPr>
          <w:p>
            <w:pPr>
              <w:keepLines/>
            </w:pPr>
            <w:r>
              <w:rPr>
                <w:b w:val="0"/>
                <w:i w:val="0"/>
                <w:color w:val="111111"/>
                <w:sz w:val="14"/>
              </w:rPr>
              <w:t>Pairs count team makes from close spots in 45-second rounds.</w:t>
            </w:r>
          </w:p>
        </w:tc>
        <w:tc>
          <w:tcPr>
            <w:tcW w:type="dxa" w:w="2563"/>
            <w:vAlign w:val="center"/>
            <w:tcMar>
              <w:top w:w="42" w:type="dxa"/>
              <w:start w:w="50" w:type="dxa"/>
              <w:bottom w:w="42" w:type="dxa"/>
              <w:end w:w="50" w:type="dxa"/>
            </w:tcMar>
          </w:tcPr>
          <w:p>
            <w:pPr>
              <w:keepLines/>
            </w:pPr>
            <w:r>
              <w:rPr>
                <w:b w:val="0"/>
                <w:i w:val="0"/>
                <w:color w:val="111111"/>
                <w:sz w:val="14"/>
              </w:rPr>
              <w:t>Compete against own score, not others.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Name the backboard and praise confident attempts.</w:t>
            </w:r>
          </w:p>
        </w:tc>
        <w:tc>
          <w:tcPr>
            <w:tcW w:type="dxa" w:w="2563"/>
            <w:vAlign w:val="center"/>
            <w:tcMar>
              <w:top w:w="42" w:type="dxa"/>
              <w:start w:w="50" w:type="dxa"/>
              <w:bottom w:w="42" w:type="dxa"/>
              <w:end w:w="50" w:type="dxa"/>
            </w:tcMar>
          </w:tcPr>
          <w:p>
            <w:pPr>
              <w:keepLines/>
            </w:pPr>
            <w:r>
              <w:rPr>
                <w:b w:val="0"/>
                <w:i w:val="0"/>
                <w:color w:val="111111"/>
                <w:sz w:val="14"/>
              </w:rPr>
              <w:t>Celebrate effort.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close enough to shoot with good balance?</w:t>
              <w:br/>
              <w:t>Is anyone waiting too long for a turn?</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Move closer or use a larger/lower target.</w:t>
              <w:br/>
              <w:t>Harder: Catch from a partner before shooting.</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Rim, backboard and key; shoot from a safe distance.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 aim?</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Court Treasure Hunt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Identify several court areas and place a cone or card at each. Every player has a ball where possible.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a court area or clue. Players carry, roll or dribble there, complete a simple task, then await the next clue.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for the place.</w:t>
            </w:r>
          </w:p>
          <w:p>
            <w:pPr>
              <w:spacing w:after="0"/>
              <w:ind w:left="230" w:hanging="158"/>
              <w:keepLines/>
              <w:keepNext/>
            </w:pPr>
            <w:r>
              <w:rPr>
                <w:b/>
                <w:i w:val="0"/>
                <w:color w:val="0B5D4B"/>
                <w:sz w:val="14"/>
              </w:rPr>
              <w:t xml:space="preserve">• </w:t>
            </w:r>
            <w:r>
              <w:rPr>
                <w:b w:val="0"/>
                <w:i w:val="0"/>
                <w:color w:val="111111"/>
                <w:sz w:val="14"/>
              </w:rPr>
              <w:t>Travel safely.</w:t>
            </w:r>
          </w:p>
          <w:p>
            <w:pPr>
              <w:spacing w:after="0"/>
              <w:ind w:left="230" w:hanging="158"/>
              <w:keepLines/>
              <w:keepNext/>
            </w:pPr>
            <w:r>
              <w:rPr>
                <w:b/>
                <w:i w:val="0"/>
                <w:color w:val="0B5D4B"/>
                <w:sz w:val="14"/>
              </w:rPr>
              <w:t xml:space="preserve">• </w:t>
            </w:r>
            <w:r>
              <w:rPr>
                <w:b w:val="0"/>
                <w:i w:val="0"/>
                <w:color w:val="111111"/>
                <w:sz w:val="14"/>
              </w:rPr>
              <w:t>Stop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picture or word cards optional</w:t>
            </w:r>
          </w:p>
          <w:p>
            <w:pPr>
              <w:spacing w:after="0"/>
              <w:ind w:left="230" w:hanging="158"/>
              <w:keepLines/>
              <w:keepNext/>
            </w:pPr>
            <w:r>
              <w:rPr>
                <w:b/>
                <w:i w:val="0"/>
                <w:color w:val="0B5D4B"/>
                <w:sz w:val="14"/>
              </w:rPr>
              <w:t xml:space="preserve">• </w:t>
            </w:r>
            <w:r>
              <w:rPr>
                <w:b w:val="0"/>
                <w:i w:val="0"/>
                <w:color w:val="111111"/>
                <w:sz w:val="14"/>
              </w:rPr>
              <w:t>Full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two or three areas.</w:t>
            </w:r>
          </w:p>
          <w:p>
            <w:pPr>
              <w:spacing w:after="0"/>
              <w:ind w:left="230" w:hanging="158"/>
              <w:keepLines/>
              <w:keepNext/>
            </w:pPr>
            <w:r>
              <w:rPr>
                <w:b/>
                <w:i w:val="0"/>
                <w:color w:val="0B5D4B"/>
                <w:sz w:val="14"/>
              </w:rPr>
              <w:t xml:space="preserve">• </w:t>
            </w:r>
            <w:r>
              <w:rPr>
                <w:b w:val="0"/>
                <w:i w:val="0"/>
                <w:color w:val="111111"/>
                <w:sz w:val="14"/>
              </w:rPr>
              <w:t>Allow carrying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skill at each area.</w:t>
            </w:r>
          </w:p>
          <w:p>
            <w:pPr>
              <w:spacing w:after="0"/>
              <w:ind w:left="230" w:hanging="158"/>
              <w:keepLines/>
              <w:keepNext/>
            </w:pPr>
            <w:r>
              <w:rPr>
                <w:b/>
                <w:i w:val="0"/>
                <w:color w:val="0B5D4B"/>
                <w:sz w:val="14"/>
              </w:rPr>
              <w:t xml:space="preserve">• </w:t>
            </w:r>
            <w:r>
              <w:rPr>
                <w:b w:val="0"/>
                <w:i w:val="0"/>
                <w:color w:val="111111"/>
                <w:sz w:val="14"/>
              </w:rPr>
              <w:t>Let players call the next location.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court terms through movement?</w:t>
            </w:r>
          </w:p>
          <w:p>
            <w:pPr>
              <w:spacing w:after="0"/>
              <w:ind w:left="230" w:hanging="158"/>
              <w:keepLines/>
              <w:keepNext/>
            </w:pPr>
            <w:r>
              <w:rPr>
                <w:b/>
                <w:i w:val="0"/>
                <w:color w:val="0B5D4B"/>
                <w:sz w:val="14"/>
              </w:rPr>
              <w:t xml:space="preserve">• </w:t>
            </w:r>
            <w:r>
              <w:rPr>
                <w:b w:val="0"/>
                <w:i w:val="0"/>
                <w:color w:val="111111"/>
                <w:sz w:val="14"/>
              </w:rPr>
              <w:t>Is anyone following others without recognising the area?</w:t>
            </w:r>
          </w:p>
          <w:p>
            <w:pPr>
              <w:spacing w:before="20" w:after="0"/>
              <w:keepLines/>
              <w:keepNext/>
            </w:pPr>
            <w:r>
              <w:rPr>
                <w:b/>
                <w:i w:val="0"/>
                <w:color w:val="F28C28"/>
                <w:sz w:val="14"/>
              </w:rPr>
              <w:t>SAFETY</w:t>
            </w:r>
          </w:p>
          <w:p>
            <w:pPr>
              <w:spacing w:after="0"/>
              <w:keepLines/>
            </w:pPr>
            <w:r>
              <w:rPr>
                <w:sz w:val="14"/>
              </w:rPr>
              <w:t>Avoid races until players know the routes. Keep travel directions from crossing dangerously.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Jump, Land, Reach</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spread out with clear personal space. No ball is needed at first.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practise a small jump, land on two feet with soft knees, hold balance, and reach one hand upward.</w:t>
            </w:r>
          </w:p>
          <w:p>
            <w:pPr>
              <w:spacing w:after="0"/>
              <w:ind w:left="230" w:hanging="158"/>
              <w:keepLines/>
              <w:keepNext/>
            </w:pPr>
            <w:r>
              <w:rPr>
                <w:b/>
                <w:i w:val="0"/>
                <w:color w:val="0B5D4B"/>
                <w:sz w:val="14"/>
              </w:rPr>
              <w:t xml:space="preserve">• </w:t>
            </w:r>
            <w:r>
              <w:rPr>
                <w:b w:val="0"/>
                <w:i w:val="0"/>
                <w:color w:val="111111"/>
                <w:sz w:val="14"/>
              </w:rPr>
              <w:t>Later, add a ball held close to the body and finish with a gentle shooting motion.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Land softly on two feet.</w:t>
            </w:r>
          </w:p>
          <w:p>
            <w:pPr>
              <w:spacing w:after="0"/>
              <w:ind w:left="230" w:hanging="158"/>
              <w:keepLines/>
              <w:keepNext/>
            </w:pPr>
            <w:r>
              <w:rPr>
                <w:b/>
                <w:i w:val="0"/>
                <w:color w:val="0B5D4B"/>
                <w:sz w:val="14"/>
              </w:rPr>
              <w:t xml:space="preserve">• </w:t>
            </w:r>
            <w:r>
              <w:rPr>
                <w:b w:val="0"/>
                <w:i w:val="0"/>
                <w:color w:val="111111"/>
                <w:sz w:val="14"/>
              </w:rPr>
              <w:t>Hold your balance.</w:t>
            </w:r>
          </w:p>
          <w:p>
            <w:pPr>
              <w:spacing w:after="0"/>
              <w:ind w:left="230" w:hanging="158"/>
              <w:keepLines/>
              <w:keepNext/>
            </w:pPr>
            <w:r>
              <w:rPr>
                <w:b/>
                <w:i w:val="0"/>
                <w:color w:val="0B5D4B"/>
                <w:sz w:val="14"/>
              </w:rPr>
              <w:t xml:space="preserve">• </w:t>
            </w:r>
            <w:r>
              <w:rPr>
                <w:b w:val="0"/>
                <w:i w:val="0"/>
                <w:color w:val="111111"/>
                <w:sz w:val="14"/>
              </w:rPr>
              <w:t>Reach high after landing.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Marked area near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the jump and practise rise, balance and reach.</w:t>
            </w:r>
          </w:p>
          <w:p>
            <w:pPr>
              <w:spacing w:after="0"/>
              <w:ind w:left="230" w:hanging="158"/>
              <w:keepLines/>
              <w:keepNext/>
            </w:pPr>
            <w:r>
              <w:rPr>
                <w:b/>
                <w:i w:val="0"/>
                <w:color w:val="0B5D4B"/>
                <w:sz w:val="14"/>
              </w:rPr>
              <w:t xml:space="preserve">• </w:t>
            </w:r>
            <w:r>
              <w:rPr>
                <w:b w:val="0"/>
                <w:i w:val="0"/>
                <w:color w:val="111111"/>
                <w:sz w:val="14"/>
              </w:rPr>
              <w:t>Use floor spots to show where feet should land.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turn before the jump.</w:t>
            </w:r>
          </w:p>
          <w:p>
            <w:pPr>
              <w:spacing w:after="0"/>
              <w:ind w:left="230" w:hanging="158"/>
              <w:keepLines/>
              <w:keepNext/>
            </w:pPr>
            <w:r>
              <w:rPr>
                <w:b/>
                <w:i w:val="0"/>
                <w:color w:val="0B5D4B"/>
                <w:sz w:val="14"/>
              </w:rPr>
              <w:t xml:space="preserve">• </w:t>
            </w:r>
            <w:r>
              <w:rPr>
                <w:b w:val="0"/>
                <w:i w:val="0"/>
                <w:color w:val="111111"/>
                <w:sz w:val="14"/>
              </w:rPr>
              <w:t>Catch a soft pass, balance, then reach.</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knees soft and bodies controlled?</w:t>
            </w:r>
          </w:p>
          <w:p>
            <w:pPr>
              <w:spacing w:after="0"/>
              <w:ind w:left="230" w:hanging="158"/>
              <w:keepLines/>
              <w:keepNext/>
            </w:pPr>
            <w:r>
              <w:rPr>
                <w:b/>
                <w:i w:val="0"/>
                <w:color w:val="0B5D4B"/>
                <w:sz w:val="14"/>
              </w:rPr>
              <w:t xml:space="preserve">• </w:t>
            </w:r>
            <w:r>
              <w:rPr>
                <w:b w:val="0"/>
                <w:i w:val="0"/>
                <w:color w:val="111111"/>
                <w:sz w:val="14"/>
              </w:rPr>
              <w:t>Who is rushing the landing to reach first?</w:t>
            </w:r>
          </w:p>
          <w:p>
            <w:pPr>
              <w:spacing w:before="20" w:after="0"/>
              <w:keepLines/>
              <w:keepNext/>
            </w:pPr>
            <w:r>
              <w:rPr>
                <w:b/>
                <w:i w:val="0"/>
                <w:color w:val="F28C28"/>
                <w:sz w:val="14"/>
              </w:rPr>
              <w:t>SAFETY</w:t>
            </w:r>
          </w:p>
          <w:p>
            <w:pPr>
              <w:spacing w:after="0"/>
              <w:keepLines/>
            </w:pPr>
            <w:r>
              <w:rPr>
                <w:sz w:val="14"/>
              </w:rPr>
              <w:t>Keep jumps low and ensure players are well spaced.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 Shooting</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spots very close to the basket at angles where children can reach comfortably.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shoot from a success distance, collect the rebound and return to an open spot. Rotate frequently so there are no long queues.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the target.</w:t>
            </w:r>
          </w:p>
          <w:p>
            <w:pPr>
              <w:spacing w:after="0"/>
              <w:ind w:left="230" w:hanging="158"/>
              <w:keepLines/>
              <w:keepNext/>
            </w:pPr>
            <w:r>
              <w:rPr>
                <w:b/>
                <w:i w:val="0"/>
                <w:color w:val="0B5D4B"/>
                <w:sz w:val="14"/>
              </w:rPr>
              <w:t xml:space="preserve">• </w:t>
            </w:r>
            <w:r>
              <w:rPr>
                <w:b w:val="0"/>
                <w:i w:val="0"/>
                <w:color w:val="111111"/>
                <w:sz w:val="14"/>
              </w:rPr>
              <w:t>Reach toward the basket.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or pair; floor spots</w:t>
            </w:r>
          </w:p>
          <w:p>
            <w:pPr>
              <w:spacing w:after="0"/>
              <w:ind w:left="230" w:hanging="158"/>
              <w:keepLines/>
              <w:keepNext/>
            </w:pPr>
            <w:r>
              <w:rPr>
                <w:b/>
                <w:i w:val="0"/>
                <w:color w:val="0B5D4B"/>
                <w:sz w:val="14"/>
              </w:rPr>
              <w:t xml:space="preserve">• </w:t>
            </w:r>
            <w:r>
              <w:rPr>
                <w:b w:val="0"/>
                <w:i w:val="0"/>
                <w:color w:val="111111"/>
                <w:sz w:val="14"/>
              </w:rPr>
              <w:t>Basket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spots closer.</w:t>
            </w:r>
          </w:p>
          <w:p>
            <w:pPr>
              <w:spacing w:after="0"/>
              <w:ind w:left="230" w:hanging="158"/>
              <w:keepLines/>
              <w:keepNext/>
            </w:pPr>
            <w:r>
              <w:rPr>
                <w:b/>
                <w:i w:val="0"/>
                <w:color w:val="0B5D4B"/>
                <w:sz w:val="14"/>
              </w:rPr>
              <w:t xml:space="preserve">• </w:t>
            </w:r>
            <w:r>
              <w:rPr>
                <w:b w:val="0"/>
                <w:i w:val="0"/>
                <w:color w:val="111111"/>
                <w:sz w:val="14"/>
              </w:rPr>
              <w:t>Allow two hands from the chest for very young players.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balanced stop before shooting.</w:t>
            </w:r>
          </w:p>
          <w:p>
            <w:pPr>
              <w:spacing w:after="0"/>
              <w:ind w:left="230" w:hanging="158"/>
              <w:keepLines/>
              <w:keepNext/>
            </w:pPr>
            <w:r>
              <w:rPr>
                <w:b/>
                <w:i w:val="0"/>
                <w:color w:val="0B5D4B"/>
                <w:sz w:val="14"/>
              </w:rPr>
              <w:t xml:space="preserve">• </w:t>
            </w:r>
            <w:r>
              <w:rPr>
                <w:b w:val="0"/>
                <w:i w:val="0"/>
                <w:color w:val="111111"/>
                <w:sz w:val="14"/>
              </w:rPr>
              <w:t>Use both sides of the backboard.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Can each child reach the basket without throwing wildly?</w:t>
            </w:r>
          </w:p>
          <w:p>
            <w:pPr>
              <w:spacing w:after="0"/>
              <w:ind w:left="230" w:hanging="158"/>
              <w:keepLines/>
              <w:keepNext/>
            </w:pPr>
            <w:r>
              <w:rPr>
                <w:b/>
                <w:i w:val="0"/>
                <w:color w:val="0B5D4B"/>
                <w:sz w:val="14"/>
              </w:rPr>
              <w:t xml:space="preserve">• </w:t>
            </w:r>
            <w:r>
              <w:rPr>
                <w:b w:val="0"/>
                <w:i w:val="0"/>
                <w:color w:val="111111"/>
                <w:sz w:val="14"/>
              </w:rPr>
              <w:t>Are players following and collecting their own rebounds safely?</w:t>
            </w:r>
          </w:p>
          <w:p>
            <w:pPr>
              <w:spacing w:before="20" w:after="0"/>
              <w:keepLines/>
              <w:keepNext/>
            </w:pPr>
            <w:r>
              <w:rPr>
                <w:b/>
                <w:i w:val="0"/>
                <w:color w:val="F28C28"/>
                <w:sz w:val="14"/>
              </w:rPr>
              <w:t>SAFETY</w:t>
            </w:r>
          </w:p>
          <w:p>
            <w:pPr>
              <w:spacing w:after="0"/>
              <w:keepLines/>
            </w:pPr>
            <w:r>
              <w:rPr>
                <w:sz w:val="14"/>
              </w:rPr>
              <w:t>Only one shooter per basket lane at a time; rebounders watch for other balls.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Aim and Score</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 shooting or throwing targets so many children can work at once.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aim at a basket, backboard square, hoop or cone target. Award success for hitting the chosen target, not only making a basket.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Face the target.</w:t>
            </w:r>
          </w:p>
          <w:p>
            <w:pPr>
              <w:spacing w:after="0"/>
              <w:ind w:left="230" w:hanging="158"/>
              <w:keepLines/>
              <w:keepNext/>
            </w:pPr>
            <w:r>
              <w:rPr>
                <w:b/>
                <w:i w:val="0"/>
                <w:color w:val="0B5D4B"/>
                <w:sz w:val="14"/>
              </w:rPr>
              <w:t xml:space="preserve">• </w:t>
            </w:r>
            <w:r>
              <w:rPr>
                <w:b w:val="0"/>
                <w:i w:val="0"/>
                <w:color w:val="111111"/>
                <w:sz w:val="14"/>
              </w:rPr>
              <w:t>Balance before release.</w:t>
            </w:r>
          </w:p>
          <w:p>
            <w:pPr>
              <w:spacing w:after="0"/>
              <w:ind w:left="230" w:hanging="158"/>
              <w:keepLines/>
              <w:keepNext/>
            </w:pPr>
            <w:r>
              <w:rPr>
                <w:b/>
                <w:i w:val="0"/>
                <w:color w:val="0B5D4B"/>
                <w:sz w:val="14"/>
              </w:rPr>
              <w:t xml:space="preserve">• </w:t>
            </w:r>
            <w:r>
              <w:rPr>
                <w:b w:val="0"/>
                <w:i w:val="0"/>
                <w:color w:val="111111"/>
                <w:sz w:val="14"/>
              </w:rPr>
              <w:t>Reach and hold.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baskets, hoops or cone targets</w:t>
            </w:r>
          </w:p>
          <w:p>
            <w:pPr>
              <w:spacing w:after="0"/>
              <w:ind w:left="230" w:hanging="158"/>
              <w:keepLines/>
              <w:keepNext/>
            </w:pPr>
            <w:r>
              <w:rPr>
                <w:b/>
                <w:i w:val="0"/>
                <w:color w:val="0B5D4B"/>
                <w:sz w:val="14"/>
              </w:rPr>
              <w:t xml:space="preserve">• </w:t>
            </w:r>
            <w:r>
              <w:rPr>
                <w:b w:val="0"/>
                <w:i w:val="0"/>
                <w:color w:val="111111"/>
                <w:sz w:val="14"/>
              </w:rPr>
              <w:t>Basket area or target stations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larger or closer targets.</w:t>
            </w:r>
          </w:p>
          <w:p>
            <w:pPr>
              <w:spacing w:after="0"/>
              <w:ind w:left="230" w:hanging="158"/>
              <w:keepLines/>
              <w:keepNext/>
            </w:pPr>
            <w:r>
              <w:rPr>
                <w:b/>
                <w:i w:val="0"/>
                <w:color w:val="0B5D4B"/>
                <w:sz w:val="14"/>
              </w:rPr>
              <w:t xml:space="preserve">• </w:t>
            </w:r>
            <w:r>
              <w:rPr>
                <w:b w:val="0"/>
                <w:i w:val="0"/>
                <w:color w:val="111111"/>
                <w:sz w:val="14"/>
              </w:rPr>
              <w:t>Allow an underarm throw at non-basket targets.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and stop first.</w:t>
            </w:r>
          </w:p>
          <w:p>
            <w:pPr>
              <w:spacing w:after="0"/>
              <w:ind w:left="230" w:hanging="158"/>
              <w:keepLines/>
              <w:keepNext/>
            </w:pPr>
            <w:r>
              <w:rPr>
                <w:b/>
                <w:i w:val="0"/>
                <w:color w:val="0B5D4B"/>
                <w:sz w:val="14"/>
              </w:rPr>
              <w:t xml:space="preserve">• </w:t>
            </w:r>
            <w:r>
              <w:rPr>
                <w:b w:val="0"/>
                <w:i w:val="0"/>
                <w:color w:val="111111"/>
                <w:sz w:val="14"/>
              </w:rPr>
              <w:t>Change the target or shooting angle.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choosing a realistic distance?</w:t>
            </w:r>
          </w:p>
          <w:p>
            <w:pPr>
              <w:spacing w:after="0"/>
              <w:ind w:left="230" w:hanging="158"/>
              <w:keepLines/>
              <w:keepNext/>
            </w:pPr>
            <w:r>
              <w:rPr>
                <w:b/>
                <w:i w:val="0"/>
                <w:color w:val="0B5D4B"/>
                <w:sz w:val="14"/>
              </w:rPr>
              <w:t xml:space="preserve">• </w:t>
            </w:r>
            <w:r>
              <w:rPr>
                <w:b w:val="0"/>
                <w:i w:val="0"/>
                <w:color w:val="111111"/>
                <w:sz w:val="14"/>
              </w:rPr>
              <w:t>Who needs a larger target to experience success?</w:t>
            </w:r>
          </w:p>
          <w:p>
            <w:pPr>
              <w:spacing w:before="20" w:after="0"/>
              <w:keepLines/>
              <w:keepNext/>
            </w:pPr>
            <w:r>
              <w:rPr>
                <w:b/>
                <w:i w:val="0"/>
                <w:color w:val="F28C28"/>
                <w:sz w:val="14"/>
              </w:rPr>
              <w:t>SAFETY</w:t>
            </w:r>
          </w:p>
          <w:p>
            <w:pPr>
              <w:spacing w:after="0"/>
              <w:keepLines/>
            </w:pPr>
            <w:r>
              <w:rPr>
                <w:sz w:val="14"/>
              </w:rPr>
              <w:t>Separate target lanes and collect balls only when the lane is clear.</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Beat Your Score</w:t>
            </w:r>
          </w:p>
        </w:tc>
        <w:tc>
          <w:tcPr>
            <w:tcW w:type="dxa" w:w="5429"/>
            <w:shd w:fill="F28C28"/>
            <w:tcMar>
              <w:top w:w="62" w:type="dxa"/>
              <w:start w:w="82" w:type="dxa"/>
              <w:bottom w:w="62" w:type="dxa"/>
              <w:end w:w="82" w:type="dxa"/>
            </w:tcMar>
          </w:tcPr>
          <w:p>
            <w:pPr>
              <w:jc w:val="center"/>
              <w:keepLines/>
              <w:keepNext/>
            </w:pPr>
            <w:r>
              <w:rPr>
                <w:b/>
                <w:i w:val="0"/>
                <w:color w:val="FFFFFF"/>
                <w:sz w:val="15"/>
              </w:rPr>
              <w:t>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choose a close shooting spot and establish a score during a short timed round.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alternate shots and count team makes. Rest briefly, then repeat and try to equal or improve their own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Quick rebound and return.</w:t>
            </w:r>
          </w:p>
          <w:p>
            <w:pPr>
              <w:spacing w:after="0"/>
              <w:ind w:left="230" w:hanging="158"/>
              <w:keepLines/>
              <w:keepNext/>
            </w:pPr>
            <w:r>
              <w:rPr>
                <w:b/>
                <w:i w:val="0"/>
                <w:color w:val="0B5D4B"/>
                <w:sz w:val="14"/>
              </w:rPr>
              <w:t xml:space="preserve">• </w:t>
            </w:r>
            <w:r>
              <w:rPr>
                <w:b w:val="0"/>
                <w:i w:val="0"/>
                <w:color w:val="111111"/>
                <w:sz w:val="14"/>
              </w:rPr>
              <w:t>Shoot from a success spot.</w:t>
            </w:r>
          </w:p>
          <w:p>
            <w:pPr>
              <w:spacing w:after="0"/>
              <w:ind w:left="230" w:hanging="158"/>
              <w:keepLines/>
              <w:keepNext/>
            </w:pPr>
            <w:r>
              <w:rPr>
                <w:b/>
                <w:i w:val="0"/>
                <w:color w:val="0B5D4B"/>
                <w:sz w:val="14"/>
              </w:rPr>
              <w:t xml:space="preserve">• </w:t>
            </w:r>
            <w:r>
              <w:rPr>
                <w:b w:val="0"/>
                <w:i w:val="0"/>
                <w:color w:val="111111"/>
                <w:sz w:val="14"/>
              </w:rPr>
              <w:t>Encourage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spots</w:t>
            </w:r>
          </w:p>
          <w:p>
            <w:pPr>
              <w:spacing w:after="0"/>
              <w:ind w:left="230" w:hanging="158"/>
              <w:keepLines/>
              <w:keepNext/>
            </w:pPr>
            <w:r>
              <w:rPr>
                <w:b/>
                <w:i w:val="0"/>
                <w:color w:val="0B5D4B"/>
                <w:sz w:val="14"/>
              </w:rPr>
              <w:t xml:space="preserve">• </w:t>
            </w:r>
            <w:r>
              <w:rPr>
                <w:b w:val="0"/>
                <w:i w:val="0"/>
                <w:color w:val="111111"/>
                <w:sz w:val="14"/>
              </w:rPr>
              <w:t>Basket area;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w:t>
            </w:r>
          </w:p>
          <w:p>
            <w:pPr>
              <w:spacing w:after="0"/>
              <w:ind w:left="230" w:hanging="158"/>
              <w:keepLines/>
              <w:keepNext/>
            </w:pPr>
            <w:r>
              <w:rPr>
                <w:b/>
                <w:i w:val="0"/>
                <w:color w:val="0B5D4B"/>
                <w:sz w:val="14"/>
              </w:rPr>
              <w:t xml:space="preserve">• </w:t>
            </w:r>
            <w:r>
              <w:rPr>
                <w:b w:val="0"/>
                <w:i w:val="0"/>
                <w:color w:val="111111"/>
                <w:sz w:val="14"/>
              </w:rPr>
              <w:t>Extend the round slightly.</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two different spots.</w:t>
            </w:r>
          </w:p>
          <w:p>
            <w:pPr>
              <w:spacing w:after="0"/>
              <w:ind w:left="230" w:hanging="158"/>
              <w:keepLines/>
              <w:keepNext/>
            </w:pPr>
            <w:r>
              <w:rPr>
                <w:b/>
                <w:i w:val="0"/>
                <w:color w:val="0B5D4B"/>
                <w:sz w:val="14"/>
              </w:rPr>
              <w:t xml:space="preserve">• </w:t>
            </w:r>
            <w:r>
              <w:rPr>
                <w:b w:val="0"/>
                <w:i w:val="0"/>
                <w:color w:val="111111"/>
                <w:sz w:val="14"/>
              </w:rPr>
              <w:t>Require a balanced catch before the shot.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competing with their own previous score?</w:t>
            </w:r>
          </w:p>
          <w:p>
            <w:pPr>
              <w:spacing w:after="0"/>
              <w:ind w:left="230" w:hanging="158"/>
              <w:keepLines/>
              <w:keepNext/>
            </w:pPr>
            <w:r>
              <w:rPr>
                <w:b/>
                <w:i w:val="0"/>
                <w:color w:val="0B5D4B"/>
                <w:sz w:val="14"/>
              </w:rPr>
              <w:t xml:space="preserve">• </w:t>
            </w:r>
            <w:r>
              <w:rPr>
                <w:b w:val="0"/>
                <w:i w:val="0"/>
                <w:color w:val="111111"/>
                <w:sz w:val="14"/>
              </w:rPr>
              <w:t>Is one partner receiving equal attempts?</w:t>
            </w:r>
          </w:p>
          <w:p>
            <w:pPr>
              <w:spacing w:before="20" w:after="0"/>
              <w:keepLines/>
              <w:keepNext/>
            </w:pPr>
            <w:r>
              <w:rPr>
                <w:b/>
                <w:i w:val="0"/>
                <w:color w:val="F28C28"/>
                <w:sz w:val="14"/>
              </w:rPr>
              <w:t>SAFETY</w:t>
            </w:r>
          </w:p>
          <w:p>
            <w:pPr>
              <w:spacing w:after="0"/>
              <w:keepLines/>
            </w:pPr>
            <w:r>
              <w:rPr>
                <w:sz w:val="14"/>
              </w:rPr>
              <w:t>Use separate lanes and prohibit chasing rebounds across another pair.</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Cubs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