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U14 PRACTICE PACK</w:t>
            </w:r>
          </w:p>
          <w:p>
            <w:pPr>
              <w:jc w:val="center"/>
            </w:pPr>
            <w:r>
              <w:rPr>
                <w:b/>
                <w:i w:val="0"/>
                <w:color w:val="FFFFFF"/>
                <w:sz w:val="30"/>
              </w:rPr>
              <w:t>Phase 1: Strengthen Skills Under Pressure</w:t>
            </w:r>
          </w:p>
          <w:p>
            <w:pPr>
              <w:jc w:val="center"/>
            </w:pPr>
            <w:r>
              <w:rPr>
                <w:b/>
                <w:i w:val="0"/>
                <w:color w:val="F28C28"/>
                <w:sz w:val="22"/>
              </w:rPr>
              <w:t>Weeks 1–6</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 BALANCE, FOOTWORK AND BALL PROTECTION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balance, footwork and ball protection.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balance, footwork and ball protection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Balance, Footwork and Ball Protection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balance, footwork and ball protection.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Balance, Footwork and Ball Protection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balance, footwork and ball protection.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Balance, Footwork and Ball Protection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balance, footwork and ball protection.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Balance, Footwork and Ball Protection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balance, footwork and ball protection.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Balance, Footwork and Ball Protection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balance, footwork and ball protection.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Balance, Footwork and Ball Protection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balance, footwork and ball protection.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balance, footwork and ball protection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balance, footwork and ball protection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Balance, Footwork and Ball Protection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balance, footwork and ball protection.</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Balance, Footwork and Ball Protection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balance, footwork and ball protection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Balance, Footwork and Ball Protection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balance, footwork and ball protection.</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Balance, Footwork and Ball Protection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balance, footwork and ball protection.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Balance, Footwork and Ball Protection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balance, footwork and ball protection.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Balance, Footwork and Ball Protection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balance, footwork and ball protection,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 BALANCE, FOOTWORK AND BALL PROTECTION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balance, footwork and ball protection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balance, footwork and ball protection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Balance, Footwork and Ball Protection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balance, footwork and ball protection.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Balance, Footwork and Ball Protection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balance, footwork and ball protection.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Balance, Footwork and Ball Protection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balance, footwork and ball protection.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Balance, Footwork and Ball Protection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balance, footwork and ball protection.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Balance, Footwork and Ball Protection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balance, footwork and ball protection.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Balance, Footwork and Ball Protection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balance, footwork and ball protection.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balance, footwork and ball protection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balance, footwork and ball protection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Balance, Footwork and Ball Protection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balance, footwork and ball protection.</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Balance, Footwork and Ball Protection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balance, footwork and ball protection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Balance, Footwork and Ball Protection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balance, footwork and ball protection.</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Balance, Footwork and Ball Protection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balance, footwork and ball protection.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Balance, Footwork and Ball Protection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balance, footwork and ball protection.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Balance, Footwork and Ball Protection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balance, footwork and ball protection,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 PASSING AGAINST PRESSURE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passing against pressure.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passing against pressure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Passing Against Pressure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passing against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Passing Against Pressure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passing against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Passing Against Pressure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passing against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Passing Against Pressure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passing against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Passing Against Pressure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passing against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Passing Against Pressure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passing against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passing against pressure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passing against pressure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Passing Against Pressure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passing against pressure.</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Passing Against Pressure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passing against pressure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Passing Against Pressure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passing against pressure.</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Passing Against Pressure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passing against pressure.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Passing Against Pressure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passing against pressure.</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Passing Against Pressure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passing against pressure,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2: PASSING AGAINST PRESSURE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passing against pressure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passing against pressure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Passing Against Pressure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passing against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Passing Against Pressure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passing against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Passing Against Pressure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passing against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Passing Against Pressure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passing against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Passing Against Pressure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passing against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Passing Against Pressure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passing against pressure.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passing against pressure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passing against pressure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Passing Against Pressure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passing against pressure.</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Passing Against Pressure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passing against pressure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Passing Against Pressure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passing against pressure.</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Passing Against Pressure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passing against pressure.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Passing Against Pressure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passing against pressure.</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Passing Against Pressure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passing against pressure,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3: FINISHING THROUGH CONTACT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finishing through contact.</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finishing through contact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finishing through contact.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finishing through contact.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finishing through contact.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finishing through contact.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finishing through contact.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finishing through contact.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finishing through contact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finishing through contact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Finishing Through Contact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finishing through contact.</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Finishing Through Contact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finishing through contact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Finishing Through Contact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finishing through contact.</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Finishing Through Contact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finishing through contact.</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Finishing Through Contact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finishing through contact.</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Finishing Through Contact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finishing through contact,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3: FINISHING THROUGH CONTACT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finishing through contact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finishing through contact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finishing through contact.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finishing through contact.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finishing through contact.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finishing through contact.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finishing through contact.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Finishing Through Contact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finishing through contact.</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finishing through contact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finishing through contact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Finishing Through Contact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finishing through contact.</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Finishing Through Contact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finishing through contact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Finishing Through Contact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finishing through contact.</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Finishing Through Contact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finishing through contact.</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Finishing Through Contact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finishing through contact.</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Finishing Through Contact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finishing through contact,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4: SHOOTING PREPARATION AND SHOT QUALITY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shooting preparation and shot quality.</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shooting preparation and shot quality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Shooting Preparation and Shot Quality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shooting preparation and shot quality.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Shooting Preparation and Shot Quality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shooting preparation and shot quality.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Shooting Preparation and Shot Quality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shooting preparation and shot quality.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Shooting Preparation and Shot Quality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shooting preparation and shot quality.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Shooting Preparation and Shot Quality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shooting preparation and shot quality.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Shooting Preparation and Shot Quality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shooting preparation and shot quality.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shooting preparation and shot quality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shooting preparation and shot quality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Shooting Preparation and Shot Quality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shooting preparation and shot quality.</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Shooting Preparation and Shot Quality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shooting preparation and shot quality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Shooting Preparation and Shot Quality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shooting preparation and shot quality.</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Shooting Preparation and Shot Quality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shooting preparation and shot quality.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Shooting Preparation and Shot Quality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shooting preparation and shot quality.</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Shooting Preparation and Shot Quality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shooting preparation and shot quality,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4: SHOOTING PREPARATION AND SHOT QUALITY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shooting preparation and shot quality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shooting preparation and shot quality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Shooting Preparation and Shot Quality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shooting preparation and shot quality.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Shooting Preparation and Shot Quality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shooting preparation and shot quality.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Shooting Preparation and Shot Quality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shooting preparation and shot quality.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Shooting Preparation and Shot Quality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shooting preparation and shot quality.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Shooting Preparation and Shot Quality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shooting preparation and shot quality.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Shooting Preparation and Shot Quality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shooting preparation and shot quality.</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shooting preparation and shot quality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shooting preparation and shot quality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Shooting Preparation and Shot Quality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shooting preparation and shot quality.</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Shooting Preparation and Shot Quality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shooting preparation and shot quality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Shooting Preparation and Shot Quality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shooting preparation and shot quality.</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Shooting Preparation and Shot Quality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shooting preparation and shot quality.</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Shooting Preparation and Shot Quality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shooting preparation and shot quality.</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Shooting Preparation and Shot Quality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shooting preparation and shot quality,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5: ON-BALL DEFENCE AND CLOSEOUTS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on-ball defence and closeouts.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on-ball defence and closeouts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On-Ball Defence and Closeouts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on-ball defence and closeouts.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On-Ball Defence and Closeouts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on-ball defence and closeouts.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On-Ball Defence and Closeouts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on-ball defence and closeouts.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On-Ball Defence and Closeouts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on-ball defence and closeouts.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On-Ball Defence and Closeouts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on-ball defence and closeouts.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On-Ball Defence and Closeouts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on-ball defence and closeouts.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on-ball defence and closeouts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on-ball defence and closeouts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On-Ball Defence and Closeouts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on-ball defence and closeouts.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On-Ball Defence and Closeouts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on-ball defence and closeouts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On-Ball Defence and Closeouts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on-ball defence and closeouts.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On-Ball Defence and Closeouts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on-ball defence and closeouts.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On-Ball Defence and Closeouts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on-ball defence and closeouts.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On-Ball Defence and Closeouts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on-ball defence and closeouts,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5: ON-BALL DEFENCE AND CLOSEOUTS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on-ball defence and closeouts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on-ball defence and closeouts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On-Ball Defence and Closeouts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on-ball defence and closeouts.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On-Ball Defence and Closeouts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on-ball defence and closeouts.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On-Ball Defence and Closeouts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on-ball defence and closeouts.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On-Ball Defence and Closeouts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on-ball defence and closeouts.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On-Ball Defence and Closeouts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on-ball defence and closeouts.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On-Ball Defence and Closeouts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on-ball defence and closeouts.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on-ball defence and closeouts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on-ball defence and closeouts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On-Ball Defence and Closeouts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on-ball defence and closeouts.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On-Ball Defence and Closeouts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on-ball defence and closeouts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On-Ball Defence and Closeouts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on-ball defence and closeouts.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On-Ball Defence and Closeouts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on-ball defence and closeouts.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On-Ball Defence and Closeouts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on-ball defence and closeouts.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On-Ball Defence and Closeouts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on-ball defence and closeouts,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6: CORE SKILLS CHALLENGE - DEVELOP</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core skills challenge.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core skills challenge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Core Skills Challenge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core skills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Core Skills Challenge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core skills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Core Skills Challenge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core skills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Core Skills Challenge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core skills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Core Skills Challenge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core skills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Core Skills Challenge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core skills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core skills challenge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core skills challenge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Core Skills Challenge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core skills challenge.</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Core Skills Challenge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core skills challenge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Core Skills Challenge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core skills challenge.</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Core Skills Challenge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core skills challenge.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Core Skills Challenge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core skills challenge.</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Core Skills Challenge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core skills challenge,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6: CORE SKILLS CHALLENGE - APPLY</w:t>
            </w:r>
          </w:p>
        </w:tc>
        <w:tc>
          <w:tcPr>
            <w:tcW w:type="dxa" w:w="5429"/>
            <w:shd w:fill="F28C28"/>
            <w:tcMar>
              <w:top w:w="105" w:type="dxa"/>
              <w:start w:w="105" w:type="dxa"/>
              <w:bottom w:w="105" w:type="dxa"/>
              <w:end w:w="105" w:type="dxa"/>
            </w:tcMar>
          </w:tcPr>
          <w:p>
            <w:pPr>
              <w:jc w:val="center"/>
            </w:pPr>
            <w:r>
              <w:rPr>
                <w:b/>
                <w:i w:val="0"/>
                <w:color w:val="FFFFFF"/>
                <w:sz w:val="20"/>
              </w:rPr>
              <w:t>PHASE 1</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core skills challenge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core skills challenge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Core Skills Challenge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core skills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Core Skills Challenge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core skills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Core Skills Challenge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core skills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Core Skills Challenge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core skills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Core Skills Challenge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core skills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Core Skills Challenge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core skills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core skills challenge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core skills challenge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Core Skills Challenge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core skills challenge.</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Core Skills Challenge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core skills challenge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Core Skills Challenge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core skills challenge.</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Core Skills Challenge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core skills challenge.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Core Skills Challenge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core skills challenge.</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Core Skills Challenge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core skills challenge,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U14 Phase 1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